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B83BD" w14:textId="77777777" w:rsidR="00F62C2C" w:rsidRDefault="00000000">
      <w:pPr>
        <w:spacing w:before="2400"/>
        <w:jc w:val="center"/>
        <w:rPr>
          <w:lang w:eastAsia="zh-CN"/>
        </w:rPr>
      </w:pPr>
      <w:r>
        <w:rPr>
          <w:b/>
          <w:color w:val="1F3A5F"/>
          <w:sz w:val="72"/>
          <w:lang w:eastAsia="zh-CN"/>
        </w:rPr>
        <w:t>翟羽京</w:t>
      </w:r>
    </w:p>
    <w:p w14:paraId="2C49C48D" w14:textId="77777777" w:rsidR="00F62C2C" w:rsidRDefault="00000000">
      <w:pPr>
        <w:jc w:val="center"/>
        <w:rPr>
          <w:lang w:eastAsia="zh-CN"/>
        </w:rPr>
      </w:pPr>
      <w:r>
        <w:rPr>
          <w:color w:val="444444"/>
          <w:sz w:val="32"/>
          <w:lang w:eastAsia="zh-CN"/>
        </w:rPr>
        <w:t>AI 产品经理 · 作品集</w:t>
      </w:r>
    </w:p>
    <w:p w14:paraId="2506155D" w14:textId="77777777" w:rsidR="00F62C2C" w:rsidRDefault="00000000">
      <w:pPr>
        <w:spacing w:before="800"/>
        <w:jc w:val="center"/>
        <w:rPr>
          <w:lang w:eastAsia="zh-CN"/>
        </w:rPr>
      </w:pPr>
      <w:r>
        <w:rPr>
          <w:i/>
          <w:color w:val="666666"/>
          <w:sz w:val="24"/>
          <w:lang w:eastAsia="zh-CN"/>
        </w:rPr>
        <w:t>用「先定义什么算好，再动手」的方式做 AI 产品</w:t>
      </w:r>
    </w:p>
    <w:p w14:paraId="756E56D7" w14:textId="77777777" w:rsidR="00F62C2C" w:rsidRDefault="00000000">
      <w:pPr>
        <w:spacing w:before="2000"/>
        <w:jc w:val="center"/>
        <w:rPr>
          <w:lang w:eastAsia="zh-CN"/>
        </w:rPr>
      </w:pPr>
      <w:r>
        <w:rPr>
          <w:color w:val="777777"/>
          <w:sz w:val="20"/>
          <w:lang w:eastAsia="zh-CN"/>
        </w:rPr>
        <w:t>求职方向：AI 产品经理（杭州）</w:t>
      </w:r>
      <w:r>
        <w:rPr>
          <w:color w:val="777777"/>
          <w:sz w:val="20"/>
          <w:lang w:eastAsia="zh-CN"/>
        </w:rPr>
        <w:br/>
        <w:t>数字媒体技术 · 本科 · 应届</w:t>
      </w:r>
      <w:r>
        <w:rPr>
          <w:color w:val="777777"/>
          <w:sz w:val="20"/>
          <w:lang w:eastAsia="zh-CN"/>
        </w:rPr>
        <w:br/>
      </w:r>
      <w:r>
        <w:rPr>
          <w:color w:val="777777"/>
          <w:sz w:val="20"/>
          <w:lang w:eastAsia="zh-CN"/>
        </w:rPr>
        <w:br/>
        <w:t>本作品集所有结论均可在对应文档中核验，不含无法溯源的数字</w:t>
      </w:r>
    </w:p>
    <w:p w14:paraId="25066FF1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3013185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lastRenderedPageBreak/>
        <w:t>一句话定位</w:t>
      </w:r>
    </w:p>
    <w:p w14:paraId="5FD55AEF" w14:textId="77777777" w:rsidR="00F62C2C" w:rsidRDefault="00000000">
      <w:pPr>
        <w:ind w:left="227"/>
        <w:rPr>
          <w:lang w:eastAsia="zh-CN"/>
        </w:rPr>
      </w:pPr>
      <w:r>
        <w:rPr>
          <w:b/>
          <w:color w:val="1F3A5F"/>
          <w:sz w:val="25"/>
          <w:lang w:eastAsia="zh-CN"/>
        </w:rPr>
        <w:t>我不是最懂模型的人，但我是那种会先把「什么叫好」定义成可判定的标准，再动手的产品经理——并且会用实测去推翻自己的假设。</w:t>
      </w:r>
    </w:p>
    <w:p w14:paraId="170E75B2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我证明三个能力</w:t>
      </w:r>
    </w:p>
    <w:p w14:paraId="20C5E33D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① 定义力 · 把模糊的「好」变成可执行的标准</w:t>
      </w:r>
    </w:p>
    <w:p w14:paraId="62AB7021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从零搭评测</w:t>
      </w:r>
      <w:proofErr w:type="gramEnd"/>
      <w:r>
        <w:rPr>
          <w:lang w:eastAsia="zh-CN"/>
        </w:rPr>
        <w:t>体系：把「内容合格」拆成 6 条硬性约束，判定哪些能机器判、哪些必须人判，定出阈值与一票否决项。为什么只有两条配得上一票否决——因为它们</w:t>
      </w:r>
      <w:proofErr w:type="gramStart"/>
      <w:r>
        <w:rPr>
          <w:lang w:eastAsia="zh-CN"/>
        </w:rPr>
        <w:t>的误放代价</w:t>
      </w:r>
      <w:proofErr w:type="gramEnd"/>
      <w:r>
        <w:rPr>
          <w:lang w:eastAsia="zh-CN"/>
        </w:rPr>
        <w:t>不可逆。</w:t>
      </w:r>
    </w:p>
    <w:p w14:paraId="65F97B13" w14:textId="77777777" w:rsidR="00F62C2C" w:rsidRDefault="00000000">
      <w:pPr>
        <w:rPr>
          <w:lang w:eastAsia="zh-CN"/>
        </w:rPr>
      </w:pPr>
      <w:r>
        <w:rPr>
          <w:i/>
          <w:color w:val="2E6B4F"/>
          <w:sz w:val="19"/>
          <w:lang w:eastAsia="zh-CN"/>
        </w:rPr>
        <w:t>证据：30 条评测用例 · 可运行的判分脚本（4 项自测通过）· 判分口径一页速查</w:t>
      </w:r>
    </w:p>
    <w:p w14:paraId="2EF386FB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② 判断力 · 从证据反推产品决策</w:t>
      </w:r>
    </w:p>
    <w:p w14:paraId="4F8E276B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不看用户数据，而是从产品实现反推决策：为什么 AI </w:t>
      </w:r>
      <w:proofErr w:type="gramStart"/>
      <w:r>
        <w:rPr>
          <w:lang w:eastAsia="zh-CN"/>
        </w:rPr>
        <w:t>粗剪被放在</w:t>
      </w:r>
      <w:proofErr w:type="gramEnd"/>
      <w:r>
        <w:rPr>
          <w:lang w:eastAsia="zh-CN"/>
        </w:rPr>
        <w:t>免费额度里、这个商业约束如何倒推出技术架构的形状；并指出团队最大的数据缺口是没埋「结果是否被采纳」。</w:t>
      </w:r>
    </w:p>
    <w:p w14:paraId="1B8B24B7" w14:textId="77777777" w:rsidR="00F62C2C" w:rsidRDefault="00000000">
      <w:pPr>
        <w:rPr>
          <w:lang w:eastAsia="zh-CN"/>
        </w:rPr>
      </w:pPr>
      <w:r>
        <w:rPr>
          <w:i/>
          <w:color w:val="2E6B4F"/>
          <w:sz w:val="19"/>
          <w:lang w:eastAsia="zh-CN"/>
        </w:rPr>
        <w:t>证据：全文划分「硬证据 / 无证据 / 推断」三档，附证据索引表并逐条标注强度</w:t>
      </w:r>
    </w:p>
    <w:p w14:paraId="440C4916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③ 落地力 · 真跑通过，不是画图</w:t>
      </w:r>
    </w:p>
    <w:p w14:paraId="265CAB35" w14:textId="77777777" w:rsidR="00F62C2C" w:rsidRDefault="00000000">
      <w:pPr>
        <w:rPr>
          <w:lang w:eastAsia="zh-CN"/>
        </w:rPr>
      </w:pPr>
      <w:r>
        <w:rPr>
          <w:lang w:eastAsia="zh-CN"/>
        </w:rPr>
        <w:t>用 n8n + 飞书多维表格搭了三个工作流，以状态字段当队列、各管一段、独立失败，选题与脚本走人工审批闸门。另有一个打包成 APK 装到真机的 App。</w:t>
      </w:r>
    </w:p>
    <w:p w14:paraId="4C20DE67" w14:textId="77777777" w:rsidR="00F62C2C" w:rsidRDefault="00000000">
      <w:pPr>
        <w:rPr>
          <w:lang w:eastAsia="zh-CN"/>
        </w:rPr>
      </w:pPr>
      <w:r>
        <w:rPr>
          <w:i/>
          <w:color w:val="2E6B4F"/>
          <w:sz w:val="19"/>
          <w:lang w:eastAsia="zh-CN"/>
        </w:rPr>
        <w:t>证据：可导入的 n8n 工作流 JSON（WF1 已跑通）· 习惯 App 的 APK + 真机截图</w:t>
      </w:r>
    </w:p>
    <w:p w14:paraId="24010091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lastRenderedPageBreak/>
        <w:t>三个项目是一条真实链路</w:t>
      </w:r>
    </w:p>
    <w:p w14:paraId="557F8AC6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03 · AI 内容生产 Agent（选题+脚本，文字）</w:t>
      </w:r>
      <w:r>
        <w:rPr>
          <w:lang w:eastAsia="zh-CN"/>
        </w:rPr>
        <w:t xml:space="preserve"> → </w:t>
      </w:r>
      <w:r>
        <w:rPr>
          <w:b/>
          <w:lang w:eastAsia="zh-CN"/>
        </w:rPr>
        <w:t>02 · 数字</w:t>
      </w:r>
      <w:proofErr w:type="gramStart"/>
      <w:r>
        <w:rPr>
          <w:b/>
          <w:lang w:eastAsia="zh-CN"/>
        </w:rPr>
        <w:t>人内容</w:t>
      </w:r>
      <w:proofErr w:type="gramEnd"/>
      <w:r>
        <w:rPr>
          <w:b/>
          <w:lang w:eastAsia="zh-CN"/>
        </w:rPr>
        <w:t>流水线（n8n 编排 + 人工闸门）</w:t>
      </w:r>
      <w:r>
        <w:rPr>
          <w:lang w:eastAsia="zh-CN"/>
        </w:rPr>
        <w:t xml:space="preserve"> → </w:t>
      </w:r>
      <w:r>
        <w:rPr>
          <w:b/>
          <w:lang w:eastAsia="zh-CN"/>
        </w:rPr>
        <w:t>05 · AIGC 角色资产（画面与一致性）</w:t>
      </w:r>
      <w:r>
        <w:rPr>
          <w:lang w:eastAsia="zh-CN"/>
        </w:rPr>
        <w:t xml:space="preserve"> → </w:t>
      </w:r>
      <w:r>
        <w:rPr>
          <w:b/>
          <w:lang w:eastAsia="zh-CN"/>
        </w:rPr>
        <w:t>真实在运营的账号（发布 → 数据 → 归因）</w:t>
      </w:r>
    </w:p>
    <w:p w14:paraId="18FBAE71" w14:textId="77777777" w:rsidR="00F62C2C" w:rsidRDefault="00000000">
      <w:pPr>
        <w:pStyle w:val="1"/>
        <w:spacing w:before="400" w:after="200"/>
      </w:pPr>
      <w:proofErr w:type="spellStart"/>
      <w:r>
        <w:rPr>
          <w:rFonts w:ascii="微软雅黑" w:eastAsia="微软雅黑" w:hAnsi="微软雅黑"/>
          <w:color w:val="1B365D"/>
          <w:sz w:val="36"/>
        </w:rPr>
        <w:t>建议的阅读顺序</w:t>
      </w:r>
      <w:proofErr w:type="spellEnd"/>
    </w:p>
    <w:p w14:paraId="0A5FD6BB" w14:textId="77777777" w:rsidR="00F62C2C" w:rsidRDefault="00000000">
      <w:pPr>
        <w:pStyle w:val="a"/>
        <w:rPr>
          <w:lang w:eastAsia="zh-CN"/>
        </w:rPr>
      </w:pPr>
      <w:proofErr w:type="gramStart"/>
      <w:r>
        <w:rPr>
          <w:lang w:eastAsia="zh-CN"/>
        </w:rPr>
        <w:t>剪映</w:t>
      </w:r>
      <w:proofErr w:type="gramEnd"/>
      <w:r>
        <w:rPr>
          <w:lang w:eastAsia="zh-CN"/>
        </w:rPr>
        <w:t xml:space="preserve"> AI 粗</w:t>
      </w:r>
      <w:proofErr w:type="gramStart"/>
      <w:r>
        <w:rPr>
          <w:lang w:eastAsia="zh-CN"/>
        </w:rPr>
        <w:t>剪产品</w:t>
      </w:r>
      <w:proofErr w:type="gramEnd"/>
      <w:r>
        <w:rPr>
          <w:lang w:eastAsia="zh-CN"/>
        </w:rPr>
        <w:t>分析（判断力的最强证据）</w:t>
      </w:r>
    </w:p>
    <w:p w14:paraId="19BD87D2" w14:textId="77777777" w:rsidR="00F62C2C" w:rsidRDefault="00000000">
      <w:pPr>
        <w:pStyle w:val="a"/>
        <w:rPr>
          <w:lang w:eastAsia="zh-CN"/>
        </w:rPr>
      </w:pPr>
      <w:r>
        <w:rPr>
          <w:lang w:eastAsia="zh-CN"/>
        </w:rPr>
        <w:t>判分口径速查（一页看懂评测怎么判）</w:t>
      </w:r>
    </w:p>
    <w:p w14:paraId="17104C7F" w14:textId="77777777" w:rsidR="00F62C2C" w:rsidRDefault="00000000">
      <w:pPr>
        <w:pStyle w:val="a"/>
        <w:rPr>
          <w:lang w:eastAsia="zh-CN"/>
        </w:rPr>
      </w:pPr>
      <w:r>
        <w:rPr>
          <w:lang w:eastAsia="zh-CN"/>
        </w:rPr>
        <w:t>判分器校准记录（</w:t>
      </w:r>
      <w:proofErr w:type="gramStart"/>
      <w:r>
        <w:rPr>
          <w:lang w:eastAsia="zh-CN"/>
        </w:rPr>
        <w:t>实测抓</w:t>
      </w:r>
      <w:proofErr w:type="gramEnd"/>
      <w:r>
        <w:rPr>
          <w:lang w:eastAsia="zh-CN"/>
        </w:rPr>
        <w:t xml:space="preserve">出并修掉 5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判分问题）</w:t>
      </w:r>
    </w:p>
    <w:p w14:paraId="6753695E" w14:textId="77777777" w:rsidR="00F62C2C" w:rsidRDefault="00000000">
      <w:pPr>
        <w:pStyle w:val="a"/>
        <w:rPr>
          <w:lang w:eastAsia="zh-CN"/>
        </w:rPr>
      </w:pPr>
      <w:r>
        <w:rPr>
          <w:lang w:eastAsia="zh-CN"/>
        </w:rPr>
        <w:t>评测集设计说明（30 条用例怎么构造）</w:t>
      </w:r>
    </w:p>
    <w:p w14:paraId="05FE3510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446483C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项目：01-</w:t>
      </w:r>
      <w:proofErr w:type="gramStart"/>
      <w:r>
        <w:rPr>
          <w:color w:val="999999"/>
          <w:sz w:val="18"/>
          <w:lang w:eastAsia="zh-CN"/>
        </w:rPr>
        <w:t>剪映</w:t>
      </w:r>
      <w:proofErr w:type="gramEnd"/>
      <w:r>
        <w:rPr>
          <w:color w:val="999999"/>
          <w:sz w:val="18"/>
          <w:lang w:eastAsia="zh-CN"/>
        </w:rPr>
        <w:t>AI粗</w:t>
      </w:r>
      <w:proofErr w:type="gramStart"/>
      <w:r>
        <w:rPr>
          <w:color w:val="999999"/>
          <w:sz w:val="18"/>
          <w:lang w:eastAsia="zh-CN"/>
        </w:rPr>
        <w:t>剪产品</w:t>
      </w:r>
      <w:proofErr w:type="gramEnd"/>
      <w:r>
        <w:rPr>
          <w:color w:val="999999"/>
          <w:sz w:val="18"/>
          <w:lang w:eastAsia="zh-CN"/>
        </w:rPr>
        <w:t>分析</w:t>
      </w:r>
    </w:p>
    <w:p w14:paraId="174DD9BA" w14:textId="77777777" w:rsidR="00F62C2C" w:rsidRDefault="00000000">
      <w:pPr>
        <w:pStyle w:val="1"/>
        <w:spacing w:before="400" w:after="200"/>
        <w:rPr>
          <w:lang w:eastAsia="zh-CN"/>
        </w:rPr>
      </w:pPr>
      <w:proofErr w:type="gramStart"/>
      <w:r>
        <w:rPr>
          <w:rFonts w:ascii="微软雅黑" w:eastAsia="微软雅黑" w:hAnsi="微软雅黑"/>
          <w:color w:val="1B365D"/>
          <w:sz w:val="36"/>
          <w:lang w:eastAsia="zh-CN"/>
        </w:rPr>
        <w:t>剪映</w:t>
      </w:r>
      <w:proofErr w:type="gramEnd"/>
      <w:r>
        <w:rPr>
          <w:rFonts w:ascii="微软雅黑" w:eastAsia="微软雅黑" w:hAnsi="微软雅黑"/>
          <w:color w:val="1B365D"/>
          <w:sz w:val="36"/>
          <w:lang w:eastAsia="zh-CN"/>
        </w:rPr>
        <w:t xml:space="preserve"> AI 自动粗剪 · 产品分析报告</w:t>
      </w:r>
    </w:p>
    <w:p w14:paraId="20A66354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剪映</w:t>
      </w:r>
      <w:proofErr w:type="gramEnd"/>
      <w:r>
        <w:rPr>
          <w:lang w:eastAsia="zh-CN"/>
        </w:rPr>
        <w:t xml:space="preserve"> AI 自动粗剪</w:t>
      </w:r>
    </w:p>
    <w:p w14:paraId="2A3D4E2E" w14:textId="77777777" w:rsidR="00F62C2C" w:rsidRDefault="00000000">
      <w:pPr>
        <w:rPr>
          <w:lang w:eastAsia="zh-CN"/>
        </w:rPr>
      </w:pPr>
      <w:r>
        <w:rPr>
          <w:lang w:eastAsia="zh-CN"/>
        </w:rPr>
        <w:t>产品分析报告（基于产品实现反推）</w:t>
      </w:r>
    </w:p>
    <w:p w14:paraId="0CED0B30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剪映</w:t>
      </w:r>
      <w:proofErr w:type="gramEnd"/>
      <w:r>
        <w:rPr>
          <w:lang w:eastAsia="zh-CN"/>
        </w:rPr>
        <w:t xml:space="preserve"> AI 自动粗剪 · 产品分析报告</w:t>
      </w:r>
    </w:p>
    <w:p w14:paraId="7CD2E70F" w14:textId="77777777" w:rsidR="00F62C2C" w:rsidRDefault="00000000">
      <w:pPr>
        <w:rPr>
          <w:lang w:eastAsia="zh-CN"/>
        </w:rPr>
      </w:pPr>
      <w:r>
        <w:rPr>
          <w:lang w:eastAsia="zh-CN"/>
        </w:rPr>
        <w:t>阅读须知：本报告的证据边界</w:t>
      </w:r>
    </w:p>
    <w:p w14:paraId="41F71440" w14:textId="77777777" w:rsidR="00F62C2C" w:rsidRDefault="00000000">
      <w:pPr>
        <w:rPr>
          <w:lang w:eastAsia="zh-CN"/>
        </w:rPr>
      </w:pPr>
      <w:r>
        <w:rPr>
          <w:lang w:eastAsia="zh-CN"/>
        </w:rPr>
        <w:t>本报告不是基于用户数据或市场调研的产品分析，而是从产品实现反推产品决策的分析。</w:t>
      </w:r>
    </w:p>
    <w:p w14:paraId="3ED0A102" w14:textId="77777777" w:rsidR="00F62C2C" w:rsidRDefault="00000000">
      <w:pPr>
        <w:rPr>
          <w:lang w:eastAsia="zh-CN"/>
        </w:rPr>
      </w:pPr>
      <w:r>
        <w:rPr>
          <w:lang w:eastAsia="zh-CN"/>
        </w:rPr>
        <w:t>我能拿到的（硬证据）：埋点口径与参数枚举、功能规格与上限值、用户可见文案、付费权益名单、交互状态机、远端可调参数、真实运行日志。</w:t>
      </w:r>
    </w:p>
    <w:p w14:paraId="64BDA7AF" w14:textId="77777777" w:rsidR="00F62C2C" w:rsidRDefault="00000000">
      <w:pPr>
        <w:rPr>
          <w:lang w:eastAsia="zh-CN"/>
        </w:rPr>
      </w:pPr>
      <w:r>
        <w:rPr>
          <w:lang w:eastAsia="zh-CN"/>
        </w:rPr>
        <w:t>我拿不到的（无证据）：留存率、转化率、用户访谈、市场规模、</w:t>
      </w:r>
      <w:proofErr w:type="gramStart"/>
      <w:r>
        <w:rPr>
          <w:lang w:eastAsia="zh-CN"/>
        </w:rPr>
        <w:t>竞品内部</w:t>
      </w:r>
      <w:proofErr w:type="gramEnd"/>
      <w:r>
        <w:rPr>
          <w:lang w:eastAsia="zh-CN"/>
        </w:rPr>
        <w:t>数据。</w:t>
      </w:r>
    </w:p>
    <w:p w14:paraId="5AD6DC3C" w14:textId="77777777" w:rsidR="00F62C2C" w:rsidRDefault="00000000">
      <w:pPr>
        <w:rPr>
          <w:lang w:eastAsia="zh-CN"/>
        </w:rPr>
      </w:pPr>
      <w:r>
        <w:rPr>
          <w:lang w:eastAsia="zh-CN"/>
        </w:rPr>
        <w:t>因此：凡涉及功能规格与设计意图的结论，均有逐字出处；凡涉及用户画像、</w:t>
      </w:r>
      <w:proofErr w:type="gramStart"/>
      <w:r>
        <w:rPr>
          <w:lang w:eastAsia="zh-CN"/>
        </w:rPr>
        <w:t>竞品对比</w:t>
      </w:r>
      <w:proofErr w:type="gramEnd"/>
      <w:r>
        <w:rPr>
          <w:lang w:eastAsia="zh-CN"/>
        </w:rPr>
        <w:t>、优先级建议的，均为基于产品逻辑的推断，已在文中逐处标注。</w:t>
      </w:r>
    </w:p>
    <w:p w14:paraId="7FCBC6B4" w14:textId="77777777" w:rsidR="00F62C2C" w:rsidRDefault="00000000">
      <w:pPr>
        <w:rPr>
          <w:lang w:eastAsia="zh-CN"/>
        </w:rPr>
      </w:pPr>
      <w:r>
        <w:rPr>
          <w:lang w:eastAsia="zh-CN"/>
        </w:rPr>
        <w:t>一、结论摘要</w:t>
      </w:r>
    </w:p>
    <w:p w14:paraId="4792F096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剪映的</w:t>
      </w:r>
      <w:proofErr w:type="gramEnd"/>
      <w:r>
        <w:rPr>
          <w:lang w:eastAsia="zh-CN"/>
        </w:rPr>
        <w:t xml:space="preserve"> AI 自动粗</w:t>
      </w:r>
      <w:proofErr w:type="gramStart"/>
      <w:r>
        <w:rPr>
          <w:lang w:eastAsia="zh-CN"/>
        </w:rPr>
        <w:t>剪不是</w:t>
      </w:r>
      <w:proofErr w:type="gramEnd"/>
      <w:r>
        <w:rPr>
          <w:lang w:eastAsia="zh-CN"/>
        </w:rPr>
        <w:t>一个功能，而是一个底层能力 + 两种产品化形态 + 一条备用路线：</w:t>
      </w:r>
    </w:p>
    <w:p w14:paraId="6B247472" w14:textId="77777777" w:rsidR="00F62C2C" w:rsidRDefault="00000000">
      <w:pPr>
        <w:rPr>
          <w:lang w:eastAsia="zh-CN"/>
        </w:rPr>
      </w:pPr>
      <w:r>
        <w:rPr>
          <w:lang w:eastAsia="zh-CN"/>
        </w:rPr>
        <w:t>底层能力："AI 识别语音转文字，用户直接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文字来剪辑"（改字即改片）</w:t>
      </w:r>
    </w:p>
    <w:p w14:paraId="70941DF7" w14:textId="77777777" w:rsidR="00F62C2C" w:rsidRDefault="00000000">
      <w:pPr>
        <w:rPr>
          <w:lang w:eastAsia="zh-CN"/>
        </w:rPr>
      </w:pPr>
      <w:r>
        <w:rPr>
          <w:lang w:eastAsia="zh-CN"/>
        </w:rPr>
        <w:t>自动版（产品一）：用户写文稿，AI 自动判断该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什么 → "智能解说粗剪"</w:t>
      </w:r>
    </w:p>
    <w:p w14:paraId="7D4E83F0" w14:textId="77777777" w:rsidR="00F62C2C" w:rsidRDefault="00000000">
      <w:pPr>
        <w:rPr>
          <w:lang w:eastAsia="zh-CN"/>
        </w:rPr>
      </w:pPr>
      <w:r>
        <w:rPr>
          <w:lang w:eastAsia="zh-CN"/>
        </w:rPr>
        <w:t>手动版：用户自己看着文字稿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（这是用户本来就熟悉的功能）</w:t>
      </w:r>
    </w:p>
    <w:p w14:paraId="48288E17" w14:textId="77777777" w:rsidR="00F62C2C" w:rsidRDefault="00000000">
      <w:proofErr w:type="spellStart"/>
      <w:r>
        <w:t>备用路线（产品二</w:t>
      </w:r>
      <w:proofErr w:type="spellEnd"/>
      <w:r>
        <w:t>）：</w:t>
      </w:r>
      <w:proofErr w:type="spellStart"/>
      <w:r>
        <w:t>不靠文字，靠</w:t>
      </w:r>
      <w:proofErr w:type="spellEnd"/>
      <w:r>
        <w:t xml:space="preserve"> AI </w:t>
      </w:r>
      <w:proofErr w:type="spellStart"/>
      <w:r>
        <w:t>看图</w:t>
      </w:r>
      <w:proofErr w:type="spellEnd"/>
      <w:r>
        <w:t xml:space="preserve"> → Hub Agent 粗剪 rough_cut</w:t>
      </w:r>
    </w:p>
    <w:p w14:paraId="56DFE497" w14:textId="77777777" w:rsidR="00F62C2C" w:rsidRDefault="00000000">
      <w:pPr>
        <w:rPr>
          <w:lang w:eastAsia="zh-CN"/>
        </w:rPr>
      </w:pPr>
      <w:r>
        <w:t xml:space="preserve">关键澄清：这三者都不是"AI 生成视频"。 </w:t>
      </w:r>
      <w:r>
        <w:rPr>
          <w:lang w:eastAsia="zh-CN"/>
        </w:rPr>
        <w:t>它们做的是筛选与重排用户已有的素材——画面是用户拍的，声音是用户录的，AI 只负责挑、排、对齐。</w:t>
      </w:r>
      <w:proofErr w:type="gramStart"/>
      <w:r>
        <w:rPr>
          <w:lang w:eastAsia="zh-CN"/>
        </w:rPr>
        <w:t>判据很</w:t>
      </w:r>
      <w:proofErr w:type="gramEnd"/>
      <w:r>
        <w:rPr>
          <w:lang w:eastAsia="zh-CN"/>
        </w:rPr>
        <w:t>简单：这类功能只会让视频变短，不会变长。</w:t>
      </w:r>
    </w:p>
    <w:p w14:paraId="665165B2" w14:textId="77777777" w:rsidR="00F62C2C" w:rsidRDefault="00000000">
      <w:pPr>
        <w:rPr>
          <w:lang w:eastAsia="zh-CN"/>
        </w:rPr>
      </w:pPr>
      <w:r>
        <w:rPr>
          <w:lang w:eastAsia="zh-CN"/>
        </w:rPr>
        <w:t>产品上</w:t>
      </w:r>
      <w:proofErr w:type="gramStart"/>
      <w:r>
        <w:rPr>
          <w:lang w:eastAsia="zh-CN"/>
        </w:rPr>
        <w:t>做对</w:t>
      </w:r>
      <w:proofErr w:type="gramEnd"/>
      <w:r>
        <w:rPr>
          <w:lang w:eastAsia="zh-CN"/>
        </w:rPr>
        <w:t>的核心一件事是：</w:t>
      </w:r>
    </w:p>
    <w:p w14:paraId="5BB74CA2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把 AI 定位成"做初稿的实习生"，而不是"替你做决定的导演"。</w:t>
      </w:r>
    </w:p>
    <w:p w14:paraId="2203BD11" w14:textId="77777777" w:rsidR="00F62C2C" w:rsidRDefault="00000000">
      <w:pPr>
        <w:rPr>
          <w:lang w:eastAsia="zh-CN"/>
        </w:rPr>
      </w:pPr>
      <w:r>
        <w:rPr>
          <w:lang w:eastAsia="zh-CN"/>
        </w:rPr>
        <w:t>这个定位靠三条设计兑现：不发明事实、不破坏已有、</w:t>
      </w:r>
      <w:proofErr w:type="gramStart"/>
      <w:r>
        <w:rPr>
          <w:lang w:eastAsia="zh-CN"/>
        </w:rPr>
        <w:t>不</w:t>
      </w:r>
      <w:proofErr w:type="gramEnd"/>
      <w:r>
        <w:rPr>
          <w:lang w:eastAsia="zh-CN"/>
        </w:rPr>
        <w:t>擅自定稿。而最大的商业约束是：核心能力被放在免费额度侧，因此必须在极低成本下跑得起来——这一条约束直接决定了技术架构的形状。</w:t>
      </w:r>
    </w:p>
    <w:p w14:paraId="04790354" w14:textId="77777777" w:rsidR="00F62C2C" w:rsidRDefault="00000000">
      <w:pPr>
        <w:rPr>
          <w:lang w:eastAsia="zh-CN"/>
        </w:rPr>
      </w:pPr>
      <w:r>
        <w:rPr>
          <w:lang w:eastAsia="zh-CN"/>
        </w:rPr>
        <w:t>证据说明：功能规格、埋点口径、文案、上限值、付费名单均为逐字读到的硬证据；用户画像、</w:t>
      </w:r>
      <w:proofErr w:type="gramStart"/>
      <w:r>
        <w:rPr>
          <w:lang w:eastAsia="zh-CN"/>
        </w:rPr>
        <w:t>竞品对比</w:t>
      </w:r>
      <w:proofErr w:type="gramEnd"/>
      <w:r>
        <w:rPr>
          <w:lang w:eastAsia="zh-CN"/>
        </w:rPr>
        <w:t>、优先级建议为基于产品逻辑的推断，已在文中逐处标注。</w:t>
      </w:r>
    </w:p>
    <w:p w14:paraId="3181724D" w14:textId="77777777" w:rsidR="00F62C2C" w:rsidRDefault="00000000">
      <w:pPr>
        <w:rPr>
          <w:lang w:eastAsia="zh-CN"/>
        </w:rPr>
      </w:pPr>
      <w:r>
        <w:rPr>
          <w:lang w:eastAsia="zh-CN"/>
        </w:rPr>
        <w:t>二、产品定义：同</w:t>
      </w:r>
      <w:proofErr w:type="gramStart"/>
      <w:r>
        <w:rPr>
          <w:lang w:eastAsia="zh-CN"/>
        </w:rPr>
        <w:t>一能力</w:t>
      </w:r>
      <w:proofErr w:type="gramEnd"/>
      <w:r>
        <w:rPr>
          <w:lang w:eastAsia="zh-CN"/>
        </w:rPr>
        <w:t>的两种产品化形态，加一条备用路线</w:t>
      </w:r>
    </w:p>
    <w:p w14:paraId="4E0AC412" w14:textId="77777777" w:rsidR="00F62C2C" w:rsidRDefault="00000000">
      <w:pPr>
        <w:rPr>
          <w:lang w:eastAsia="zh-CN"/>
        </w:rPr>
      </w:pPr>
      <w:r>
        <w:rPr>
          <w:lang w:eastAsia="zh-CN"/>
        </w:rPr>
        <w:t>这是本次分析最重要的结构性发现。但先纠正一个说法："两个产品"是我的分析结论，不是官方口径。 更准确的表述是这个结构——</w:t>
      </w:r>
    </w:p>
    <w:p w14:paraId="0E10C70D" w14:textId="0ADC6DAB" w:rsidR="00F62C2C" w:rsidRDefault="00000000">
      <w:r>
        <w:rPr>
          <w:lang w:eastAsia="zh-CN"/>
        </w:rPr>
        <w:t xml:space="preserve">        </w:t>
      </w:r>
      <w:r>
        <w:t>┌───────────────────────────────────────────┐</w:t>
      </w:r>
    </w:p>
    <w:p w14:paraId="34B0EF67" w14:textId="32B24D72" w:rsidR="00F62C2C" w:rsidRDefault="00000000">
      <w:pPr>
        <w:rPr>
          <w:lang w:eastAsia="zh-CN"/>
        </w:rPr>
      </w:pPr>
      <w:r>
        <w:rPr>
          <w:lang w:eastAsia="zh-CN"/>
        </w:rPr>
        <w:t xml:space="preserve">        │  底层通用能力                               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>
        <w:rPr>
          <w:lang w:eastAsia="zh-CN"/>
        </w:rPr>
        <w:t>│</w:t>
      </w:r>
    </w:p>
    <w:p w14:paraId="02DD064F" w14:textId="632B1FB7" w:rsidR="00F62C2C" w:rsidRDefault="00000000">
      <w:pPr>
        <w:rPr>
          <w:lang w:eastAsia="zh-CN"/>
        </w:rPr>
      </w:pPr>
      <w:r>
        <w:rPr>
          <w:lang w:eastAsia="zh-CN"/>
        </w:rPr>
        <w:t xml:space="preserve">        │  语音转文字（</w:t>
      </w:r>
      <w:proofErr w:type="gramStart"/>
      <w:r>
        <w:rPr>
          <w:lang w:eastAsia="zh-CN"/>
        </w:rPr>
        <w:t>词级时间戳</w:t>
      </w:r>
      <w:proofErr w:type="gramEnd"/>
      <w:r>
        <w:rPr>
          <w:lang w:eastAsia="zh-CN"/>
        </w:rPr>
        <w:t xml:space="preserve">） + 改字即改片      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rFonts w:hint="eastAsia"/>
          <w:lang w:eastAsia="zh-CN"/>
        </w:rPr>
        <w:t xml:space="preserve"> </w:t>
      </w:r>
      <w:r w:rsidR="000E31BE">
        <w:rPr>
          <w:lang w:eastAsia="zh-CN"/>
        </w:rPr>
        <w:tab/>
      </w:r>
      <w:r>
        <w:rPr>
          <w:lang w:eastAsia="zh-CN"/>
        </w:rPr>
        <w:t xml:space="preserve"> │</w:t>
      </w:r>
    </w:p>
    <w:p w14:paraId="7447A78A" w14:textId="0B4E5F9A" w:rsidR="00F62C2C" w:rsidRDefault="00000000">
      <w:r>
        <w:rPr>
          <w:lang w:eastAsia="zh-CN"/>
        </w:rPr>
        <w:t xml:space="preserve">        </w:t>
      </w:r>
      <w:r>
        <w:t>└───────────────────────────────────────────┘</w:t>
      </w:r>
    </w:p>
    <w:p w14:paraId="7BF344BB" w14:textId="1D27E1FA" w:rsidR="00F62C2C" w:rsidRDefault="00000000">
      <w:r>
        <w:t xml:space="preserve">                  </w:t>
      </w:r>
      <w:r w:rsidR="000E31BE">
        <w:tab/>
      </w:r>
      <w:r w:rsidR="000E31BE">
        <w:tab/>
      </w:r>
      <w:r w:rsidR="000E31BE">
        <w:tab/>
      </w:r>
      <w:r w:rsidR="000E31BE">
        <w:tab/>
      </w:r>
      <w:r>
        <w:t xml:space="preserve">    │</w:t>
      </w:r>
    </w:p>
    <w:p w14:paraId="3EA0A48F" w14:textId="77777777" w:rsidR="00F62C2C" w:rsidRDefault="00000000">
      <w:r>
        <w:t xml:space="preserve">        ┌───────────────┼───────────────┐</w:t>
      </w:r>
    </w:p>
    <w:p w14:paraId="33D5C7B5" w14:textId="2557AE6F" w:rsidR="00F62C2C" w:rsidRDefault="00000000">
      <w:pPr>
        <w:rPr>
          <w:lang w:eastAsia="zh-CN"/>
        </w:rPr>
      </w:pPr>
      <w:r>
        <w:t xml:space="preserve">        </w:t>
      </w:r>
      <w:r>
        <w:rPr>
          <w:lang w:eastAsia="zh-CN"/>
        </w:rPr>
        <w:t xml:space="preserve">▼            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rFonts w:hint="eastAsia"/>
          <w:lang w:eastAsia="zh-CN"/>
        </w:rPr>
        <w:t xml:space="preserve">   </w:t>
      </w:r>
      <w:r>
        <w:rPr>
          <w:lang w:eastAsia="zh-CN"/>
        </w:rPr>
        <w:t xml:space="preserve"> ▼           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rFonts w:hint="eastAsia"/>
          <w:lang w:eastAsia="zh-CN"/>
        </w:rPr>
        <w:t xml:space="preserve">          </w:t>
      </w:r>
      <w:r>
        <w:rPr>
          <w:lang w:eastAsia="zh-CN"/>
        </w:rPr>
        <w:t xml:space="preserve">  ▼</w:t>
      </w:r>
    </w:p>
    <w:p w14:paraId="2B5B48B7" w14:textId="5C997E37" w:rsidR="00F62C2C" w:rsidRDefault="00000000">
      <w:pPr>
        <w:rPr>
          <w:lang w:eastAsia="zh-CN"/>
        </w:rPr>
      </w:pPr>
      <w:r>
        <w:rPr>
          <w:lang w:eastAsia="zh-CN"/>
        </w:rPr>
        <w:t xml:space="preserve">   【手动版】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>
        <w:rPr>
          <w:lang w:eastAsia="zh-CN"/>
        </w:rPr>
        <w:t xml:space="preserve">   【自动版·产品一】 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rFonts w:hint="eastAsia"/>
          <w:lang w:eastAsia="zh-CN"/>
        </w:rPr>
        <w:t xml:space="preserve">        </w:t>
      </w:r>
      <w:r>
        <w:rPr>
          <w:lang w:eastAsia="zh-CN"/>
        </w:rPr>
        <w:t>【备用路线·产品二】</w:t>
      </w:r>
    </w:p>
    <w:p w14:paraId="680165C7" w14:textId="1558E565" w:rsidR="00F62C2C" w:rsidRDefault="00000000">
      <w:pPr>
        <w:rPr>
          <w:lang w:eastAsia="zh-CN"/>
        </w:rPr>
      </w:pPr>
      <w:r>
        <w:rPr>
          <w:lang w:eastAsia="zh-CN"/>
        </w:rPr>
        <w:t xml:space="preserve">   用户自己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 xml:space="preserve">字   </w:t>
      </w:r>
      <w:r w:rsidR="000E31BE">
        <w:rPr>
          <w:lang w:eastAsia="zh-CN"/>
        </w:rPr>
        <w:tab/>
      </w:r>
      <w:r w:rsidR="000E31BE">
        <w:rPr>
          <w:lang w:eastAsia="zh-CN"/>
        </w:rPr>
        <w:tab/>
      </w:r>
      <w:r w:rsidR="000E31BE">
        <w:rPr>
          <w:rFonts w:hint="eastAsia"/>
          <w:lang w:eastAsia="zh-CN"/>
        </w:rPr>
        <w:t xml:space="preserve">   </w:t>
      </w:r>
      <w:r>
        <w:rPr>
          <w:lang w:eastAsia="zh-CN"/>
        </w:rPr>
        <w:t xml:space="preserve"> 写文稿，AI 自动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 xml:space="preserve">    </w:t>
      </w:r>
      <w:r w:rsidR="000E31BE">
        <w:rPr>
          <w:lang w:eastAsia="zh-CN"/>
        </w:rPr>
        <w:tab/>
      </w:r>
      <w:r w:rsidR="000E31BE">
        <w:rPr>
          <w:rFonts w:hint="eastAsia"/>
          <w:lang w:eastAsia="zh-CN"/>
        </w:rPr>
        <w:t xml:space="preserve">          </w:t>
      </w:r>
      <w:r>
        <w:rPr>
          <w:lang w:eastAsia="zh-CN"/>
        </w:rPr>
        <w:t>不靠文字，靠看图</w:t>
      </w:r>
    </w:p>
    <w:p w14:paraId="18AA6035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                                  （素材没人说话时用）</w:t>
      </w:r>
    </w:p>
    <w:p w14:paraId="5B398DB8" w14:textId="77777777" w:rsidR="00F62C2C" w:rsidRDefault="00000000">
      <w:pPr>
        <w:rPr>
          <w:lang w:eastAsia="zh-CN"/>
        </w:rPr>
      </w:pPr>
      <w:r>
        <w:rPr>
          <w:lang w:eastAsia="zh-CN"/>
        </w:rPr>
        <w:t>产品二名称的实测证据：</w:t>
      </w:r>
      <w:proofErr w:type="spellStart"/>
      <w:r>
        <w:rPr>
          <w:lang w:eastAsia="zh-CN"/>
        </w:rPr>
        <w:t>canvas_agent</w:t>
      </w:r>
      <w:proofErr w:type="spellEnd"/>
      <w:r>
        <w:rPr>
          <w:lang w:eastAsia="zh-CN"/>
        </w:rPr>
        <w:t>\app\index.html 的标题栏为 &lt;title&gt;</w:t>
      </w:r>
      <w:proofErr w:type="gramStart"/>
      <w:r>
        <w:rPr>
          <w:lang w:eastAsia="zh-CN"/>
        </w:rPr>
        <w:t>剪映</w:t>
      </w:r>
      <w:proofErr w:type="gramEnd"/>
      <w:r>
        <w:rPr>
          <w:lang w:eastAsia="zh-CN"/>
        </w:rPr>
        <w:t xml:space="preserve"> Hub&lt;/title&gt;。</w:t>
      </w:r>
    </w:p>
    <w:p w14:paraId="49FEBC16" w14:textId="77777777" w:rsidR="00F62C2C" w:rsidRDefault="00000000">
      <w:pPr>
        <w:rPr>
          <w:lang w:eastAsia="zh-CN"/>
        </w:rPr>
      </w:pPr>
      <w:r>
        <w:rPr>
          <w:lang w:eastAsia="zh-CN"/>
        </w:rPr>
        <w:t>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名称的实测证据：应用内帮助按钮指向的指南标题为《「智能解说粗剪」使用指南》；主按钮文案为"开始粗剪"。</w:t>
      </w:r>
    </w:p>
    <w:p w14:paraId="4C827594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证据强度提示：产品一有完整的页面文件、按钮文案、埋点与状态机支撑，可靠度较高；</w:t>
      </w:r>
      <w:r>
        <w:rPr>
          <w:lang w:eastAsia="zh-CN"/>
        </w:rPr>
        <w:br/>
        <w:t>产品二目前只见标题、后端路由与工具链，我没有见过它的实际交互界面——该行的"入口"与"发起方式"属推断，待界面验证。</w:t>
      </w:r>
    </w:p>
    <w:p w14:paraId="43E58396" w14:textId="77777777" w:rsidR="00F62C2C" w:rsidRDefault="00000000">
      <w:pPr>
        <w:rPr>
          <w:lang w:eastAsia="zh-CN"/>
        </w:rPr>
      </w:pPr>
      <w:r>
        <w:rPr>
          <w:lang w:eastAsia="zh-CN"/>
        </w:rPr>
        <w:t>产品判断：两者不是同一个功能的两个版本，而是两种不同的产品假设。</w:t>
      </w:r>
    </w:p>
    <w:p w14:paraId="56F5DCA5" w14:textId="77777777" w:rsidR="00F62C2C" w:rsidRDefault="00000000">
      <w:pPr>
        <w:rPr>
          <w:lang w:eastAsia="zh-CN"/>
        </w:rPr>
      </w:pPr>
      <w:r>
        <w:rPr>
          <w:lang w:eastAsia="zh-CN"/>
        </w:rPr>
        <w:t>产品一赌的是：用户其实缺的是解说词，不是剪辑——给你文案，你改字，画面自动跟着走。</w:t>
      </w:r>
    </w:p>
    <w:p w14:paraId="311E86E6" w14:textId="77777777" w:rsidR="00F62C2C" w:rsidRDefault="00000000">
      <w:pPr>
        <w:rPr>
          <w:lang w:eastAsia="zh-CN"/>
        </w:rPr>
      </w:pPr>
      <w:r>
        <w:rPr>
          <w:lang w:eastAsia="zh-CN"/>
        </w:rPr>
        <w:t>产品二赌的是：用户有大量素材，缺的是帮我挑——给意图，AI 帮你选片排序。</w:t>
      </w:r>
    </w:p>
    <w:p w14:paraId="7B2A010A" w14:textId="77777777" w:rsidR="00F62C2C" w:rsidRDefault="00000000">
      <w:pPr>
        <w:rPr>
          <w:lang w:eastAsia="zh-CN"/>
        </w:rPr>
      </w:pPr>
      <w:r>
        <w:rPr>
          <w:lang w:eastAsia="zh-CN"/>
        </w:rPr>
        <w:t>从成熟度看：产品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 xml:space="preserve">明显更完整（5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专用埋点、完整状态机、引导文案、远端可调阈值）；产品二目前主要靠 Agent 的通用埋点覆盖，缺少产品级专用埋点。</w:t>
      </w:r>
    </w:p>
    <w:p w14:paraId="1576D485" w14:textId="77777777" w:rsidR="00F62C2C" w:rsidRDefault="00000000">
      <w:pPr>
        <w:rPr>
          <w:lang w:eastAsia="zh-CN"/>
        </w:rPr>
      </w:pPr>
      <w:r>
        <w:rPr>
          <w:lang w:eastAsia="zh-CN"/>
        </w:rPr>
        <w:t>第一个产品问题：这两个是要收敛成一个体验，还是显式分成两个入口？目前"两个都在做、但用户看不出区别"是最差的状态。</w:t>
      </w:r>
    </w:p>
    <w:p w14:paraId="0AC3BDC6" w14:textId="77777777" w:rsidR="00F62C2C" w:rsidRDefault="00000000">
      <w:pPr>
        <w:rPr>
          <w:lang w:eastAsia="zh-CN"/>
        </w:rPr>
      </w:pPr>
      <w:r>
        <w:rPr>
          <w:lang w:eastAsia="zh-CN"/>
        </w:rPr>
        <w:t>三、用户与场景</w:t>
      </w:r>
    </w:p>
    <w:p w14:paraId="12540509" w14:textId="77777777" w:rsidR="00F62C2C" w:rsidRDefault="00000000">
      <w:pPr>
        <w:rPr>
          <w:lang w:eastAsia="zh-CN"/>
        </w:rPr>
      </w:pPr>
      <w:r>
        <w:rPr>
          <w:lang w:eastAsia="zh-CN"/>
        </w:rPr>
        <w:t>3.1 谁在用（从产品约束反推）</w:t>
      </w:r>
    </w:p>
    <w:p w14:paraId="3C51F546" w14:textId="77777777" w:rsidR="00F62C2C" w:rsidRDefault="00000000">
      <w:pPr>
        <w:rPr>
          <w:lang w:eastAsia="zh-CN"/>
        </w:rPr>
      </w:pPr>
      <w:r>
        <w:rPr>
          <w:lang w:eastAsia="zh-CN"/>
        </w:rPr>
        <w:t>3.2 关键洞察：两种形态的输入门槛差异巨大</w:t>
      </w:r>
    </w:p>
    <w:p w14:paraId="2F3B5174" w14:textId="77777777" w:rsidR="00F62C2C" w:rsidRDefault="00000000">
      <w:pPr>
        <w:rPr>
          <w:lang w:eastAsia="zh-CN"/>
        </w:rPr>
      </w:pPr>
      <w:r>
        <w:rPr>
          <w:lang w:eastAsia="zh-CN"/>
        </w:rPr>
        <w:t>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的输入是文稿——所有受过教育的人都会的东西。</w:t>
      </w:r>
    </w:p>
    <w:p w14:paraId="11B08C83" w14:textId="77777777" w:rsidR="00F62C2C" w:rsidRDefault="00000000">
      <w:pPr>
        <w:rPr>
          <w:lang w:eastAsia="zh-CN"/>
        </w:rPr>
      </w:pPr>
      <w:r>
        <w:rPr>
          <w:lang w:eastAsia="zh-CN"/>
        </w:rPr>
        <w:t>产品二的输入是视觉描述（例如"找主角大笑、背景虚化的片段"）——这是专业剪辑师的语言，普通用户描述不出来。</w:t>
      </w:r>
    </w:p>
    <w:p w14:paraId="3D0B2800" w14:textId="77777777" w:rsidR="00F62C2C" w:rsidRDefault="00000000">
      <w:pPr>
        <w:rPr>
          <w:lang w:eastAsia="zh-CN"/>
        </w:rPr>
      </w:pPr>
      <w:r>
        <w:rPr>
          <w:lang w:eastAsia="zh-CN"/>
        </w:rPr>
        <w:t>这是一个被低估的产品门槛。 产品</w:t>
      </w:r>
      <w:proofErr w:type="gramStart"/>
      <w:r>
        <w:rPr>
          <w:lang w:eastAsia="zh-CN"/>
        </w:rPr>
        <w:t>二如果</w:t>
      </w:r>
      <w:proofErr w:type="gramEnd"/>
      <w:r>
        <w:rPr>
          <w:lang w:eastAsia="zh-CN"/>
        </w:rPr>
        <w:t>直接面向小白用户，会卡在"用户不知道该描述什么"。</w:t>
      </w:r>
    </w:p>
    <w:p w14:paraId="700A5A7E" w14:textId="77777777" w:rsidR="00F62C2C" w:rsidRDefault="00000000">
      <w:pPr>
        <w:rPr>
          <w:lang w:eastAsia="zh-CN"/>
        </w:rPr>
      </w:pPr>
      <w:r>
        <w:rPr>
          <w:lang w:eastAsia="zh-CN"/>
        </w:rPr>
        <w:t>建议（推断）：产品二需要降低描述门槛——提供意图模板，或由 AI 主动提问澄清（"你是想要搞笑合集，还是干货总结？"），而不是要求用户自己写出画面描述。</w:t>
      </w:r>
    </w:p>
    <w:p w14:paraId="583E9373" w14:textId="77777777" w:rsidR="00F62C2C" w:rsidRDefault="00000000">
      <w:pPr>
        <w:rPr>
          <w:lang w:eastAsia="zh-CN"/>
        </w:rPr>
      </w:pPr>
      <w:r>
        <w:rPr>
          <w:lang w:eastAsia="zh-CN"/>
        </w:rPr>
        <w:t>四、用户任务（JTBD）</w:t>
      </w:r>
    </w:p>
    <w:p w14:paraId="73AB9065" w14:textId="77777777" w:rsidR="00F62C2C" w:rsidRDefault="00000000">
      <w:pPr>
        <w:rPr>
          <w:lang w:eastAsia="zh-CN"/>
        </w:rPr>
      </w:pPr>
      <w:r>
        <w:rPr>
          <w:lang w:eastAsia="zh-CN"/>
        </w:rPr>
        <w:t>用一句话概括两个产品各自完成的任务：</w:t>
      </w:r>
    </w:p>
    <w:p w14:paraId="17CF68EE" w14:textId="77777777" w:rsidR="00F62C2C" w:rsidRDefault="00000000">
      <w:pPr>
        <w:rPr>
          <w:lang w:eastAsia="zh-CN"/>
        </w:rPr>
      </w:pPr>
      <w:r>
        <w:rPr>
          <w:lang w:eastAsia="zh-CN"/>
        </w:rPr>
        <w:t>产品一</w:t>
      </w:r>
    </w:p>
    <w:p w14:paraId="0AF93E38" w14:textId="77777777" w:rsidR="00F62C2C" w:rsidRDefault="00000000">
      <w:pPr>
        <w:rPr>
          <w:lang w:eastAsia="zh-CN"/>
        </w:rPr>
      </w:pPr>
      <w:r>
        <w:rPr>
          <w:lang w:eastAsia="zh-CN"/>
        </w:rPr>
        <w:t>当我有一条已经想好要说的话时，帮我把它变成有画面的视频。</w:t>
      </w:r>
    </w:p>
    <w:p w14:paraId="16D48FF6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产品二</w:t>
      </w:r>
    </w:p>
    <w:p w14:paraId="73A38AE2" w14:textId="77777777" w:rsidR="00F62C2C" w:rsidRDefault="00000000">
      <w:pPr>
        <w:rPr>
          <w:lang w:eastAsia="zh-CN"/>
        </w:rPr>
      </w:pPr>
      <w:r>
        <w:rPr>
          <w:lang w:eastAsia="zh-CN"/>
        </w:rPr>
        <w:t>当我有一大堆拍好的素材、但没时间一个个看时，帮我挑出该用的。</w:t>
      </w:r>
    </w:p>
    <w:p w14:paraId="6413FAFB" w14:textId="77777777" w:rsidR="00F62C2C" w:rsidRDefault="00000000">
      <w:pPr>
        <w:rPr>
          <w:lang w:eastAsia="zh-CN"/>
        </w:rPr>
      </w:pPr>
      <w:r>
        <w:rPr>
          <w:lang w:eastAsia="zh-CN"/>
        </w:rPr>
        <w:t>注意这两个任务是互斥的起点：一个有内容没画面，一个有画面没内容。这解释了为什么它们必须是两个产品——不存在谁替代谁。</w:t>
      </w:r>
    </w:p>
    <w:p w14:paraId="6D906B30" w14:textId="77777777" w:rsidR="00F62C2C" w:rsidRDefault="00000000">
      <w:pPr>
        <w:rPr>
          <w:lang w:eastAsia="zh-CN"/>
        </w:rPr>
      </w:pPr>
      <w:r>
        <w:rPr>
          <w:lang w:eastAsia="zh-CN"/>
        </w:rPr>
        <w:t>五、功能规格拆解</w:t>
      </w:r>
    </w:p>
    <w:p w14:paraId="586D01E1" w14:textId="77777777" w:rsidR="00F62C2C" w:rsidRDefault="00000000">
      <w:pPr>
        <w:rPr>
          <w:lang w:eastAsia="zh-CN"/>
        </w:rPr>
      </w:pPr>
      <w:r>
        <w:rPr>
          <w:lang w:eastAsia="zh-CN"/>
        </w:rPr>
        <w:t>5.0 先澄清：产品一不是"AI 生成模型"</w:t>
      </w:r>
    </w:p>
    <w:p w14:paraId="68EDEEE0" w14:textId="77777777" w:rsidR="00F62C2C" w:rsidRDefault="00000000">
      <w:pPr>
        <w:rPr>
          <w:lang w:eastAsia="zh-CN"/>
        </w:rPr>
      </w:pPr>
      <w:r>
        <w:rPr>
          <w:lang w:eastAsia="zh-CN"/>
        </w:rPr>
        <w:t>这是最容易被误解的一点，但它决定了整个产品的承诺边界。</w:t>
      </w:r>
    </w:p>
    <w:p w14:paraId="0AF1F4EC" w14:textId="77777777" w:rsidR="00F62C2C" w:rsidRDefault="00000000">
      <w:pPr>
        <w:rPr>
          <w:lang w:eastAsia="zh-CN"/>
        </w:rPr>
      </w:pPr>
      <w:r>
        <w:rPr>
          <w:lang w:eastAsia="zh-CN"/>
        </w:rPr>
        <w:t>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由三个组件构成，没有一个是"生成"的：</w:t>
      </w:r>
    </w:p>
    <w:p w14:paraId="7F4DCAA3" w14:textId="77777777" w:rsidR="00F62C2C" w:rsidRDefault="00000000">
      <w:pPr>
        <w:rPr>
          <w:lang w:eastAsia="zh-CN"/>
        </w:rPr>
      </w:pPr>
      <w:r>
        <w:rPr>
          <w:lang w:eastAsia="zh-CN"/>
        </w:rPr>
        <w:t>它做的事是"挑选与重排已有素材"，不是凭空造画面。</w:t>
      </w:r>
    </w:p>
    <w:p w14:paraId="6663C54D" w14:textId="77777777" w:rsidR="00F62C2C" w:rsidRDefault="00000000">
      <w:pPr>
        <w:rPr>
          <w:lang w:eastAsia="zh-CN"/>
        </w:rPr>
      </w:pPr>
      <w:r>
        <w:rPr>
          <w:lang w:eastAsia="zh-CN"/>
        </w:rPr>
        <w:t>一个可以用来验证的判据：产品</w:t>
      </w:r>
      <w:proofErr w:type="gramStart"/>
      <w:r>
        <w:rPr>
          <w:lang w:eastAsia="zh-CN"/>
        </w:rPr>
        <w:t>一永远</w:t>
      </w:r>
      <w:proofErr w:type="gramEnd"/>
      <w:r>
        <w:rPr>
          <w:lang w:eastAsia="zh-CN"/>
        </w:rPr>
        <w:t>只会让视频变短。</w:t>
      </w:r>
      <w:r>
        <w:rPr>
          <w:lang w:eastAsia="zh-CN"/>
        </w:rPr>
        <w:br/>
        <w:t>因为它只能"丢素材"，不能"造素材"——删掉一个"嗯"，长度就少 0.4 秒。</w:t>
      </w:r>
    </w:p>
    <w:p w14:paraId="1C94FF01" w14:textId="77777777" w:rsidR="00F62C2C" w:rsidRDefault="00000000">
      <w:pPr>
        <w:rPr>
          <w:lang w:eastAsia="zh-CN"/>
        </w:rPr>
      </w:pPr>
      <w:r>
        <w:rPr>
          <w:lang w:eastAsia="zh-CN"/>
        </w:rPr>
        <w:t>"配音解说"的解说词哪来的？ 来自用户自己写的文稿。AI 只负责把画面按文稿排好。另外那个"生成解说词"按钮确实用了生成模型，但那是写文案，不是生成视频，而且是可选的——用户完全可以自己写文稿，一步都不碰生成模型。</w:t>
      </w:r>
    </w:p>
    <w:p w14:paraId="1B078FA6" w14:textId="77777777" w:rsidR="00F62C2C" w:rsidRDefault="00000000">
      <w:pPr>
        <w:rPr>
          <w:lang w:eastAsia="zh-CN"/>
        </w:rPr>
      </w:pPr>
      <w:r>
        <w:rPr>
          <w:lang w:eastAsia="zh-CN"/>
        </w:rPr>
        <w:t>5.1 底层机制：这套能力用户其实已经很熟悉</w:t>
      </w:r>
    </w:p>
    <w:p w14:paraId="0C1E9552" w14:textId="77777777" w:rsidR="00F62C2C" w:rsidRDefault="00000000">
      <w:pPr>
        <w:rPr>
          <w:lang w:eastAsia="zh-CN"/>
        </w:rPr>
      </w:pPr>
      <w:r>
        <w:rPr>
          <w:lang w:eastAsia="zh-CN"/>
        </w:rPr>
        <w:t>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建立</w:t>
      </w:r>
      <w:proofErr w:type="gramStart"/>
      <w:r>
        <w:rPr>
          <w:lang w:eastAsia="zh-CN"/>
        </w:rPr>
        <w:t>在剪映已有</w:t>
      </w:r>
      <w:proofErr w:type="gramEnd"/>
      <w:r>
        <w:rPr>
          <w:lang w:eastAsia="zh-CN"/>
        </w:rPr>
        <w:t>的一个通用能力之上——即"AI 识别语音转文字，用户直接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文字来剪辑"。</w:t>
      </w:r>
    </w:p>
    <w:p w14:paraId="0C531F3E" w14:textId="77777777" w:rsidR="00F62C2C" w:rsidRDefault="00000000">
      <w:pPr>
        <w:rPr>
          <w:lang w:eastAsia="zh-CN"/>
        </w:rPr>
      </w:pPr>
      <w:r>
        <w:rPr>
          <w:lang w:eastAsia="zh-CN"/>
        </w:rPr>
        <w:t>导入视频</w:t>
      </w:r>
    </w:p>
    <w:p w14:paraId="6BE246B1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62BEE4D7" w14:textId="77777777" w:rsidR="00F62C2C" w:rsidRDefault="00000000">
      <w:pPr>
        <w:rPr>
          <w:lang w:eastAsia="zh-CN"/>
        </w:rPr>
      </w:pPr>
      <w:r>
        <w:rPr>
          <w:lang w:eastAsia="zh-CN"/>
        </w:rPr>
        <w:t>语音识别 → 转成文字，</w:t>
      </w:r>
      <w:proofErr w:type="gramStart"/>
      <w:r>
        <w:rPr>
          <w:lang w:eastAsia="zh-CN"/>
        </w:rPr>
        <w:t>每个字带时间</w:t>
      </w:r>
      <w:proofErr w:type="gramEnd"/>
      <w:r>
        <w:rPr>
          <w:lang w:eastAsia="zh-CN"/>
        </w:rPr>
        <w:t>点</w:t>
      </w:r>
    </w:p>
    <w:p w14:paraId="505E05B7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420E0FC0" w14:textId="77777777" w:rsidR="00F62C2C" w:rsidRDefault="00000000">
      <w:pPr>
        <w:rPr>
          <w:lang w:eastAsia="zh-CN"/>
        </w:rPr>
      </w:pPr>
      <w:r>
        <w:rPr>
          <w:lang w:eastAsia="zh-CN"/>
        </w:rPr>
        <w:t>屏幕显示整篇文字稿</w:t>
      </w:r>
    </w:p>
    <w:p w14:paraId="307F2386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18829F4D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用户删掉"嗯""那个""这段废话"</w:t>
      </w:r>
    </w:p>
    <w:p w14:paraId="66261BB8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5F025E5F" w14:textId="77777777" w:rsidR="00F62C2C" w:rsidRDefault="00000000">
      <w:pPr>
        <w:rPr>
          <w:lang w:eastAsia="zh-CN"/>
        </w:rPr>
      </w:pPr>
      <w:r>
        <w:rPr>
          <w:lang w:eastAsia="zh-CN"/>
        </w:rPr>
        <w:t>画面自动跟着剪掉</w:t>
      </w:r>
    </w:p>
    <w:p w14:paraId="78EB5E5D" w14:textId="77777777" w:rsidR="00F62C2C" w:rsidRDefault="00000000">
      <w:pPr>
        <w:rPr>
          <w:lang w:eastAsia="zh-CN"/>
        </w:rPr>
      </w:pPr>
      <w:r>
        <w:rPr>
          <w:lang w:eastAsia="zh-CN"/>
        </w:rPr>
        <w:t>底层实现是"删除标记"，不是真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：</w:t>
      </w:r>
    </w:p>
    <w:p w14:paraId="78901FA6" w14:textId="77777777" w:rsidR="00F62C2C" w:rsidRDefault="00000000">
      <w:proofErr w:type="spellStart"/>
      <w:r>
        <w:t>AttachmentAiClipperTranscript</w:t>
      </w:r>
      <w:proofErr w:type="spellEnd"/>
    </w:p>
    <w:p w14:paraId="4C1B2BE6" w14:textId="77777777" w:rsidR="00F62C2C" w:rsidRDefault="00000000">
      <w:r>
        <w:t xml:space="preserve">  └ Chapter / Paragraph / Segment / Sentence / Word / DeletionSpan</w:t>
      </w:r>
    </w:p>
    <w:p w14:paraId="496FF57D" w14:textId="77777777" w:rsidR="00F62C2C" w:rsidRDefault="00000000">
      <w:r>
        <w:t xml:space="preserve">                                                     ↑ 删除标记在这</w:t>
      </w:r>
    </w:p>
    <w:p w14:paraId="67299B91" w14:textId="77777777" w:rsidR="00F62C2C" w:rsidRDefault="00000000">
      <w:r>
        <w:t>操作：Delete / Restore（恢复）/ Split（拆分）/ Trim（修剪）/ Unmark（取消标记）</w:t>
      </w:r>
    </w:p>
    <w:p w14:paraId="4241FDBD" w14:textId="77777777" w:rsidR="00F62C2C" w:rsidRDefault="00000000">
      <w:pPr>
        <w:rPr>
          <w:lang w:eastAsia="zh-CN"/>
        </w:rPr>
      </w:pPr>
      <w:r>
        <w:rPr>
          <w:lang w:eastAsia="zh-CN"/>
        </w:rPr>
        <w:t>有 Restore 和 Unmark 存在，说明删除是可逆的——对应界面上能撤销的体验。</w:t>
      </w:r>
    </w:p>
    <w:p w14:paraId="78B0235C" w14:textId="77777777" w:rsidR="00F62C2C" w:rsidRDefault="00000000">
      <w:pPr>
        <w:rPr>
          <w:lang w:eastAsia="zh-CN"/>
        </w:rPr>
      </w:pPr>
      <w:r>
        <w:rPr>
          <w:lang w:eastAsia="zh-CN"/>
        </w:rPr>
        <w:t>代码里的文件名直接暴露了这层关系：</w:t>
      </w:r>
    </w:p>
    <w:p w14:paraId="18496940" w14:textId="77777777" w:rsidR="00F62C2C" w:rsidRDefault="00000000">
      <w:r>
        <w:t>\service\ai_edit\rough_edit\ai_clipper_transcript_edit_helper.cpp</w:t>
      </w:r>
    </w:p>
    <w:p w14:paraId="53577438" w14:textId="77777777" w:rsidR="00F62C2C" w:rsidRDefault="00000000">
      <w:r>
        <w:t>\lyra\service\transcript_edit\transcript_edit_service.cpp</w:t>
      </w:r>
    </w:p>
    <w:p w14:paraId="5D127C7B" w14:textId="77777777" w:rsidR="00F62C2C" w:rsidRDefault="00000000">
      <w:r>
        <w:t>rough_edit（粗剪）、transcript_edit（转写编辑）、ai_clipper（AI 剪辑）出现在同一块代码里——官方自己也是把它们当一件事做的。</w:t>
      </w:r>
    </w:p>
    <w:p w14:paraId="293E695B" w14:textId="77777777" w:rsidR="00F62C2C" w:rsidRDefault="00000000">
      <w:r>
        <w:t>5.2 产品一 = 上面那套能力 + 一个"自动决策层"</w:t>
      </w:r>
    </w:p>
    <w:p w14:paraId="5A5C8666" w14:textId="77777777" w:rsidR="00F62C2C" w:rsidRDefault="00000000">
      <w:pPr>
        <w:rPr>
          <w:lang w:eastAsia="zh-CN"/>
        </w:rPr>
      </w:pPr>
      <w:r>
        <w:rPr>
          <w:lang w:eastAsia="zh-CN"/>
        </w:rPr>
        <w:t>用户素材</w:t>
      </w:r>
    </w:p>
    <w:p w14:paraId="2A9CD5B1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5DBEAA96" w14:textId="77777777" w:rsidR="00F62C2C" w:rsidRDefault="00000000">
      <w:pPr>
        <w:rPr>
          <w:lang w:eastAsia="zh-CN"/>
        </w:rPr>
      </w:pPr>
      <w:r>
        <w:rPr>
          <w:lang w:eastAsia="zh-CN"/>
        </w:rPr>
        <w:t>【已有能力】语音转文字 + 改字即改片</w:t>
      </w:r>
    </w:p>
    <w:p w14:paraId="76A31AAD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6A43450C" w14:textId="77777777" w:rsidR="00F62C2C" w:rsidRDefault="00000000">
      <w:pPr>
        <w:rPr>
          <w:lang w:eastAsia="zh-CN"/>
        </w:rPr>
      </w:pPr>
      <w:r>
        <w:rPr>
          <w:lang w:eastAsia="zh-CN"/>
        </w:rPr>
        <w:t>【新增一层】用户写文稿 → AI 判断素材里哪些话该留、哪些该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 xml:space="preserve"> → 自动划一遍</w:t>
      </w:r>
    </w:p>
    <w:p w14:paraId="31BCD446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↓</w:t>
      </w:r>
    </w:p>
    <w:p w14:paraId="34283F06" w14:textId="77777777" w:rsidR="00F62C2C" w:rsidRDefault="00000000">
      <w:pPr>
        <w:rPr>
          <w:lang w:eastAsia="zh-CN"/>
        </w:rPr>
      </w:pPr>
      <w:r>
        <w:rPr>
          <w:lang w:eastAsia="zh-CN"/>
        </w:rPr>
        <w:t>用户拿到已粗剪的初稿，再手动微调</w:t>
      </w:r>
    </w:p>
    <w:p w14:paraId="0706887F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这个结构解释了一个关键约束：产品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依赖语音转文字，所以素材里没人说话时它就失效——没有字可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，机制转不动。这正是产品二（视觉路线）存在的理由。</w:t>
      </w:r>
    </w:p>
    <w:p w14:paraId="20AF3646" w14:textId="77777777" w:rsidR="00F62C2C" w:rsidRDefault="00000000">
      <w:pPr>
        <w:rPr>
          <w:lang w:eastAsia="zh-CN"/>
        </w:rPr>
      </w:pPr>
      <w:r>
        <w:rPr>
          <w:lang w:eastAsia="zh-CN"/>
        </w:rPr>
        <w:t>5.3 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：智能解说粗剪</w:t>
      </w:r>
    </w:p>
    <w:p w14:paraId="7CC1CF80" w14:textId="77777777" w:rsidR="00F62C2C" w:rsidRDefault="00000000">
      <w:pPr>
        <w:rPr>
          <w:lang w:eastAsia="zh-CN"/>
        </w:rPr>
      </w:pPr>
      <w:r>
        <w:rPr>
          <w:lang w:eastAsia="zh-CN"/>
        </w:rPr>
        <w:t>核心交互：一个文稿编辑器 + 一次生成动作。</w:t>
      </w:r>
    </w:p>
    <w:p w14:paraId="32426AEB" w14:textId="77777777" w:rsidR="00F62C2C" w:rsidRDefault="00000000">
      <w:pPr>
        <w:rPr>
          <w:lang w:eastAsia="zh-CN"/>
        </w:rPr>
      </w:pPr>
      <w:r>
        <w:rPr>
          <w:lang w:eastAsia="zh-CN"/>
        </w:rPr>
        <w:t>值得注意的细节：结果追加而非替换，且提示</w:t>
      </w:r>
      <w:proofErr w:type="gramStart"/>
      <w:r>
        <w:rPr>
          <w:lang w:eastAsia="zh-CN"/>
        </w:rPr>
        <w:t>语明确</w:t>
      </w:r>
      <w:proofErr w:type="gramEnd"/>
      <w:r>
        <w:rPr>
          <w:lang w:eastAsia="zh-CN"/>
        </w:rPr>
        <w:t>告知这一行为。</w:t>
      </w:r>
    </w:p>
    <w:p w14:paraId="390C984E" w14:textId="77777777" w:rsidR="00F62C2C" w:rsidRDefault="00000000">
      <w:pPr>
        <w:rPr>
          <w:lang w:eastAsia="zh-CN"/>
        </w:rPr>
      </w:pPr>
      <w:r>
        <w:rPr>
          <w:lang w:eastAsia="zh-CN"/>
        </w:rPr>
        <w:t>这解决了 AI 产品的核心信任问题：用户怕"AI 把我的东西弄没了"。追加而不是覆盖，等于告诉用户"你的原文还在"。实现成本几乎为零，但极大降低尝试心理门槛。</w:t>
      </w:r>
    </w:p>
    <w:p w14:paraId="333BC77F" w14:textId="77777777" w:rsidR="00F62C2C" w:rsidRDefault="00000000">
      <w:pPr>
        <w:rPr>
          <w:lang w:eastAsia="zh-CN"/>
        </w:rPr>
      </w:pPr>
      <w:r>
        <w:rPr>
          <w:lang w:eastAsia="zh-CN"/>
        </w:rPr>
        <w:t>字数限制的运营含义：10 / 8000 这两个值都是远端可调的，产品经理不需要等客户端发版就能调整。这是把产品</w:t>
      </w:r>
      <w:proofErr w:type="gramStart"/>
      <w:r>
        <w:rPr>
          <w:lang w:eastAsia="zh-CN"/>
        </w:rPr>
        <w:t>调优从</w:t>
      </w:r>
      <w:proofErr w:type="gramEnd"/>
      <w:r>
        <w:rPr>
          <w:lang w:eastAsia="zh-CN"/>
        </w:rPr>
        <w:t>"发版"里解放出来。</w:t>
      </w:r>
    </w:p>
    <w:p w14:paraId="176120D7" w14:textId="77777777" w:rsidR="00F62C2C" w:rsidRDefault="00000000">
      <w:pPr>
        <w:rPr>
          <w:lang w:eastAsia="zh-CN"/>
        </w:rPr>
      </w:pPr>
      <w:r>
        <w:rPr>
          <w:lang w:eastAsia="zh-CN"/>
        </w:rPr>
        <w:t>5.4 产品二：Hub Agent 粗剪</w:t>
      </w:r>
    </w:p>
    <w:p w14:paraId="04359972" w14:textId="77777777" w:rsidR="00F62C2C" w:rsidRDefault="00000000">
      <w:pPr>
        <w:rPr>
          <w:lang w:eastAsia="zh-CN"/>
        </w:rPr>
      </w:pPr>
      <w:r>
        <w:rPr>
          <w:lang w:eastAsia="zh-CN"/>
        </w:rPr>
        <w:t>核心交互：对话式。</w:t>
      </w:r>
    </w:p>
    <w:p w14:paraId="174C6CE1" w14:textId="77777777" w:rsidR="00F62C2C" w:rsidRDefault="00000000">
      <w:pPr>
        <w:rPr>
          <w:lang w:eastAsia="zh-CN"/>
        </w:rPr>
      </w:pPr>
      <w:r>
        <w:rPr>
          <w:lang w:eastAsia="zh-CN"/>
        </w:rPr>
        <w:t>重要的产品结构发现：包装被拆成独立阶段，且设计原则是非破坏性。产品规范原文要求：</w:t>
      </w:r>
    </w:p>
    <w:p w14:paraId="69F9ABA2" w14:textId="77777777" w:rsidR="00F62C2C" w:rsidRDefault="00000000">
      <w:r>
        <w:rPr>
          <w:lang w:eastAsia="zh-CN"/>
        </w:rPr>
        <w:t>保持基础时间线、素材顺序、源区间和内容主线稳定。</w:t>
      </w:r>
      <w:r>
        <w:rPr>
          <w:lang w:eastAsia="zh-CN"/>
        </w:rPr>
        <w:br/>
      </w:r>
      <w:proofErr w:type="spellStart"/>
      <w:r>
        <w:t>不使用</w:t>
      </w:r>
      <w:proofErr w:type="spellEnd"/>
      <w:r>
        <w:t xml:space="preserve"> </w:t>
      </w:r>
      <w:proofErr w:type="spellStart"/>
      <w:r>
        <w:t>replaceChildrenXml</w:t>
      </w:r>
      <w:proofErr w:type="spellEnd"/>
      <w:r>
        <w:t xml:space="preserve"> </w:t>
      </w:r>
      <w:proofErr w:type="spellStart"/>
      <w:r>
        <w:t>重写</w:t>
      </w:r>
      <w:proofErr w:type="spellEnd"/>
      <w:r>
        <w:t xml:space="preserve"> </w:t>
      </w:r>
      <w:proofErr w:type="spellStart"/>
      <w:r>
        <w:t>main；不新增、删除、替换或重排</w:t>
      </w:r>
      <w:proofErr w:type="spellEnd"/>
      <w:r>
        <w:t xml:space="preserve"> main 下的主素材。</w:t>
      </w:r>
    </w:p>
    <w:p w14:paraId="2A3A5306" w14:textId="77777777" w:rsidR="00F62C2C" w:rsidRDefault="00000000">
      <w:r>
        <w:t>产品解读：这是一个产品承诺，不是技术限制。</w:t>
      </w:r>
    </w:p>
    <w:p w14:paraId="1A8FD99C" w14:textId="77777777" w:rsidR="00F62C2C" w:rsidRDefault="00000000">
      <w:pPr>
        <w:rPr>
          <w:lang w:eastAsia="zh-CN"/>
        </w:rPr>
      </w:pPr>
      <w:r>
        <w:t xml:space="preserve">它的意思是："AI </w:t>
      </w:r>
      <w:proofErr w:type="spellStart"/>
      <w:r>
        <w:t>帮你加字幕配乐，但绝不动你剪好的画面</w:t>
      </w:r>
      <w:proofErr w:type="spellEnd"/>
      <w:r>
        <w:t>。</w:t>
      </w:r>
      <w:r>
        <w:rPr>
          <w:lang w:eastAsia="zh-CN"/>
        </w:rPr>
        <w:t>"</w:t>
      </w:r>
      <w:r>
        <w:rPr>
          <w:lang w:eastAsia="zh-CN"/>
        </w:rPr>
        <w:br/>
        <w:t>为什么要承诺这个？因为用户对 AI 的第二大恐惧（第一是"弄丢我的东西"）是"AI 乱改我的作品"。</w:t>
      </w:r>
      <w:r>
        <w:rPr>
          <w:lang w:eastAsia="zh-CN"/>
        </w:rPr>
        <w:br/>
        <w:t>把"粗剪"和"包装"分开、并承诺包装不动主体，等于把 AI 的能力切成用户可以单独授权的模块。用户可以说"帮我加个字幕"，而不用担心画面被改。</w:t>
      </w:r>
    </w:p>
    <w:p w14:paraId="1B9BF3A4" w14:textId="77777777" w:rsidR="00F62C2C" w:rsidRDefault="00000000">
      <w:pPr>
        <w:rPr>
          <w:lang w:eastAsia="zh-CN"/>
        </w:rPr>
      </w:pPr>
      <w:r>
        <w:rPr>
          <w:lang w:eastAsia="zh-CN"/>
        </w:rPr>
        <w:t>六、商业模式与付费墙设计</w:t>
      </w:r>
    </w:p>
    <w:p w14:paraId="48DE965F" w14:textId="77777777" w:rsidR="00F62C2C" w:rsidRDefault="00000000">
      <w:pPr>
        <w:rPr>
          <w:lang w:eastAsia="zh-CN"/>
        </w:rPr>
      </w:pPr>
      <w:r>
        <w:rPr>
          <w:lang w:eastAsia="zh-CN"/>
        </w:rPr>
        <w:t>这是报告中证据最硬的部分——服务端下发的权益名单直接暴露了产品策略。</w:t>
      </w:r>
    </w:p>
    <w:p w14:paraId="1E3B9268" w14:textId="77777777" w:rsidR="00F62C2C" w:rsidRDefault="00000000">
      <w:pPr>
        <w:rPr>
          <w:lang w:eastAsia="zh-CN"/>
        </w:rPr>
      </w:pPr>
      <w:r>
        <w:rPr>
          <w:lang w:eastAsia="zh-CN"/>
        </w:rPr>
        <w:t>6.1 付费墙的位置</w:t>
      </w:r>
    </w:p>
    <w:p w14:paraId="6E6C55BA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核心判断：AI </w:t>
      </w:r>
      <w:proofErr w:type="gramStart"/>
      <w:r>
        <w:rPr>
          <w:lang w:eastAsia="zh-CN"/>
        </w:rPr>
        <w:t>粗剪被放在</w:t>
      </w:r>
      <w:proofErr w:type="gramEnd"/>
      <w:r>
        <w:rPr>
          <w:lang w:eastAsia="zh-CN"/>
        </w:rPr>
        <w:t>免费额度侧，说明它</w:t>
      </w:r>
      <w:proofErr w:type="gramStart"/>
      <w:r>
        <w:rPr>
          <w:lang w:eastAsia="zh-CN"/>
        </w:rPr>
        <w:t>是获客与</w:t>
      </w:r>
      <w:proofErr w:type="gramEnd"/>
      <w:r>
        <w:rPr>
          <w:lang w:eastAsia="zh-CN"/>
        </w:rPr>
        <w:t>留存的钩子，不是利润中心。</w:t>
      </w:r>
    </w:p>
    <w:p w14:paraId="4D21B861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这是很典型的产品策略：用高频基础能力做规模，用高级美感能力做变现。</w:t>
      </w:r>
    </w:p>
    <w:p w14:paraId="21AB4C2A" w14:textId="77777777" w:rsidR="00F62C2C" w:rsidRDefault="00000000">
      <w:pPr>
        <w:rPr>
          <w:lang w:eastAsia="zh-CN"/>
        </w:rPr>
      </w:pPr>
      <w:r>
        <w:rPr>
          <w:lang w:eastAsia="zh-CN"/>
        </w:rPr>
        <w:t>6.2 变现链路</w:t>
      </w:r>
    </w:p>
    <w:p w14:paraId="4395A274" w14:textId="77777777" w:rsidR="00F62C2C" w:rsidRDefault="00000000">
      <w:pPr>
        <w:rPr>
          <w:lang w:eastAsia="zh-CN"/>
        </w:rPr>
      </w:pPr>
      <w:r>
        <w:rPr>
          <w:lang w:eastAsia="zh-CN"/>
        </w:rPr>
        <w:t>用户用免费粗</w:t>
      </w:r>
      <w:proofErr w:type="gramStart"/>
      <w:r>
        <w:rPr>
          <w:lang w:eastAsia="zh-CN"/>
        </w:rPr>
        <w:t>剪快速</w:t>
      </w:r>
      <w:proofErr w:type="gramEnd"/>
      <w:r>
        <w:rPr>
          <w:lang w:eastAsia="zh-CN"/>
        </w:rPr>
        <w:t>出片（建立习惯）</w:t>
      </w:r>
    </w:p>
    <w:p w14:paraId="5E8602A6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     ↓</w:t>
      </w:r>
    </w:p>
    <w:p w14:paraId="56207138" w14:textId="77777777" w:rsidR="00F62C2C" w:rsidRDefault="00000000">
      <w:pPr>
        <w:rPr>
          <w:lang w:eastAsia="zh-CN"/>
        </w:rPr>
      </w:pPr>
      <w:r>
        <w:rPr>
          <w:lang w:eastAsia="zh-CN"/>
        </w:rPr>
        <w:t>成片要好看 → 需要调色 / 智能裁剪 / 美颜 → 遇到 VIP 墙</w:t>
      </w:r>
    </w:p>
    <w:p w14:paraId="35A46628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        ↓</w:t>
      </w:r>
    </w:p>
    <w:p w14:paraId="7EEFED2F" w14:textId="77777777" w:rsidR="00F62C2C" w:rsidRDefault="00000000">
      <w:pPr>
        <w:rPr>
          <w:lang w:eastAsia="zh-CN"/>
        </w:rPr>
      </w:pPr>
      <w:r>
        <w:rPr>
          <w:lang w:eastAsia="zh-CN"/>
        </w:rPr>
        <w:t>导出时 → 水印 / 高清 / 时</w:t>
      </w:r>
      <w:proofErr w:type="gramStart"/>
      <w:r>
        <w:rPr>
          <w:lang w:eastAsia="zh-CN"/>
        </w:rPr>
        <w:t>长限制</w:t>
      </w:r>
      <w:proofErr w:type="gramEnd"/>
      <w:r>
        <w:rPr>
          <w:lang w:eastAsia="zh-CN"/>
        </w:rPr>
        <w:t xml:space="preserve"> → 二次变现</w:t>
      </w:r>
    </w:p>
    <w:p w14:paraId="556B306A" w14:textId="77777777" w:rsidR="00F62C2C" w:rsidRDefault="00000000">
      <w:pPr>
        <w:rPr>
          <w:lang w:eastAsia="zh-CN"/>
        </w:rPr>
      </w:pPr>
      <w:r>
        <w:rPr>
          <w:lang w:eastAsia="zh-CN"/>
        </w:rPr>
        <w:t>这就是为什么成本是整个架构的设计约束：一个放在免费侧的功能，如果单次调用成本很高，规模越大亏得越多。</w:t>
      </w:r>
      <w:r>
        <w:rPr>
          <w:lang w:eastAsia="zh-CN"/>
        </w:rPr>
        <w:br/>
        <w:t>所以"极低分辨率的分镜检测模型"、"每秒抽一帧"、"每批最多 6 项"、"</w:t>
      </w:r>
      <w:proofErr w:type="gramStart"/>
      <w:r>
        <w:rPr>
          <w:lang w:eastAsia="zh-CN"/>
        </w:rPr>
        <w:t>深档限制</w:t>
      </w:r>
      <w:proofErr w:type="gramEnd"/>
      <w:r>
        <w:rPr>
          <w:lang w:eastAsia="zh-CN"/>
        </w:rPr>
        <w:t xml:space="preserve"> 30 秒"——这些技术选择背后是同一个商业约束：它必须在免费额度下跑得起来。</w:t>
      </w:r>
      <w:r>
        <w:rPr>
          <w:lang w:eastAsia="zh-CN"/>
        </w:rPr>
        <w:br/>
        <w:t>产品视角的关键结论：技术方案不是技术团队自己选的，是被商业模型逼出来的。</w:t>
      </w:r>
    </w:p>
    <w:p w14:paraId="0C2D3498" w14:textId="77777777" w:rsidR="00F62C2C" w:rsidRDefault="00000000">
      <w:pPr>
        <w:rPr>
          <w:lang w:eastAsia="zh-CN"/>
        </w:rPr>
      </w:pPr>
      <w:r>
        <w:rPr>
          <w:lang w:eastAsia="zh-CN"/>
        </w:rPr>
        <w:t>七、关键产品决策与取舍</w:t>
      </w:r>
    </w:p>
    <w:p w14:paraId="3D4755C7" w14:textId="77777777" w:rsidR="00F62C2C" w:rsidRDefault="00000000">
      <w:pPr>
        <w:rPr>
          <w:lang w:eastAsia="zh-CN"/>
        </w:rPr>
      </w:pPr>
      <w:r>
        <w:rPr>
          <w:lang w:eastAsia="zh-CN"/>
        </w:rPr>
        <w:t>决策 1：AI 只做初稿，不做定稿</w:t>
      </w:r>
    </w:p>
    <w:p w14:paraId="74B293B9" w14:textId="77777777" w:rsidR="00F62C2C" w:rsidRDefault="00000000">
      <w:pPr>
        <w:rPr>
          <w:lang w:eastAsia="zh-CN"/>
        </w:rPr>
      </w:pPr>
      <w:r>
        <w:rPr>
          <w:lang w:eastAsia="zh-CN"/>
        </w:rPr>
        <w:t>证据：产品规范反复强调"提交后的素材、顺序和</w:t>
      </w:r>
      <w:proofErr w:type="gramStart"/>
      <w:r>
        <w:rPr>
          <w:lang w:eastAsia="zh-CN"/>
        </w:rPr>
        <w:t>源边界</w:t>
      </w:r>
      <w:proofErr w:type="gramEnd"/>
      <w:r>
        <w:rPr>
          <w:lang w:eastAsia="zh-CN"/>
        </w:rPr>
        <w:t xml:space="preserve">作为方案交接，不代表用户已确认"；主 Agent </w:t>
      </w:r>
      <w:proofErr w:type="gramStart"/>
      <w:r>
        <w:rPr>
          <w:lang w:eastAsia="zh-CN"/>
        </w:rPr>
        <w:t>侧明确</w:t>
      </w:r>
      <w:proofErr w:type="gramEnd"/>
      <w:r>
        <w:rPr>
          <w:lang w:eastAsia="zh-CN"/>
        </w:rPr>
        <w:t>"</w:t>
      </w:r>
      <w:proofErr w:type="gramStart"/>
      <w:r>
        <w:rPr>
          <w:lang w:eastAsia="zh-CN"/>
        </w:rPr>
        <w:t>不</w:t>
      </w:r>
      <w:proofErr w:type="gramEnd"/>
      <w:r>
        <w:rPr>
          <w:lang w:eastAsia="zh-CN"/>
        </w:rPr>
        <w:t>自动增加确认门禁"。</w:t>
      </w:r>
    </w:p>
    <w:p w14:paraId="01DA17A6" w14:textId="77777777" w:rsidR="00F62C2C" w:rsidRDefault="00000000">
      <w:pPr>
        <w:rPr>
          <w:lang w:eastAsia="zh-CN"/>
        </w:rPr>
      </w:pPr>
      <w:r>
        <w:rPr>
          <w:lang w:eastAsia="zh-CN"/>
        </w:rPr>
        <w:t>点评：这是一个有克制的定位。好处是体验顺畅、不打断；风险是用户可能不知道自己拿到的是初稿。</w:t>
      </w:r>
    </w:p>
    <w:p w14:paraId="26C9DD19" w14:textId="77777777" w:rsidR="00F62C2C" w:rsidRDefault="00000000">
      <w:pPr>
        <w:rPr>
          <w:lang w:eastAsia="zh-CN"/>
        </w:rPr>
      </w:pPr>
      <w:r>
        <w:rPr>
          <w:lang w:eastAsia="zh-CN"/>
        </w:rPr>
        <w:t>建议（推断）：产出后应明确告知这是可修改的初稿，并给一个直接进入修改的入口，而不是停在结果页。</w:t>
      </w:r>
    </w:p>
    <w:p w14:paraId="2933DEDA" w14:textId="77777777" w:rsidR="00F62C2C" w:rsidRDefault="00000000">
      <w:pPr>
        <w:rPr>
          <w:lang w:eastAsia="zh-CN"/>
        </w:rPr>
      </w:pPr>
      <w:r>
        <w:rPr>
          <w:lang w:eastAsia="zh-CN"/>
        </w:rPr>
        <w:t>决策 2：结果追加而非覆盖</w:t>
      </w:r>
    </w:p>
    <w:p w14:paraId="45F928B6" w14:textId="77777777" w:rsidR="00F62C2C" w:rsidRDefault="00000000">
      <w:pPr>
        <w:rPr>
          <w:lang w:eastAsia="zh-CN"/>
        </w:rPr>
      </w:pPr>
      <w:r>
        <w:rPr>
          <w:lang w:eastAsia="zh-CN"/>
        </w:rPr>
        <w:t>点评：教科书级的好决策。降低尝试成本，实现代价几乎为零。</w:t>
      </w:r>
    </w:p>
    <w:p w14:paraId="029BADF4" w14:textId="77777777" w:rsidR="00F62C2C" w:rsidRDefault="00000000">
      <w:pPr>
        <w:rPr>
          <w:lang w:eastAsia="zh-CN"/>
        </w:rPr>
      </w:pPr>
      <w:r>
        <w:rPr>
          <w:lang w:eastAsia="zh-CN"/>
        </w:rPr>
        <w:t>决策 3：不设确认门禁</w:t>
      </w:r>
    </w:p>
    <w:p w14:paraId="296D2955" w14:textId="77777777" w:rsidR="00F62C2C" w:rsidRDefault="00000000">
      <w:pPr>
        <w:rPr>
          <w:lang w:eastAsia="zh-CN"/>
        </w:rPr>
      </w:pPr>
      <w:r>
        <w:rPr>
          <w:lang w:eastAsia="zh-CN"/>
        </w:rPr>
        <w:t>点评：双</w:t>
      </w:r>
      <w:proofErr w:type="gramStart"/>
      <w:r>
        <w:rPr>
          <w:lang w:eastAsia="zh-CN"/>
        </w:rPr>
        <w:t>刃</w:t>
      </w:r>
      <w:proofErr w:type="gramEnd"/>
      <w:r>
        <w:rPr>
          <w:lang w:eastAsia="zh-CN"/>
        </w:rPr>
        <w:t>剑。</w:t>
      </w:r>
    </w:p>
    <w:p w14:paraId="5BD7647E" w14:textId="77777777" w:rsidR="00F62C2C" w:rsidRDefault="00000000">
      <w:pPr>
        <w:rPr>
          <w:lang w:eastAsia="zh-CN"/>
        </w:rPr>
      </w:pPr>
      <w:r>
        <w:rPr>
          <w:lang w:eastAsia="zh-CN"/>
        </w:rPr>
        <w:t>好处：流畅、少打断、符合"AI 帮我干活"的期待</w:t>
      </w:r>
    </w:p>
    <w:p w14:paraId="7137129B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风险：AI 理解偏了但用户没察觉，一路跑到导出</w:t>
      </w:r>
    </w:p>
    <w:p w14:paraId="68D1C688" w14:textId="77777777" w:rsidR="00F62C2C" w:rsidRDefault="00000000">
      <w:pPr>
        <w:rPr>
          <w:lang w:eastAsia="zh-CN"/>
        </w:rPr>
      </w:pPr>
      <w:r>
        <w:rPr>
          <w:lang w:eastAsia="zh-CN"/>
        </w:rPr>
        <w:t>建议（推断）：考虑按"破坏性"分级确认——加字幕不确认，重排整个时间线给一次确认机会。</w:t>
      </w:r>
    </w:p>
    <w:p w14:paraId="52BA43EB" w14:textId="77777777" w:rsidR="00F62C2C" w:rsidRDefault="00000000">
      <w:pPr>
        <w:rPr>
          <w:lang w:eastAsia="zh-CN"/>
        </w:rPr>
      </w:pPr>
      <w:r>
        <w:rPr>
          <w:lang w:eastAsia="zh-CN"/>
        </w:rPr>
        <w:t>决策 4：包装与粗剪分离</w:t>
      </w:r>
    </w:p>
    <w:p w14:paraId="4ECC7985" w14:textId="77777777" w:rsidR="00F62C2C" w:rsidRDefault="00000000">
      <w:pPr>
        <w:rPr>
          <w:lang w:eastAsia="zh-CN"/>
        </w:rPr>
      </w:pPr>
      <w:r>
        <w:rPr>
          <w:lang w:eastAsia="zh-CN"/>
        </w:rPr>
        <w:t>点评：非常好的产品分层。让用户能"只授权一部分 AI 能力"，控制感强。</w:t>
      </w:r>
    </w:p>
    <w:p w14:paraId="155EB36B" w14:textId="77777777" w:rsidR="00F62C2C" w:rsidRDefault="00000000">
      <w:pPr>
        <w:rPr>
          <w:lang w:eastAsia="zh-CN"/>
        </w:rPr>
      </w:pPr>
      <w:r>
        <w:rPr>
          <w:lang w:eastAsia="zh-CN"/>
        </w:rPr>
        <w:t>决策 5：埋点设计得细</w:t>
      </w:r>
    </w:p>
    <w:p w14:paraId="6D15CA03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从埋点</w:t>
      </w:r>
      <w:proofErr w:type="gramEnd"/>
      <w:r>
        <w:rPr>
          <w:lang w:eastAsia="zh-CN"/>
        </w:rPr>
        <w:t>参数能看出产品团队关心什么：</w:t>
      </w:r>
    </w:p>
    <w:p w14:paraId="77F3D37E" w14:textId="77777777" w:rsidR="00F62C2C" w:rsidRDefault="00000000">
      <w:proofErr w:type="spellStart"/>
      <w:r>
        <w:t>特别值得注意的是</w:t>
      </w:r>
      <w:proofErr w:type="spellEnd"/>
      <w:r>
        <w:t xml:space="preserve"> </w:t>
      </w:r>
      <w:proofErr w:type="spellStart"/>
      <w:r>
        <w:rPr>
          <w:rFonts w:ascii="Consolas" w:hAnsi="Consolas"/>
          <w:color w:val="B03030"/>
          <w:sz w:val="18"/>
        </w:rPr>
        <w:t>apply_time</w:t>
      </w:r>
      <w:proofErr w:type="spellEnd"/>
      <w:r>
        <w:t xml:space="preserve"> 与 </w:t>
      </w:r>
      <w:proofErr w:type="spellStart"/>
      <w:r>
        <w:rPr>
          <w:rFonts w:ascii="Consolas" w:hAnsi="Consolas"/>
          <w:color w:val="B03030"/>
          <w:sz w:val="18"/>
        </w:rPr>
        <w:t>expected_time</w:t>
      </w:r>
      <w:proofErr w:type="spellEnd"/>
      <w:r>
        <w:t xml:space="preserve"> 这一对——它在测"用户等得烦不烦"。</w:t>
      </w:r>
    </w:p>
    <w:p w14:paraId="60057318" w14:textId="77777777" w:rsidR="00F62C2C" w:rsidRDefault="00000000">
      <w:r>
        <w:t>这是成熟团队的标志：不只看"功能有没有被用"，还看"用的时候体感好不好"。</w:t>
      </w:r>
    </w:p>
    <w:p w14:paraId="4C1D5654" w14:textId="77777777" w:rsidR="00F62C2C" w:rsidRDefault="00000000">
      <w:r>
        <w:t>决策 6：关键参数远端可调</w:t>
      </w:r>
    </w:p>
    <w:p w14:paraId="1C85C2F6" w14:textId="77777777" w:rsidR="00F62C2C" w:rsidRDefault="00000000">
      <w:pPr>
        <w:rPr>
          <w:lang w:eastAsia="zh-CN"/>
        </w:rPr>
      </w:pPr>
      <w:r>
        <w:rPr>
          <w:lang w:eastAsia="zh-CN"/>
        </w:rPr>
        <w:t>字数上下限、动态配置项、开关项均为远端下发。</w:t>
      </w:r>
    </w:p>
    <w:p w14:paraId="5295272A" w14:textId="77777777" w:rsidR="00F62C2C" w:rsidRDefault="00000000">
      <w:pPr>
        <w:rPr>
          <w:lang w:eastAsia="zh-CN"/>
        </w:rPr>
      </w:pPr>
      <w:r>
        <w:rPr>
          <w:lang w:eastAsia="zh-CN"/>
        </w:rPr>
        <w:t>点评：把"产品调优"从"发版"里解放出来，这是数据驱动迭代的基础设施。</w:t>
      </w:r>
    </w:p>
    <w:p w14:paraId="3F0C6141" w14:textId="77777777" w:rsidR="00F62C2C" w:rsidRDefault="00000000">
      <w:pPr>
        <w:rPr>
          <w:lang w:eastAsia="zh-CN"/>
        </w:rPr>
      </w:pPr>
      <w:r>
        <w:rPr>
          <w:lang w:eastAsia="zh-CN"/>
        </w:rPr>
        <w:t>八、数据体系分析（反推北极星指标）</w:t>
      </w:r>
    </w:p>
    <w:p w14:paraId="58FBE323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从埋点</w:t>
      </w:r>
      <w:proofErr w:type="gramEnd"/>
      <w:r>
        <w:rPr>
          <w:lang w:eastAsia="zh-CN"/>
        </w:rPr>
        <w:t>可以还原出产品团队当前观测的漏斗：</w:t>
      </w:r>
    </w:p>
    <w:p w14:paraId="52459E77" w14:textId="77777777" w:rsidR="00F62C2C" w:rsidRDefault="00000000">
      <w:pPr>
        <w:rPr>
          <w:lang w:eastAsia="zh-CN"/>
        </w:rPr>
      </w:pPr>
      <w:r>
        <w:rPr>
          <w:lang w:eastAsia="zh-CN"/>
        </w:rPr>
        <w:t>看到面板 → 打开浮层 → 输入/生成文稿 → 点击"开始粗剪" → 生成成功 → 应用到草稿 → 用户保留</w:t>
      </w:r>
    </w:p>
    <w:p w14:paraId="53DD1285" w14:textId="77777777" w:rsidR="00F62C2C" w:rsidRDefault="00000000">
      <w:r>
        <w:rPr>
          <w:lang w:eastAsia="zh-CN"/>
        </w:rPr>
        <w:t xml:space="preserve">    </w:t>
      </w:r>
      <w:r>
        <w:t>↑           ↑             ↑                ↑              ↑            ↑          ↑</w:t>
      </w:r>
    </w:p>
    <w:p w14:paraId="631C699B" w14:textId="77777777" w:rsidR="00F62C2C" w:rsidRDefault="00000000">
      <w:r>
        <w:t xml:space="preserve"> panel_action  ai_write_*   panel_action     panel_action   write_status  推测缺失   推测缺失</w:t>
      </w:r>
    </w:p>
    <w:p w14:paraId="540C51B9" w14:textId="77777777" w:rsidR="00F62C2C" w:rsidRDefault="00000000">
      <w:r>
        <w:t xml:space="preserve">              "ai_write"                     "generate"      "success"</w:t>
      </w:r>
    </w:p>
    <w:p w14:paraId="77A80E0E" w14:textId="77777777" w:rsidR="00F62C2C" w:rsidRDefault="00000000">
      <w:pPr>
        <w:rPr>
          <w:lang w:eastAsia="zh-CN"/>
        </w:rPr>
      </w:pPr>
      <w:r>
        <w:rPr>
          <w:lang w:eastAsia="zh-CN"/>
        </w:rPr>
        <w:t>他们埋了：打开、生成文稿、发起粗剪、生成结果（成功 / 失败 / 取消）、耗时。</w:t>
      </w:r>
    </w:p>
    <w:p w14:paraId="053025DA" w14:textId="77777777" w:rsidR="00F62C2C" w:rsidRDefault="00000000">
      <w:pPr>
        <w:rPr>
          <w:lang w:eastAsia="zh-CN"/>
        </w:rPr>
      </w:pPr>
      <w:r>
        <w:rPr>
          <w:lang w:eastAsia="zh-CN"/>
        </w:rPr>
        <w:t>我没找到（可能缺失）：结果是否被用户保留。</w:t>
      </w:r>
    </w:p>
    <w:p w14:paraId="2328CBED" w14:textId="77777777" w:rsidR="00F62C2C" w:rsidRDefault="00000000">
      <w:pPr>
        <w:rPr>
          <w:lang w:eastAsia="zh-CN"/>
        </w:rPr>
      </w:pPr>
      <w:r>
        <w:rPr>
          <w:lang w:eastAsia="zh-CN"/>
        </w:rPr>
        <w:t>这是我认为最大的数据缺口。</w:t>
      </w:r>
      <w:r>
        <w:rPr>
          <w:lang w:eastAsia="zh-CN"/>
        </w:rPr>
        <w:br/>
        <w:t>"生成成功"不等于"用户满意"。用户完全可能生成完、看了一眼、全</w:t>
      </w:r>
      <w:proofErr w:type="gramStart"/>
      <w:r>
        <w:rPr>
          <w:lang w:eastAsia="zh-CN"/>
        </w:rPr>
        <w:t>删</w:t>
      </w:r>
      <w:proofErr w:type="gramEnd"/>
      <w:r>
        <w:rPr>
          <w:lang w:eastAsia="zh-CN"/>
        </w:rPr>
        <w:t>了。</w:t>
      </w:r>
      <w:r>
        <w:rPr>
          <w:lang w:eastAsia="zh-CN"/>
        </w:rPr>
        <w:br/>
        <w:t>真正的北极星应该是"AI 产出被采纳 / 保留的比例"，而不是"生成成功率"。</w:t>
      </w:r>
      <w:r>
        <w:rPr>
          <w:lang w:eastAsia="zh-CN"/>
        </w:rPr>
        <w:br/>
      </w:r>
      <w:r>
        <w:rPr>
          <w:lang w:eastAsia="zh-CN"/>
        </w:rPr>
        <w:lastRenderedPageBreak/>
        <w:t>建议：补一个"AI 粗</w:t>
      </w:r>
      <w:proofErr w:type="gramStart"/>
      <w:r>
        <w:rPr>
          <w:lang w:eastAsia="zh-CN"/>
        </w:rPr>
        <w:t>剪结果</w:t>
      </w:r>
      <w:proofErr w:type="gramEnd"/>
      <w:r>
        <w:rPr>
          <w:lang w:eastAsia="zh-CN"/>
        </w:rPr>
        <w:t>被采纳"的埋点（例如：生成后一定时间内未撤销，或用户在此基础上继续编辑）。</w:t>
      </w:r>
    </w:p>
    <w:p w14:paraId="6F24119F" w14:textId="77777777" w:rsidR="00F62C2C" w:rsidRDefault="00000000">
      <w:pPr>
        <w:rPr>
          <w:lang w:eastAsia="zh-CN"/>
        </w:rPr>
      </w:pPr>
      <w:r>
        <w:rPr>
          <w:lang w:eastAsia="zh-CN"/>
        </w:rPr>
        <w:t>九、差异化定位（推断）</w:t>
      </w:r>
    </w:p>
    <w:p w14:paraId="55C4E863" w14:textId="77777777" w:rsidR="00F62C2C" w:rsidRDefault="00000000">
      <w:pPr>
        <w:rPr>
          <w:lang w:eastAsia="zh-CN"/>
        </w:rPr>
      </w:pPr>
      <w:r>
        <w:rPr>
          <w:lang w:eastAsia="zh-CN"/>
        </w:rPr>
        <w:t>本节证据相对最弱，只能从产品设计反推差异化意图。</w:t>
      </w:r>
    </w:p>
    <w:p w14:paraId="7E13FFE5" w14:textId="77777777" w:rsidR="00F62C2C" w:rsidRDefault="00000000">
      <w:pPr>
        <w:rPr>
          <w:lang w:eastAsia="zh-CN"/>
        </w:rPr>
      </w:pPr>
      <w:r>
        <w:rPr>
          <w:lang w:eastAsia="zh-CN"/>
        </w:rPr>
        <w:t>核心差异化判断：</w:t>
      </w:r>
      <w:proofErr w:type="gramStart"/>
      <w:r>
        <w:rPr>
          <w:lang w:eastAsia="zh-CN"/>
        </w:rPr>
        <w:t>剪映没有</w:t>
      </w:r>
      <w:proofErr w:type="gramEnd"/>
      <w:r>
        <w:rPr>
          <w:lang w:eastAsia="zh-CN"/>
        </w:rPr>
        <w:t>走"一键</w:t>
      </w:r>
      <w:proofErr w:type="gramStart"/>
      <w:r>
        <w:rPr>
          <w:lang w:eastAsia="zh-CN"/>
        </w:rPr>
        <w:t>生成爆款视频</w:t>
      </w:r>
      <w:proofErr w:type="gramEnd"/>
      <w:r>
        <w:rPr>
          <w:lang w:eastAsia="zh-CN"/>
        </w:rPr>
        <w:t>"的路线，而是定位在"帮你把初稿做出来"。</w:t>
      </w:r>
    </w:p>
    <w:p w14:paraId="604CDD8A" w14:textId="77777777" w:rsidR="00F62C2C" w:rsidRDefault="00000000">
      <w:pPr>
        <w:rPr>
          <w:lang w:eastAsia="zh-CN"/>
        </w:rPr>
      </w:pPr>
      <w:r>
        <w:rPr>
          <w:lang w:eastAsia="zh-CN"/>
        </w:rPr>
        <w:t>这其实是一个更聪明也更保守的定位：</w:t>
      </w:r>
    </w:p>
    <w:p w14:paraId="7FDBDFF4" w14:textId="77777777" w:rsidR="00F62C2C" w:rsidRDefault="00000000">
      <w:pPr>
        <w:rPr>
          <w:lang w:eastAsia="zh-CN"/>
        </w:rPr>
      </w:pPr>
      <w:r>
        <w:rPr>
          <w:lang w:eastAsia="zh-CN"/>
        </w:rPr>
        <w:t>不承诺"做出好视频"——做不到，会失望</w:t>
      </w:r>
    </w:p>
    <w:p w14:paraId="312B9844" w14:textId="77777777" w:rsidR="00F62C2C" w:rsidRDefault="00000000">
      <w:pPr>
        <w:rPr>
          <w:lang w:eastAsia="zh-CN"/>
        </w:rPr>
      </w:pPr>
      <w:r>
        <w:rPr>
          <w:lang w:eastAsia="zh-CN"/>
        </w:rPr>
        <w:t>承诺"省掉最枯燥的部分"——能做到，可交付</w:t>
      </w:r>
    </w:p>
    <w:p w14:paraId="707D2FA8" w14:textId="77777777" w:rsidR="00F62C2C" w:rsidRDefault="00000000">
      <w:pPr>
        <w:rPr>
          <w:lang w:eastAsia="zh-CN"/>
        </w:rPr>
      </w:pPr>
      <w:r>
        <w:rPr>
          <w:lang w:eastAsia="zh-CN"/>
        </w:rPr>
        <w:t>十、风险与待验证假设</w:t>
      </w:r>
    </w:p>
    <w:p w14:paraId="0D9A40C3" w14:textId="77777777" w:rsidR="00F62C2C" w:rsidRDefault="00000000">
      <w:pPr>
        <w:rPr>
          <w:lang w:eastAsia="zh-CN"/>
        </w:rPr>
      </w:pPr>
      <w:r>
        <w:rPr>
          <w:lang w:eastAsia="zh-CN"/>
        </w:rPr>
        <w:t>10.1 产品风险</w:t>
      </w:r>
    </w:p>
    <w:p w14:paraId="71B32EB6" w14:textId="77777777" w:rsidR="00F62C2C" w:rsidRDefault="00000000">
      <w:pPr>
        <w:rPr>
          <w:lang w:eastAsia="zh-CN"/>
        </w:rPr>
      </w:pPr>
      <w:r>
        <w:rPr>
          <w:lang w:eastAsia="zh-CN"/>
        </w:rPr>
        <w:t>10.2 待验证假设</w:t>
      </w:r>
    </w:p>
    <w:p w14:paraId="0213ECF7" w14:textId="77777777" w:rsidR="00F62C2C" w:rsidRDefault="00000000">
      <w:pPr>
        <w:rPr>
          <w:lang w:eastAsia="zh-CN"/>
        </w:rPr>
      </w:pPr>
      <w:r>
        <w:rPr>
          <w:lang w:eastAsia="zh-CN"/>
        </w:rPr>
        <w:t>假设：用户更愿意"改文稿"而不是"拖时间线"</w:t>
      </w:r>
    </w:p>
    <w:p w14:paraId="5176621F" w14:textId="77777777" w:rsidR="00F62C2C" w:rsidRDefault="00000000">
      <w:pPr>
        <w:rPr>
          <w:lang w:eastAsia="zh-CN"/>
        </w:rPr>
      </w:pPr>
      <w:r>
        <w:rPr>
          <w:lang w:eastAsia="zh-CN"/>
        </w:rPr>
        <w:t>验证：对比两种路径的完成率与耗时</w:t>
      </w:r>
    </w:p>
    <w:p w14:paraId="459F276A" w14:textId="77777777" w:rsidR="00F62C2C" w:rsidRDefault="00000000">
      <w:pPr>
        <w:rPr>
          <w:lang w:eastAsia="zh-CN"/>
        </w:rPr>
      </w:pPr>
      <w:r>
        <w:rPr>
          <w:lang w:eastAsia="zh-CN"/>
        </w:rPr>
        <w:t>假设：用户能接受"AI 只给初稿"</w:t>
      </w:r>
    </w:p>
    <w:p w14:paraId="05B7EA6C" w14:textId="77777777" w:rsidR="00F62C2C" w:rsidRDefault="00000000">
      <w:pPr>
        <w:rPr>
          <w:lang w:eastAsia="zh-CN"/>
        </w:rPr>
      </w:pPr>
      <w:r>
        <w:rPr>
          <w:lang w:eastAsia="zh-CN"/>
        </w:rPr>
        <w:t>验证：初稿采纳率、后续手动修改量</w:t>
      </w:r>
    </w:p>
    <w:p w14:paraId="7BA8EDB3" w14:textId="77777777" w:rsidR="00F62C2C" w:rsidRDefault="00000000">
      <w:pPr>
        <w:rPr>
          <w:lang w:eastAsia="zh-CN"/>
        </w:rPr>
      </w:pPr>
      <w:r>
        <w:rPr>
          <w:lang w:eastAsia="zh-CN"/>
        </w:rPr>
        <w:t>假设：免费</w:t>
      </w:r>
      <w:proofErr w:type="gramStart"/>
      <w:r>
        <w:rPr>
          <w:lang w:eastAsia="zh-CN"/>
        </w:rPr>
        <w:t>粗剪能带动</w:t>
      </w:r>
      <w:proofErr w:type="gramEnd"/>
      <w:r>
        <w:rPr>
          <w:lang w:eastAsia="zh-CN"/>
        </w:rPr>
        <w:t xml:space="preserve"> VIP 转化</w:t>
      </w:r>
    </w:p>
    <w:p w14:paraId="1AB3DC46" w14:textId="77777777" w:rsidR="00F62C2C" w:rsidRDefault="00000000">
      <w:pPr>
        <w:rPr>
          <w:lang w:eastAsia="zh-CN"/>
        </w:rPr>
      </w:pPr>
      <w:r>
        <w:rPr>
          <w:lang w:eastAsia="zh-CN"/>
        </w:rPr>
        <w:t>验证：使用粗</w:t>
      </w:r>
      <w:proofErr w:type="gramStart"/>
      <w:r>
        <w:rPr>
          <w:lang w:eastAsia="zh-CN"/>
        </w:rPr>
        <w:t>剪用户</w:t>
      </w:r>
      <w:proofErr w:type="gramEnd"/>
      <w:r>
        <w:rPr>
          <w:lang w:eastAsia="zh-CN"/>
        </w:rPr>
        <w:t>的 VIP 转化率 vs 未使用用户</w:t>
      </w:r>
    </w:p>
    <w:p w14:paraId="011620CE" w14:textId="77777777" w:rsidR="00F62C2C" w:rsidRDefault="00000000">
      <w:pPr>
        <w:rPr>
          <w:lang w:eastAsia="zh-CN"/>
        </w:rPr>
      </w:pPr>
      <w:r>
        <w:rPr>
          <w:lang w:eastAsia="zh-CN"/>
        </w:rPr>
        <w:t>假设：包装功能的独立入口会被使用</w:t>
      </w:r>
    </w:p>
    <w:p w14:paraId="48F53B3A" w14:textId="77777777" w:rsidR="00F62C2C" w:rsidRDefault="00000000">
      <w:pPr>
        <w:rPr>
          <w:lang w:eastAsia="zh-CN"/>
        </w:rPr>
      </w:pPr>
      <w:r>
        <w:rPr>
          <w:lang w:eastAsia="zh-CN"/>
        </w:rPr>
        <w:t>验证：包装阶段的发起率</w:t>
      </w:r>
    </w:p>
    <w:p w14:paraId="02EE095A" w14:textId="77777777" w:rsidR="00F62C2C" w:rsidRDefault="00000000">
      <w:pPr>
        <w:rPr>
          <w:lang w:eastAsia="zh-CN"/>
        </w:rPr>
      </w:pPr>
      <w:r>
        <w:rPr>
          <w:lang w:eastAsia="zh-CN"/>
        </w:rPr>
        <w:t>十一、行动建议（按优先级）</w:t>
      </w:r>
    </w:p>
    <w:p w14:paraId="00E96225" w14:textId="77777777" w:rsidR="00F62C2C" w:rsidRDefault="00000000">
      <w:pPr>
        <w:rPr>
          <w:lang w:eastAsia="zh-CN"/>
        </w:rPr>
      </w:pPr>
      <w:r>
        <w:rPr>
          <w:lang w:eastAsia="zh-CN"/>
        </w:rPr>
        <w:t>P0 — 补上"采纳率"埋点</w:t>
      </w:r>
    </w:p>
    <w:p w14:paraId="1466CB83" w14:textId="77777777" w:rsidR="00F62C2C" w:rsidRDefault="00000000">
      <w:pPr>
        <w:rPr>
          <w:lang w:eastAsia="zh-CN"/>
        </w:rPr>
      </w:pPr>
      <w:r>
        <w:rPr>
          <w:lang w:eastAsia="zh-CN"/>
        </w:rPr>
        <w:t>现在的数据只能看到"生成成功"，看不到"用户满意"。没有这个指标，后续所有迭代都是盲的。</w:t>
      </w:r>
    </w:p>
    <w:p w14:paraId="469A0F30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P1 — 明确两个形态的关系</w:t>
      </w:r>
    </w:p>
    <w:p w14:paraId="1F4590C4" w14:textId="77777777" w:rsidR="00F62C2C" w:rsidRDefault="00000000">
      <w:pPr>
        <w:rPr>
          <w:lang w:eastAsia="zh-CN"/>
        </w:rPr>
      </w:pPr>
      <w:r>
        <w:rPr>
          <w:lang w:eastAsia="zh-CN"/>
        </w:rPr>
        <w:t>产品一、产品二与底层的"文本剪辑"能力是什么关系，用户</w:t>
      </w:r>
      <w:proofErr w:type="gramStart"/>
      <w:r>
        <w:rPr>
          <w:lang w:eastAsia="zh-CN"/>
        </w:rPr>
        <w:t>侧完全</w:t>
      </w:r>
      <w:proofErr w:type="gramEnd"/>
      <w:r>
        <w:rPr>
          <w:lang w:eastAsia="zh-CN"/>
        </w:rPr>
        <w:t>看不出来。当前的"两个都在、用户不知道区别"是最差状态。</w:t>
      </w:r>
    </w:p>
    <w:p w14:paraId="4ACF8392" w14:textId="77777777" w:rsidR="00F62C2C" w:rsidRDefault="00000000">
      <w:pPr>
        <w:rPr>
          <w:lang w:eastAsia="zh-CN"/>
        </w:rPr>
      </w:pPr>
      <w:r>
        <w:rPr>
          <w:lang w:eastAsia="zh-CN"/>
        </w:rPr>
        <w:t>P1.5 — 把"不是生成"这件事讲明白</w:t>
      </w:r>
    </w:p>
    <w:p w14:paraId="15F7661D" w14:textId="77777777" w:rsidR="00F62C2C" w:rsidRDefault="00000000">
      <w:pPr>
        <w:rPr>
          <w:lang w:eastAsia="zh-CN"/>
        </w:rPr>
      </w:pPr>
      <w:r>
        <w:rPr>
          <w:lang w:eastAsia="zh-CN"/>
        </w:rPr>
        <w:t>用户很容易把"AI 剪辑"误解成"AI 生成视频"。产品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实际是挑选与重排已有素材（只会变短，不会变长）。这个边界不讲清，用户会期待"AI 变出好画面"，然后失望。主动设定期望，比让用户自己撞墙好。</w:t>
      </w:r>
    </w:p>
    <w:p w14:paraId="4F15137E" w14:textId="77777777" w:rsidR="00F62C2C" w:rsidRDefault="00000000">
      <w:pPr>
        <w:rPr>
          <w:lang w:eastAsia="zh-CN"/>
        </w:rPr>
      </w:pPr>
      <w:r>
        <w:rPr>
          <w:lang w:eastAsia="zh-CN"/>
        </w:rPr>
        <w:t>P2 — 降低产品二的描述门槛</w:t>
      </w:r>
    </w:p>
    <w:p w14:paraId="7699A203" w14:textId="77777777" w:rsidR="00F62C2C" w:rsidRDefault="00000000">
      <w:pPr>
        <w:rPr>
          <w:lang w:eastAsia="zh-CN"/>
        </w:rPr>
      </w:pPr>
      <w:r>
        <w:rPr>
          <w:lang w:eastAsia="zh-CN"/>
        </w:rPr>
        <w:t>提供意图模板，或由 AI 主动提问澄清，而不是要求用户自己写出画面描述。</w:t>
      </w:r>
    </w:p>
    <w:p w14:paraId="7EE933BD" w14:textId="77777777" w:rsidR="00F62C2C" w:rsidRDefault="00000000">
      <w:pPr>
        <w:rPr>
          <w:lang w:eastAsia="zh-CN"/>
        </w:rPr>
      </w:pPr>
      <w:r>
        <w:rPr>
          <w:lang w:eastAsia="zh-CN"/>
        </w:rPr>
        <w:t>P3 — 给高成本操作加分级确认</w:t>
      </w:r>
    </w:p>
    <w:p w14:paraId="5372D42B" w14:textId="77777777" w:rsidR="00F62C2C" w:rsidRDefault="00000000">
      <w:pPr>
        <w:rPr>
          <w:lang w:eastAsia="zh-CN"/>
        </w:rPr>
      </w:pPr>
      <w:r>
        <w:rPr>
          <w:lang w:eastAsia="zh-CN"/>
        </w:rPr>
        <w:t>按"破坏性"分级，而不是一刀切不确认。重排整个时间线值得一次确认，加字幕不值得。</w:t>
      </w:r>
    </w:p>
    <w:p w14:paraId="77424EDC" w14:textId="77777777" w:rsidR="00F62C2C" w:rsidRDefault="00000000">
      <w:pPr>
        <w:rPr>
          <w:lang w:eastAsia="zh-CN"/>
        </w:rPr>
      </w:pPr>
      <w:r>
        <w:rPr>
          <w:lang w:eastAsia="zh-CN"/>
        </w:rPr>
        <w:t>P4 — 明确告知"这是初稿"</w:t>
      </w:r>
    </w:p>
    <w:p w14:paraId="45D83493" w14:textId="77777777" w:rsidR="00F62C2C" w:rsidRDefault="00000000">
      <w:pPr>
        <w:rPr>
          <w:lang w:eastAsia="zh-CN"/>
        </w:rPr>
      </w:pPr>
      <w:r>
        <w:rPr>
          <w:lang w:eastAsia="zh-CN"/>
        </w:rPr>
        <w:t>产出后告诉用户"这是初稿，可以改字 / 换镜头"，并给直接进入修改的入口。</w:t>
      </w:r>
    </w:p>
    <w:p w14:paraId="1265BF8D" w14:textId="77777777" w:rsidR="00F62C2C" w:rsidRDefault="00000000">
      <w:pPr>
        <w:rPr>
          <w:lang w:eastAsia="zh-CN"/>
        </w:rPr>
      </w:pPr>
      <w:r>
        <w:rPr>
          <w:lang w:eastAsia="zh-CN"/>
        </w:rPr>
        <w:t>十二、一句话总结</w:t>
      </w:r>
    </w:p>
    <w:p w14:paraId="64723706" w14:textId="77777777" w:rsidR="00F62C2C" w:rsidRDefault="00000000">
      <w:pPr>
        <w:rPr>
          <w:lang w:eastAsia="zh-CN"/>
        </w:rPr>
      </w:pPr>
      <w:proofErr w:type="gramStart"/>
      <w:r>
        <w:rPr>
          <w:lang w:eastAsia="zh-CN"/>
        </w:rPr>
        <w:t>剪映的</w:t>
      </w:r>
      <w:proofErr w:type="gramEnd"/>
      <w:r>
        <w:rPr>
          <w:lang w:eastAsia="zh-CN"/>
        </w:rPr>
        <w:t xml:space="preserve"> AI 粗剪，产品上</w:t>
      </w:r>
      <w:proofErr w:type="gramStart"/>
      <w:r>
        <w:rPr>
          <w:lang w:eastAsia="zh-CN"/>
        </w:rPr>
        <w:t>做对</w:t>
      </w:r>
      <w:proofErr w:type="gramEnd"/>
      <w:r>
        <w:rPr>
          <w:lang w:eastAsia="zh-CN"/>
        </w:rPr>
        <w:t>的核心一件事是：把 AI 定位成"做初稿的实习生"，而不是"替你做决定的导演"。</w:t>
      </w:r>
      <w:r>
        <w:rPr>
          <w:lang w:eastAsia="zh-CN"/>
        </w:rPr>
        <w:br/>
        <w:t>它靠三个设计兑现这个定位：</w:t>
      </w:r>
      <w:r>
        <w:rPr>
          <w:lang w:eastAsia="zh-CN"/>
        </w:rPr>
        <w:br/>
        <w:t>1. 不发明事实——时间点必须来自工具返回的真实数据，禁止 AI 编造</w:t>
      </w:r>
      <w:r>
        <w:rPr>
          <w:lang w:eastAsia="zh-CN"/>
        </w:rPr>
        <w:br/>
        <w:t>2. 不破坏已有——结果追加、</w:t>
      </w:r>
      <w:proofErr w:type="gramStart"/>
      <w:r>
        <w:rPr>
          <w:lang w:eastAsia="zh-CN"/>
        </w:rPr>
        <w:t>包装非</w:t>
      </w:r>
      <w:proofErr w:type="gramEnd"/>
      <w:r>
        <w:rPr>
          <w:lang w:eastAsia="zh-CN"/>
        </w:rPr>
        <w:t>破坏、改动可撤销</w:t>
      </w:r>
      <w:r>
        <w:rPr>
          <w:lang w:eastAsia="zh-CN"/>
        </w:rPr>
        <w:br/>
        <w:t xml:space="preserve">3. </w:t>
      </w:r>
      <w:proofErr w:type="gramStart"/>
      <w:r>
        <w:rPr>
          <w:lang w:eastAsia="zh-CN"/>
        </w:rPr>
        <w:t>不</w:t>
      </w:r>
      <w:proofErr w:type="gramEnd"/>
      <w:r>
        <w:rPr>
          <w:lang w:eastAsia="zh-CN"/>
        </w:rPr>
        <w:t>擅自定稿——产出是方案，改稿权在用户</w:t>
      </w:r>
    </w:p>
    <w:p w14:paraId="0CB5C0DE" w14:textId="77777777" w:rsidR="00F62C2C" w:rsidRDefault="00000000">
      <w:pPr>
        <w:rPr>
          <w:lang w:eastAsia="zh-CN"/>
        </w:rPr>
      </w:pPr>
      <w:r>
        <w:rPr>
          <w:lang w:eastAsia="zh-CN"/>
        </w:rPr>
        <w:t>附录 A：技术底座（只列与产品判断直接相关的部分）</w:t>
      </w:r>
    </w:p>
    <w:p w14:paraId="33B4B667" w14:textId="77777777" w:rsidR="00F62C2C" w:rsidRDefault="00000000">
      <w:pPr>
        <w:rPr>
          <w:lang w:eastAsia="zh-CN"/>
        </w:rPr>
      </w:pPr>
      <w:r>
        <w:rPr>
          <w:lang w:eastAsia="zh-CN"/>
        </w:rPr>
        <w:t>A.1 三个独立引擎</w:t>
      </w:r>
    </w:p>
    <w:p w14:paraId="36C65846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注意：安装目录下有个名为 </w:t>
      </w:r>
      <w:proofErr w:type="spellStart"/>
      <w:r>
        <w:rPr>
          <w:lang w:eastAsia="zh-CN"/>
        </w:rPr>
        <w:t>smart_cut.ofx</w:t>
      </w:r>
      <w:proofErr w:type="spellEnd"/>
      <w:r>
        <w:rPr>
          <w:lang w:eastAsia="zh-CN"/>
        </w:rPr>
        <w:t xml:space="preserve"> 的插件，名字含 "cut"，但它实际是智能裁剪（画面重构），不是粗剪。这是本次分析中最容易误判的一处。</w:t>
      </w:r>
    </w:p>
    <w:p w14:paraId="72353A83" w14:textId="77777777" w:rsidR="00F62C2C" w:rsidRDefault="00000000">
      <w:pPr>
        <w:rPr>
          <w:lang w:eastAsia="zh-CN"/>
        </w:rPr>
      </w:pPr>
      <w:r>
        <w:rPr>
          <w:lang w:eastAsia="zh-CN"/>
        </w:rPr>
        <w:t>A.2 三个时间单位——为什么分层</w:t>
      </w:r>
    </w:p>
    <w:p w14:paraId="7F129F8F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产品</w:t>
      </w:r>
      <w:proofErr w:type="gramStart"/>
      <w:r>
        <w:rPr>
          <w:lang w:eastAsia="zh-CN"/>
        </w:rPr>
        <w:t>一</w:t>
      </w:r>
      <w:proofErr w:type="gramEnd"/>
      <w:r>
        <w:rPr>
          <w:lang w:eastAsia="zh-CN"/>
        </w:rPr>
        <w:t>能精确到词，基础在于时间单位被严格分层：</w:t>
      </w:r>
    </w:p>
    <w:p w14:paraId="0880276A" w14:textId="77777777" w:rsidR="00F62C2C" w:rsidRDefault="00000000">
      <w:pPr>
        <w:rPr>
          <w:lang w:eastAsia="zh-CN"/>
        </w:rPr>
      </w:pPr>
      <w:r>
        <w:rPr>
          <w:lang w:eastAsia="zh-CN"/>
        </w:rPr>
        <w:t>产品含义：剪辑要做到"一帧都不能差"（一帧约 33 毫秒），所以存储必须用微秒保证不丢精度；而对 AI 和用户，微秒不可读，所以对外用毫秒。</w:t>
      </w:r>
    </w:p>
    <w:p w14:paraId="3774C7BA" w14:textId="77777777" w:rsidR="00F62C2C" w:rsidRDefault="00000000">
      <w:pPr>
        <w:rPr>
          <w:lang w:eastAsia="zh-CN"/>
        </w:rPr>
      </w:pPr>
      <w:r>
        <w:rPr>
          <w:lang w:eastAsia="zh-CN"/>
        </w:rPr>
        <w:t>A.3 成本约束如何塑造架构</w:t>
      </w:r>
    </w:p>
    <w:p w14:paraId="161F0995" w14:textId="77777777" w:rsidR="00F62C2C" w:rsidRDefault="00000000">
      <w:pPr>
        <w:rPr>
          <w:lang w:eastAsia="zh-CN"/>
        </w:rPr>
      </w:pPr>
      <w:r>
        <w:rPr>
          <w:lang w:eastAsia="zh-CN"/>
        </w:rPr>
        <w:t>这一节是"商业模型决定技术架构"的直接证据。</w:t>
      </w:r>
    </w:p>
    <w:p w14:paraId="3FBF58E5" w14:textId="77777777" w:rsidR="00F62C2C" w:rsidRDefault="00000000">
      <w:proofErr w:type="spellStart"/>
      <w:r>
        <w:t>附录</w:t>
      </w:r>
      <w:proofErr w:type="spellEnd"/>
      <w:r>
        <w:t xml:space="preserve"> </w:t>
      </w:r>
      <w:proofErr w:type="spellStart"/>
      <w:r>
        <w:t>B：证据索引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527"/>
        <w:gridCol w:w="3815"/>
        <w:gridCol w:w="4070"/>
      </w:tblGrid>
      <w:tr w:rsidR="00F62C2C" w14:paraId="4B3E2EC1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AC212C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维度</w:t>
            </w:r>
          </w:p>
        </w:tc>
        <w:tc>
          <w:tcPr>
            <w:tcW w:w="3815" w:type="dxa"/>
          </w:tcPr>
          <w:p w14:paraId="7256F7A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</w:t>
            </w:r>
            <w:proofErr w:type="gramStart"/>
            <w:r>
              <w:rPr>
                <w:sz w:val="18"/>
                <w:lang w:eastAsia="zh-CN"/>
              </w:rPr>
              <w:t>一</w:t>
            </w:r>
            <w:proofErr w:type="gramEnd"/>
            <w:r>
              <w:rPr>
                <w:sz w:val="18"/>
                <w:lang w:eastAsia="zh-CN"/>
              </w:rPr>
              <w:t>：智能解说粗剪</w:t>
            </w:r>
          </w:p>
        </w:tc>
        <w:tc>
          <w:tcPr>
            <w:tcW w:w="4070" w:type="dxa"/>
          </w:tcPr>
          <w:p w14:paraId="0D6733E2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产品二：Hub</w:t>
            </w:r>
            <w:proofErr w:type="spellEnd"/>
            <w:r>
              <w:rPr>
                <w:sz w:val="18"/>
              </w:rPr>
              <w:t xml:space="preserve"> Agent </w:t>
            </w:r>
            <w:proofErr w:type="spellStart"/>
            <w:r>
              <w:rPr>
                <w:sz w:val="18"/>
              </w:rPr>
              <w:t>粗剪</w:t>
            </w:r>
            <w:proofErr w:type="spellEnd"/>
          </w:p>
        </w:tc>
      </w:tr>
      <w:tr w:rsidR="00F62C2C" w14:paraId="7062F0B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B94912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承接页</w:t>
            </w:r>
          </w:p>
        </w:tc>
        <w:tc>
          <w:tcPr>
            <w:tcW w:w="3815" w:type="dxa"/>
          </w:tcPr>
          <w:p w14:paraId="7D918CB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H5 卡片（推断）</w:t>
            </w:r>
          </w:p>
        </w:tc>
        <w:tc>
          <w:tcPr>
            <w:tcW w:w="4070" w:type="dxa"/>
          </w:tcPr>
          <w:p w14:paraId="53D0128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剪映</w:t>
            </w:r>
            <w:proofErr w:type="gramEnd"/>
            <w:r>
              <w:rPr>
                <w:sz w:val="18"/>
                <w:lang w:eastAsia="zh-CN"/>
              </w:rPr>
              <w:t xml:space="preserve"> Hub（标题栏实测）</w:t>
            </w:r>
          </w:p>
        </w:tc>
      </w:tr>
      <w:tr w:rsidR="00F62C2C" w14:paraId="243FA19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EBAC25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名称</w:t>
            </w:r>
            <w:proofErr w:type="spellEnd"/>
          </w:p>
        </w:tc>
        <w:tc>
          <w:tcPr>
            <w:tcW w:w="3815" w:type="dxa"/>
          </w:tcPr>
          <w:p w14:paraId="7DBDDC9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"智能解说粗剪"（应用内自证）</w:t>
            </w:r>
          </w:p>
        </w:tc>
        <w:tc>
          <w:tcPr>
            <w:tcW w:w="4070" w:type="dxa"/>
          </w:tcPr>
          <w:p w14:paraId="77C38E8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内部代号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rough_cut</w:t>
            </w:r>
            <w:proofErr w:type="spellEnd"/>
          </w:p>
        </w:tc>
      </w:tr>
      <w:tr w:rsidR="00F62C2C" w14:paraId="20B3BDA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82701E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主 CTA</w:t>
            </w:r>
          </w:p>
        </w:tc>
        <w:tc>
          <w:tcPr>
            <w:tcW w:w="3815" w:type="dxa"/>
          </w:tcPr>
          <w:p w14:paraId="4B8027B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"开始粗剪"（实测文案）</w:t>
            </w:r>
          </w:p>
        </w:tc>
        <w:tc>
          <w:tcPr>
            <w:tcW w:w="4070" w:type="dxa"/>
          </w:tcPr>
          <w:p w14:paraId="0E81B2C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Agent </w:t>
            </w:r>
            <w:proofErr w:type="spellStart"/>
            <w:r>
              <w:rPr>
                <w:sz w:val="18"/>
              </w:rPr>
              <w:t>对话式发起</w:t>
            </w:r>
            <w:proofErr w:type="spellEnd"/>
          </w:p>
        </w:tc>
      </w:tr>
      <w:tr w:rsidR="00F62C2C" w14:paraId="36E64AA0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A7F8F3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输入</w:t>
            </w:r>
          </w:p>
        </w:tc>
        <w:tc>
          <w:tcPr>
            <w:tcW w:w="3815" w:type="dxa"/>
          </w:tcPr>
          <w:p w14:paraId="7AA5881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一段文稿</w:t>
            </w:r>
          </w:p>
        </w:tc>
        <w:tc>
          <w:tcPr>
            <w:tcW w:w="4070" w:type="dxa"/>
          </w:tcPr>
          <w:p w14:paraId="3B61EDA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素材池 + 意图描述</w:t>
            </w:r>
          </w:p>
        </w:tc>
      </w:tr>
      <w:tr w:rsidR="00F62C2C" w14:paraId="141DC09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BC9AFB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本质</w:t>
            </w:r>
          </w:p>
        </w:tc>
        <w:tc>
          <w:tcPr>
            <w:tcW w:w="3815" w:type="dxa"/>
          </w:tcPr>
          <w:p w14:paraId="4368012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文案驱动的解说生成</w:t>
            </w:r>
          </w:p>
        </w:tc>
        <w:tc>
          <w:tcPr>
            <w:tcW w:w="4070" w:type="dxa"/>
          </w:tcPr>
          <w:p w14:paraId="080071E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素材驱动的语义剪辑</w:t>
            </w:r>
          </w:p>
        </w:tc>
      </w:tr>
      <w:tr w:rsidR="00F62C2C" w14:paraId="350E430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4726AB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技术底座</w:t>
            </w:r>
          </w:p>
        </w:tc>
        <w:tc>
          <w:tcPr>
            <w:tcW w:w="3815" w:type="dxa"/>
          </w:tcPr>
          <w:p w14:paraId="44751D7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端侧语音识别</w:t>
            </w:r>
            <w:proofErr w:type="gramEnd"/>
            <w:r>
              <w:rPr>
                <w:sz w:val="18"/>
                <w:lang w:eastAsia="zh-CN"/>
              </w:rPr>
              <w:t xml:space="preserve"> + 转写编辑</w:t>
            </w:r>
          </w:p>
        </w:tc>
        <w:tc>
          <w:tcPr>
            <w:tcW w:w="4070" w:type="dxa"/>
          </w:tcPr>
          <w:p w14:paraId="5BF7308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云端多模态大模型</w:t>
            </w:r>
            <w:proofErr w:type="spellEnd"/>
          </w:p>
        </w:tc>
      </w:tr>
      <w:tr w:rsidR="00F62C2C" w14:paraId="54AEC79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F2F1B8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联网要求</w:t>
            </w:r>
          </w:p>
        </w:tc>
        <w:tc>
          <w:tcPr>
            <w:tcW w:w="3815" w:type="dxa"/>
          </w:tcPr>
          <w:p w14:paraId="4D408AD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生成解说词需联网，剪辑在本机</w:t>
            </w:r>
          </w:p>
        </w:tc>
        <w:tc>
          <w:tcPr>
            <w:tcW w:w="4070" w:type="dxa"/>
          </w:tcPr>
          <w:p w14:paraId="401A86B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全流程必须联网</w:t>
            </w:r>
            <w:proofErr w:type="spellEnd"/>
          </w:p>
        </w:tc>
      </w:tr>
      <w:tr w:rsidR="00F62C2C" w14:paraId="15A0845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02BACA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失效场景</w:t>
            </w:r>
          </w:p>
        </w:tc>
        <w:tc>
          <w:tcPr>
            <w:tcW w:w="3815" w:type="dxa"/>
          </w:tcPr>
          <w:p w14:paraId="368BFA8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没有口播的素材</w:t>
            </w:r>
          </w:p>
        </w:tc>
        <w:tc>
          <w:tcPr>
            <w:tcW w:w="4070" w:type="dxa"/>
          </w:tcPr>
          <w:p w14:paraId="3317082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云端</w:t>
            </w:r>
            <w:proofErr w:type="gramStart"/>
            <w:r>
              <w:rPr>
                <w:sz w:val="18"/>
                <w:lang w:eastAsia="zh-CN"/>
              </w:rPr>
              <w:t>不</w:t>
            </w:r>
            <w:proofErr w:type="gramEnd"/>
            <w:r>
              <w:rPr>
                <w:sz w:val="18"/>
                <w:lang w:eastAsia="zh-CN"/>
              </w:rPr>
              <w:t>可用；素材无语音且无语义</w:t>
            </w:r>
          </w:p>
        </w:tc>
      </w:tr>
    </w:tbl>
    <w:p w14:paraId="4A0255C6" w14:textId="77777777" w:rsidR="00F62C2C" w:rsidRDefault="00F62C2C">
      <w:pPr>
        <w:rPr>
          <w:lang w:eastAsia="zh-CN"/>
        </w:rPr>
      </w:pP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4"/>
        <w:gridCol w:w="2353"/>
        <w:gridCol w:w="3137"/>
        <w:gridCol w:w="1568"/>
      </w:tblGrid>
      <w:tr w:rsidR="00F62C2C" w14:paraId="6E40C5CD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6A1680B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用户类型</w:t>
            </w:r>
            <w:proofErr w:type="spellEnd"/>
          </w:p>
        </w:tc>
        <w:tc>
          <w:tcPr>
            <w:tcW w:w="2353" w:type="dxa"/>
          </w:tcPr>
          <w:p w14:paraId="0921430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核心需求</w:t>
            </w:r>
          </w:p>
        </w:tc>
        <w:tc>
          <w:tcPr>
            <w:tcW w:w="3137" w:type="dxa"/>
          </w:tcPr>
          <w:p w14:paraId="5C15B6B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产品一</w:t>
            </w:r>
          </w:p>
        </w:tc>
        <w:tc>
          <w:tcPr>
            <w:tcW w:w="1568" w:type="dxa"/>
          </w:tcPr>
          <w:p w14:paraId="480E78E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产品二</w:t>
            </w:r>
          </w:p>
        </w:tc>
      </w:tr>
      <w:tr w:rsidR="00F62C2C" w14:paraId="100E5F2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45F136C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口播 / 知识博主</w:t>
            </w:r>
          </w:p>
        </w:tc>
        <w:tc>
          <w:tcPr>
            <w:tcW w:w="2353" w:type="dxa"/>
          </w:tcPr>
          <w:p w14:paraId="51CFE42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一稿多剪、快速出片</w:t>
            </w:r>
          </w:p>
        </w:tc>
        <w:tc>
          <w:tcPr>
            <w:tcW w:w="3137" w:type="dxa"/>
          </w:tcPr>
          <w:p w14:paraId="2F71C22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主场</w:t>
            </w:r>
          </w:p>
        </w:tc>
        <w:tc>
          <w:tcPr>
            <w:tcW w:w="1568" w:type="dxa"/>
          </w:tcPr>
          <w:p w14:paraId="3A314AC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⚠️ 可用</w:t>
            </w:r>
          </w:p>
        </w:tc>
      </w:tr>
      <w:tr w:rsidR="00F62C2C" w14:paraId="55DCA42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265311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访谈 / 播客</w:t>
            </w:r>
          </w:p>
        </w:tc>
        <w:tc>
          <w:tcPr>
            <w:tcW w:w="2353" w:type="dxa"/>
          </w:tcPr>
          <w:p w14:paraId="4F19E61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去口水词、精修</w:t>
            </w:r>
          </w:p>
        </w:tc>
        <w:tc>
          <w:tcPr>
            <w:tcW w:w="3137" w:type="dxa"/>
          </w:tcPr>
          <w:p w14:paraId="2F9E232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✅ 主场（词级精度）</w:t>
            </w:r>
          </w:p>
        </w:tc>
        <w:tc>
          <w:tcPr>
            <w:tcW w:w="1568" w:type="dxa"/>
          </w:tcPr>
          <w:p w14:paraId="60B68A1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⚠️ 可用</w:t>
            </w:r>
          </w:p>
        </w:tc>
      </w:tr>
      <w:tr w:rsidR="00F62C2C" w14:paraId="72F2DDE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C91E8B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电商 / 带货</w:t>
            </w:r>
          </w:p>
        </w:tc>
        <w:tc>
          <w:tcPr>
            <w:tcW w:w="2353" w:type="dxa"/>
          </w:tcPr>
          <w:p w14:paraId="5499CD6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快速切卖点</w:t>
            </w:r>
          </w:p>
        </w:tc>
        <w:tc>
          <w:tcPr>
            <w:tcW w:w="3137" w:type="dxa"/>
          </w:tcPr>
          <w:p w14:paraId="2B6A049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⚠️ 弱（需要文稿）</w:t>
            </w:r>
          </w:p>
        </w:tc>
        <w:tc>
          <w:tcPr>
            <w:tcW w:w="1568" w:type="dxa"/>
          </w:tcPr>
          <w:p w14:paraId="1D3E1D3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主场</w:t>
            </w:r>
          </w:p>
        </w:tc>
      </w:tr>
      <w:tr w:rsidR="00F62C2C" w14:paraId="400C97F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A38DA5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vlog / 旅拍</w:t>
            </w:r>
          </w:p>
        </w:tc>
        <w:tc>
          <w:tcPr>
            <w:tcW w:w="2353" w:type="dxa"/>
          </w:tcPr>
          <w:p w14:paraId="221CFE3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从大量素材挑精华</w:t>
            </w:r>
          </w:p>
        </w:tc>
        <w:tc>
          <w:tcPr>
            <w:tcW w:w="3137" w:type="dxa"/>
          </w:tcPr>
          <w:p w14:paraId="4D51702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❌ </w:t>
            </w:r>
            <w:proofErr w:type="gramStart"/>
            <w:r>
              <w:rPr>
                <w:sz w:val="18"/>
                <w:lang w:eastAsia="zh-CN"/>
              </w:rPr>
              <w:t>不</w:t>
            </w:r>
            <w:proofErr w:type="gramEnd"/>
            <w:r>
              <w:rPr>
                <w:sz w:val="18"/>
                <w:lang w:eastAsia="zh-CN"/>
              </w:rPr>
              <w:t>可用（无主导语音）</w:t>
            </w:r>
          </w:p>
        </w:tc>
        <w:tc>
          <w:tcPr>
            <w:tcW w:w="1568" w:type="dxa"/>
          </w:tcPr>
          <w:p w14:paraId="4849534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 xml:space="preserve">✅ </w:t>
            </w:r>
            <w:proofErr w:type="spellStart"/>
            <w:r>
              <w:rPr>
                <w:sz w:val="18"/>
              </w:rPr>
              <w:t>主场</w:t>
            </w:r>
            <w:proofErr w:type="spellEnd"/>
          </w:p>
        </w:tc>
      </w:tr>
      <w:tr w:rsidR="00F62C2C" w14:paraId="2E912BC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3E2EE26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企业宣传 / 课程</w:t>
            </w:r>
          </w:p>
        </w:tc>
        <w:tc>
          <w:tcPr>
            <w:tcW w:w="2353" w:type="dxa"/>
          </w:tcPr>
          <w:p w14:paraId="27AF828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长视频切短视频</w:t>
            </w:r>
          </w:p>
        </w:tc>
        <w:tc>
          <w:tcPr>
            <w:tcW w:w="3137" w:type="dxa"/>
          </w:tcPr>
          <w:p w14:paraId="1330108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可用</w:t>
            </w:r>
          </w:p>
        </w:tc>
        <w:tc>
          <w:tcPr>
            <w:tcW w:w="1568" w:type="dxa"/>
          </w:tcPr>
          <w:p w14:paraId="35F5B79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可用</w:t>
            </w:r>
          </w:p>
        </w:tc>
      </w:tr>
    </w:tbl>
    <w:p w14:paraId="1249E1F7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289"/>
        <w:gridCol w:w="1526"/>
        <w:gridCol w:w="5597"/>
      </w:tblGrid>
      <w:tr w:rsidR="00F62C2C" w14:paraId="4F62D53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376E84B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组件</w:t>
            </w:r>
          </w:p>
        </w:tc>
        <w:tc>
          <w:tcPr>
            <w:tcW w:w="1526" w:type="dxa"/>
          </w:tcPr>
          <w:p w14:paraId="25E54A7A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类型</w:t>
            </w:r>
          </w:p>
        </w:tc>
        <w:tc>
          <w:tcPr>
            <w:tcW w:w="5596" w:type="dxa"/>
          </w:tcPr>
          <w:p w14:paraId="6866EB6E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做什么</w:t>
            </w:r>
          </w:p>
        </w:tc>
      </w:tr>
      <w:tr w:rsidR="00F62C2C" w14:paraId="14D4ABE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1D9B962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语音识别（ASR）</w:t>
            </w:r>
          </w:p>
        </w:tc>
        <w:tc>
          <w:tcPr>
            <w:tcW w:w="1526" w:type="dxa"/>
          </w:tcPr>
          <w:p w14:paraId="74DBF57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端侧小模型</w:t>
            </w:r>
          </w:p>
        </w:tc>
        <w:tc>
          <w:tcPr>
            <w:tcW w:w="5596" w:type="dxa"/>
          </w:tcPr>
          <w:p w14:paraId="3565936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把素材的声音转成文字，</w:t>
            </w:r>
            <w:proofErr w:type="gramStart"/>
            <w:r>
              <w:rPr>
                <w:sz w:val="18"/>
                <w:lang w:eastAsia="zh-CN"/>
              </w:rPr>
              <w:t>每个字带时间</w:t>
            </w:r>
            <w:proofErr w:type="gramEnd"/>
            <w:r>
              <w:rPr>
                <w:sz w:val="18"/>
                <w:lang w:eastAsia="zh-CN"/>
              </w:rPr>
              <w:t>点</w:t>
            </w:r>
          </w:p>
        </w:tc>
      </w:tr>
      <w:tr w:rsidR="00F62C2C" w14:paraId="0DB1F72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3DD3ED26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文本匹配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对齐</w:t>
            </w:r>
            <w:proofErr w:type="spellEnd"/>
          </w:p>
        </w:tc>
        <w:tc>
          <w:tcPr>
            <w:tcW w:w="1526" w:type="dxa"/>
          </w:tcPr>
          <w:p w14:paraId="063DAD0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算法</w:t>
            </w:r>
          </w:p>
        </w:tc>
        <w:tc>
          <w:tcPr>
            <w:tcW w:w="5596" w:type="dxa"/>
          </w:tcPr>
          <w:p w14:paraId="0724112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把你的文稿与素材的语音对应起来（像做连线题）</w:t>
            </w:r>
          </w:p>
        </w:tc>
      </w:tr>
      <w:tr w:rsidR="00F62C2C" w14:paraId="3C6E1D8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7F647187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视频剪切与编码</w:t>
            </w:r>
            <w:proofErr w:type="spellEnd"/>
          </w:p>
        </w:tc>
        <w:tc>
          <w:tcPr>
            <w:tcW w:w="1526" w:type="dxa"/>
          </w:tcPr>
          <w:p w14:paraId="4B6455B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纯技术</w:t>
            </w:r>
          </w:p>
        </w:tc>
        <w:tc>
          <w:tcPr>
            <w:tcW w:w="5596" w:type="dxa"/>
          </w:tcPr>
          <w:p w14:paraId="6339D35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把片段抠出、拼接、重新编码</w:t>
            </w:r>
          </w:p>
        </w:tc>
      </w:tr>
    </w:tbl>
    <w:p w14:paraId="676FAB38" w14:textId="77777777" w:rsidR="00F62C2C" w:rsidRDefault="00F62C2C">
      <w:pPr>
        <w:rPr>
          <w:lang w:eastAsia="zh-CN"/>
        </w:rPr>
      </w:pP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314"/>
        <w:gridCol w:w="2353"/>
        <w:gridCol w:w="2745"/>
      </w:tblGrid>
      <w:tr w:rsidR="00F62C2C" w14:paraId="740FE1E2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3" w:type="dxa"/>
          </w:tcPr>
          <w:p w14:paraId="420861C1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lastRenderedPageBreak/>
              <w:t>对比项</w:t>
            </w:r>
            <w:proofErr w:type="spellEnd"/>
          </w:p>
        </w:tc>
        <w:tc>
          <w:tcPr>
            <w:tcW w:w="2353" w:type="dxa"/>
          </w:tcPr>
          <w:p w14:paraId="569AFDD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产品一</w:t>
            </w:r>
          </w:p>
        </w:tc>
        <w:tc>
          <w:tcPr>
            <w:tcW w:w="2745" w:type="dxa"/>
          </w:tcPr>
          <w:p w14:paraId="1309A51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AI 生成视频</w:t>
            </w:r>
          </w:p>
        </w:tc>
      </w:tr>
      <w:tr w:rsidR="00F62C2C" w14:paraId="5A9D879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3" w:type="dxa"/>
          </w:tcPr>
          <w:p w14:paraId="20599C9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画面哪来的</w:t>
            </w:r>
          </w:p>
        </w:tc>
        <w:tc>
          <w:tcPr>
            <w:tcW w:w="2353" w:type="dxa"/>
          </w:tcPr>
          <w:p w14:paraId="28D8AED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用户拍的</w:t>
            </w:r>
          </w:p>
        </w:tc>
        <w:tc>
          <w:tcPr>
            <w:tcW w:w="2745" w:type="dxa"/>
          </w:tcPr>
          <w:p w14:paraId="1BB71B4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AI 造的</w:t>
            </w:r>
          </w:p>
        </w:tc>
      </w:tr>
      <w:tr w:rsidR="00F62C2C" w14:paraId="4941787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3" w:type="dxa"/>
          </w:tcPr>
          <w:p w14:paraId="6866C8A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声音哪来的</w:t>
            </w:r>
          </w:p>
        </w:tc>
        <w:tc>
          <w:tcPr>
            <w:tcW w:w="2353" w:type="dxa"/>
          </w:tcPr>
          <w:p w14:paraId="4A2C75A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用户录的</w:t>
            </w:r>
          </w:p>
        </w:tc>
        <w:tc>
          <w:tcPr>
            <w:tcW w:w="2745" w:type="dxa"/>
          </w:tcPr>
          <w:p w14:paraId="26A9557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AI 造的</w:t>
            </w:r>
          </w:p>
        </w:tc>
      </w:tr>
      <w:tr w:rsidR="00F62C2C" w14:paraId="7435B5E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3" w:type="dxa"/>
          </w:tcPr>
          <w:p w14:paraId="6FB8830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AI 在干什么</w:t>
            </w:r>
          </w:p>
        </w:tc>
        <w:tc>
          <w:tcPr>
            <w:tcW w:w="2353" w:type="dxa"/>
          </w:tcPr>
          <w:p w14:paraId="14880DD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挑、排、对齐</w:t>
            </w:r>
          </w:p>
        </w:tc>
        <w:tc>
          <w:tcPr>
            <w:tcW w:w="2745" w:type="dxa"/>
          </w:tcPr>
          <w:p w14:paraId="4287F10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无中生有</w:t>
            </w:r>
          </w:p>
        </w:tc>
      </w:tr>
      <w:tr w:rsidR="00F62C2C" w14:paraId="29CBBD6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3" w:type="dxa"/>
          </w:tcPr>
          <w:p w14:paraId="4B8FAF5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输出长度</w:t>
            </w:r>
          </w:p>
        </w:tc>
        <w:tc>
          <w:tcPr>
            <w:tcW w:w="2353" w:type="dxa"/>
          </w:tcPr>
          <w:p w14:paraId="6246696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只会变短</w:t>
            </w:r>
          </w:p>
        </w:tc>
        <w:tc>
          <w:tcPr>
            <w:tcW w:w="2745" w:type="dxa"/>
          </w:tcPr>
          <w:p w14:paraId="42469B9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可以任意长</w:t>
            </w:r>
          </w:p>
        </w:tc>
      </w:tr>
      <w:tr w:rsidR="00F62C2C" w14:paraId="3E109E8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3" w:type="dxa"/>
          </w:tcPr>
          <w:p w14:paraId="082E188D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能否编出用户没拍的东西</w:t>
            </w:r>
          </w:p>
        </w:tc>
        <w:tc>
          <w:tcPr>
            <w:tcW w:w="2353" w:type="dxa"/>
          </w:tcPr>
          <w:p w14:paraId="6B707D9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绝对不能</w:t>
            </w:r>
            <w:proofErr w:type="spellEnd"/>
          </w:p>
        </w:tc>
        <w:tc>
          <w:tcPr>
            <w:tcW w:w="2745" w:type="dxa"/>
          </w:tcPr>
          <w:p w14:paraId="558DDAD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这正是它的本事</w:t>
            </w:r>
          </w:p>
        </w:tc>
      </w:tr>
    </w:tbl>
    <w:p w14:paraId="1E9D8A24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948"/>
        <w:gridCol w:w="4543"/>
        <w:gridCol w:w="2921"/>
      </w:tblGrid>
      <w:tr w:rsidR="00F62C2C" w14:paraId="2FB882B3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</w:tcPr>
          <w:p w14:paraId="1CC9414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对比项</w:t>
            </w:r>
          </w:p>
        </w:tc>
        <w:tc>
          <w:tcPr>
            <w:tcW w:w="4543" w:type="dxa"/>
          </w:tcPr>
          <w:p w14:paraId="6FDADF9E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手动版（用户熟悉的文本剪辑）</w:t>
            </w:r>
          </w:p>
        </w:tc>
        <w:tc>
          <w:tcPr>
            <w:tcW w:w="2921" w:type="dxa"/>
          </w:tcPr>
          <w:p w14:paraId="3AC19687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自动版（产品一</w:t>
            </w:r>
            <w:proofErr w:type="spellEnd"/>
            <w:r>
              <w:rPr>
                <w:sz w:val="18"/>
              </w:rPr>
              <w:t>）</w:t>
            </w:r>
          </w:p>
        </w:tc>
      </w:tr>
      <w:tr w:rsidR="00F62C2C" w14:paraId="3EA76F8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</w:tcPr>
          <w:p w14:paraId="547AD5B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文字稿从哪来</w:t>
            </w:r>
          </w:p>
        </w:tc>
        <w:tc>
          <w:tcPr>
            <w:tcW w:w="4543" w:type="dxa"/>
          </w:tcPr>
          <w:p w14:paraId="076561F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AI 把素材转成文字</w:t>
            </w:r>
          </w:p>
        </w:tc>
        <w:tc>
          <w:tcPr>
            <w:tcW w:w="2921" w:type="dxa"/>
          </w:tcPr>
          <w:p w14:paraId="576AFE3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用户自己写一份文稿</w:t>
            </w:r>
          </w:p>
        </w:tc>
      </w:tr>
      <w:tr w:rsidR="00F62C2C" w14:paraId="0D3DF03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</w:tcPr>
          <w:p w14:paraId="386D747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谁决定删什么</w:t>
            </w:r>
          </w:p>
        </w:tc>
        <w:tc>
          <w:tcPr>
            <w:tcW w:w="4543" w:type="dxa"/>
          </w:tcPr>
          <w:p w14:paraId="5A18DEF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用户看着删</w:t>
            </w:r>
          </w:p>
        </w:tc>
        <w:tc>
          <w:tcPr>
            <w:tcW w:w="2921" w:type="dxa"/>
          </w:tcPr>
          <w:p w14:paraId="072E108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AI 自动决定</w:t>
            </w:r>
          </w:p>
        </w:tc>
      </w:tr>
      <w:tr w:rsidR="00F62C2C" w14:paraId="0E1BCDC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</w:tcPr>
          <w:p w14:paraId="1C35B65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输出</w:t>
            </w:r>
          </w:p>
        </w:tc>
        <w:tc>
          <w:tcPr>
            <w:tcW w:w="4543" w:type="dxa"/>
          </w:tcPr>
          <w:p w14:paraId="53A0F63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用户手动剪好的片子</w:t>
            </w:r>
          </w:p>
        </w:tc>
        <w:tc>
          <w:tcPr>
            <w:tcW w:w="2921" w:type="dxa"/>
          </w:tcPr>
          <w:p w14:paraId="6112177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一份粗剪初稿</w:t>
            </w:r>
          </w:p>
        </w:tc>
      </w:tr>
      <w:tr w:rsidR="00F62C2C" w14:paraId="21CA3536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</w:tcPr>
          <w:p w14:paraId="5BB2546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用户要做什么</w:t>
            </w:r>
          </w:p>
        </w:tc>
        <w:tc>
          <w:tcPr>
            <w:tcW w:w="4543" w:type="dxa"/>
          </w:tcPr>
          <w:p w14:paraId="635D296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通读全文、逐句判断</w:t>
            </w:r>
          </w:p>
        </w:tc>
        <w:tc>
          <w:tcPr>
            <w:tcW w:w="2921" w:type="dxa"/>
          </w:tcPr>
          <w:p w14:paraId="080ACF9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写个文稿，等结果</w:t>
            </w:r>
          </w:p>
        </w:tc>
      </w:tr>
    </w:tbl>
    <w:p w14:paraId="6568274A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264"/>
        <w:gridCol w:w="4917"/>
        <w:gridCol w:w="3231"/>
      </w:tblGrid>
      <w:tr w:rsidR="00F62C2C" w14:paraId="7C35393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67B8377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产品要素</w:t>
            </w:r>
          </w:p>
        </w:tc>
        <w:tc>
          <w:tcPr>
            <w:tcW w:w="4916" w:type="dxa"/>
          </w:tcPr>
          <w:p w14:paraId="2133EA08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实现细节</w:t>
            </w:r>
          </w:p>
        </w:tc>
        <w:tc>
          <w:tcPr>
            <w:tcW w:w="3231" w:type="dxa"/>
          </w:tcPr>
          <w:p w14:paraId="5FA5F1A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产品解读</w:t>
            </w:r>
          </w:p>
        </w:tc>
      </w:tr>
      <w:tr w:rsidR="00F62C2C" w14:paraId="1506E20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20E1A64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主输入</w:t>
            </w:r>
          </w:p>
        </w:tc>
        <w:tc>
          <w:tcPr>
            <w:tcW w:w="4916" w:type="dxa"/>
          </w:tcPr>
          <w:p w14:paraId="0BB42EB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文稿，最少 10 字、最多 8000 字</w:t>
            </w:r>
          </w:p>
        </w:tc>
        <w:tc>
          <w:tcPr>
            <w:tcW w:w="3231" w:type="dxa"/>
          </w:tcPr>
          <w:p w14:paraId="1A71A65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下限防空提交，上限是成本与质量平衡</w:t>
            </w:r>
          </w:p>
        </w:tc>
      </w:tr>
      <w:tr w:rsidR="00F62C2C" w14:paraId="555CC7A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4419BD2C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双模式</w:t>
            </w:r>
            <w:proofErr w:type="spellEnd"/>
          </w:p>
        </w:tc>
        <w:tc>
          <w:tcPr>
            <w:tcW w:w="4916" w:type="dxa"/>
          </w:tcPr>
          <w:p w14:paraId="2A7B154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「配音解说」（素材</w:t>
            </w:r>
            <w:proofErr w:type="gramStart"/>
            <w:r>
              <w:rPr>
                <w:sz w:val="18"/>
                <w:lang w:eastAsia="zh-CN"/>
              </w:rPr>
              <w:t>静音配解说</w:t>
            </w:r>
            <w:proofErr w:type="gramEnd"/>
            <w:r>
              <w:rPr>
                <w:sz w:val="18"/>
                <w:lang w:eastAsia="zh-CN"/>
              </w:rPr>
              <w:t>）/「原声剪辑」（保留原声）</w:t>
            </w:r>
          </w:p>
        </w:tc>
        <w:tc>
          <w:tcPr>
            <w:tcW w:w="3231" w:type="dxa"/>
          </w:tcPr>
          <w:p w14:paraId="4EEC2BE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两种完全不同的成片形态，切换成本极低</w:t>
            </w:r>
          </w:p>
        </w:tc>
      </w:tr>
      <w:tr w:rsidR="00F62C2C" w14:paraId="57438B6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63636AB7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生成方式</w:t>
            </w:r>
            <w:proofErr w:type="spellEnd"/>
          </w:p>
        </w:tc>
        <w:tc>
          <w:tcPr>
            <w:tcW w:w="4916" w:type="dxa"/>
          </w:tcPr>
          <w:p w14:paraId="7801D8A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① 自己写文稿 ② 让 AI 写解说词</w:t>
            </w:r>
          </w:p>
        </w:tc>
        <w:tc>
          <w:tcPr>
            <w:tcW w:w="3231" w:type="dxa"/>
          </w:tcPr>
          <w:p w14:paraId="79E1674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降低冷启动门槛</w:t>
            </w:r>
            <w:proofErr w:type="spellEnd"/>
          </w:p>
        </w:tc>
      </w:tr>
      <w:tr w:rsidR="00F62C2C" w14:paraId="14542A2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5548817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AI 写解说的输入</w:t>
            </w:r>
          </w:p>
        </w:tc>
        <w:tc>
          <w:tcPr>
            <w:tcW w:w="4916" w:type="dxa"/>
          </w:tcPr>
          <w:p w14:paraId="599C1DF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解说角度（画外 / 出镜）× 写作风格（5 种）× 口播时长（4 档）</w:t>
            </w:r>
          </w:p>
        </w:tc>
        <w:tc>
          <w:tcPr>
            <w:tcW w:w="3231" w:type="dxa"/>
          </w:tcPr>
          <w:p w14:paraId="5536046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60 种组合，但用户只需点 3 下</w:t>
            </w:r>
          </w:p>
        </w:tc>
      </w:tr>
      <w:tr w:rsidR="00F62C2C" w14:paraId="0203827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7BE102BC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过程反馈</w:t>
            </w:r>
            <w:proofErr w:type="spellEnd"/>
          </w:p>
        </w:tc>
        <w:tc>
          <w:tcPr>
            <w:tcW w:w="4916" w:type="dxa"/>
          </w:tcPr>
          <w:p w14:paraId="0232E2D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实时进度（主标题 + 副标题两行动态文案）</w:t>
            </w:r>
          </w:p>
        </w:tc>
        <w:tc>
          <w:tcPr>
            <w:tcW w:w="3231" w:type="dxa"/>
          </w:tcPr>
          <w:p w14:paraId="7534B4A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长任务</w:t>
            </w:r>
            <w:proofErr w:type="gramEnd"/>
            <w:r>
              <w:rPr>
                <w:sz w:val="18"/>
                <w:lang w:eastAsia="zh-CN"/>
              </w:rPr>
              <w:t>必须有过程反馈，否则用户以为卡死</w:t>
            </w:r>
          </w:p>
        </w:tc>
      </w:tr>
      <w:tr w:rsidR="00F62C2C" w14:paraId="7BAA3FB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5BB14D06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中止</w:t>
            </w:r>
            <w:proofErr w:type="spellEnd"/>
          </w:p>
        </w:tc>
        <w:tc>
          <w:tcPr>
            <w:tcW w:w="4916" w:type="dxa"/>
          </w:tcPr>
          <w:p w14:paraId="3BE4BCB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取消按钮，10 秒兜底超时</w:t>
            </w:r>
          </w:p>
        </w:tc>
        <w:tc>
          <w:tcPr>
            <w:tcW w:w="3231" w:type="dxa"/>
          </w:tcPr>
          <w:p w14:paraId="5127B72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防止取消失败导致界面卡死</w:t>
            </w:r>
          </w:p>
        </w:tc>
      </w:tr>
      <w:tr w:rsidR="00F62C2C" w14:paraId="58B12D9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4D5C1711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结果处理</w:t>
            </w:r>
            <w:proofErr w:type="spellEnd"/>
          </w:p>
        </w:tc>
        <w:tc>
          <w:tcPr>
            <w:tcW w:w="4916" w:type="dxa"/>
          </w:tcPr>
          <w:p w14:paraId="60EDC61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追加到原文案后面（不是覆盖）</w:t>
            </w:r>
          </w:p>
        </w:tc>
        <w:tc>
          <w:tcPr>
            <w:tcW w:w="3231" w:type="dxa"/>
          </w:tcPr>
          <w:p w14:paraId="1CD5FF5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不破坏用户已有内容，降低尝试成本</w:t>
            </w:r>
          </w:p>
        </w:tc>
      </w:tr>
      <w:tr w:rsidR="00F62C2C" w14:paraId="78752C23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202E6E78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再生成提示</w:t>
            </w:r>
            <w:proofErr w:type="spellEnd"/>
          </w:p>
        </w:tc>
        <w:tc>
          <w:tcPr>
            <w:tcW w:w="4916" w:type="dxa"/>
          </w:tcPr>
          <w:p w14:paraId="3050B40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提示"不满意可重新生成，会拼接到后面"</w:t>
            </w:r>
          </w:p>
        </w:tc>
        <w:tc>
          <w:tcPr>
            <w:tcW w:w="3231" w:type="dxa"/>
          </w:tcPr>
          <w:p w14:paraId="23185B5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一次性提示（本地存标记位，只弹一次），避免骚扰</w:t>
            </w:r>
          </w:p>
        </w:tc>
      </w:tr>
      <w:tr w:rsidR="00F62C2C" w14:paraId="2C61E5E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</w:tcPr>
          <w:p w14:paraId="422B2D81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辅助编辑</w:t>
            </w:r>
            <w:proofErr w:type="spellEnd"/>
          </w:p>
        </w:tc>
        <w:tc>
          <w:tcPr>
            <w:tcW w:w="4916" w:type="dxa"/>
          </w:tcPr>
          <w:p w14:paraId="0D7D923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润色 / 扩写 / 缩写</w:t>
            </w:r>
          </w:p>
        </w:tc>
        <w:tc>
          <w:tcPr>
            <w:tcW w:w="3231" w:type="dxa"/>
          </w:tcPr>
          <w:p w14:paraId="255E43F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 AI 能力嵌进编辑动作，而非做成独立功能</w:t>
            </w:r>
          </w:p>
        </w:tc>
      </w:tr>
    </w:tbl>
    <w:p w14:paraId="42BD5E81" w14:textId="77777777" w:rsidR="00F62C2C" w:rsidRDefault="00F62C2C">
      <w:pPr>
        <w:rPr>
          <w:lang w:eastAsia="zh-CN"/>
        </w:rPr>
      </w:pP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313"/>
        <w:gridCol w:w="5692"/>
        <w:gridCol w:w="2407"/>
      </w:tblGrid>
      <w:tr w:rsidR="00F62C2C" w14:paraId="6CB52C25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5DF4C4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产品要素</w:t>
            </w:r>
            <w:proofErr w:type="spellEnd"/>
          </w:p>
        </w:tc>
        <w:tc>
          <w:tcPr>
            <w:tcW w:w="5691" w:type="dxa"/>
          </w:tcPr>
          <w:p w14:paraId="127F5D8D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实现细节</w:t>
            </w:r>
          </w:p>
        </w:tc>
        <w:tc>
          <w:tcPr>
            <w:tcW w:w="2407" w:type="dxa"/>
          </w:tcPr>
          <w:p w14:paraId="3B349E9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产品解读</w:t>
            </w:r>
          </w:p>
        </w:tc>
      </w:tr>
      <w:tr w:rsidR="00F62C2C" w14:paraId="469FD45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D6B7C1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lastRenderedPageBreak/>
              <w:t>发起</w:t>
            </w:r>
          </w:p>
        </w:tc>
        <w:tc>
          <w:tcPr>
            <w:tcW w:w="5691" w:type="dxa"/>
          </w:tcPr>
          <w:p w14:paraId="1F84EA9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自然语言描述需求</w:t>
            </w:r>
          </w:p>
        </w:tc>
        <w:tc>
          <w:tcPr>
            <w:tcW w:w="2407" w:type="dxa"/>
          </w:tcPr>
          <w:p w14:paraId="49290B3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门槛高（见 §3.2）</w:t>
            </w:r>
          </w:p>
        </w:tc>
      </w:tr>
      <w:tr w:rsidR="00F62C2C" w14:paraId="2E30F596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7CA29AA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过程</w:t>
            </w:r>
          </w:p>
        </w:tc>
        <w:tc>
          <w:tcPr>
            <w:tcW w:w="5691" w:type="dxa"/>
          </w:tcPr>
          <w:p w14:paraId="05149CB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阶段式推进 + 进度回报</w:t>
            </w:r>
          </w:p>
        </w:tc>
        <w:tc>
          <w:tcPr>
            <w:tcW w:w="2407" w:type="dxa"/>
          </w:tcPr>
          <w:p w14:paraId="02CDDA0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长任务，需要可观测</w:t>
            </w:r>
          </w:p>
        </w:tc>
      </w:tr>
      <w:tr w:rsidR="00F62C2C" w14:paraId="2E599A1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274A4F3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产出</w:t>
            </w:r>
          </w:p>
        </w:tc>
        <w:tc>
          <w:tcPr>
            <w:tcW w:w="5691" w:type="dxa"/>
          </w:tcPr>
          <w:p w14:paraId="68CCD12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一个"粗</w:t>
            </w:r>
            <w:proofErr w:type="gramStart"/>
            <w:r>
              <w:rPr>
                <w:sz w:val="18"/>
                <w:lang w:eastAsia="zh-CN"/>
              </w:rPr>
              <w:t>剪方案</w:t>
            </w:r>
            <w:proofErr w:type="gramEnd"/>
            <w:r>
              <w:rPr>
                <w:sz w:val="18"/>
                <w:lang w:eastAsia="zh-CN"/>
              </w:rPr>
              <w:t>"（镜头序列）</w:t>
            </w:r>
          </w:p>
        </w:tc>
        <w:tc>
          <w:tcPr>
            <w:tcW w:w="2407" w:type="dxa"/>
          </w:tcPr>
          <w:p w14:paraId="1480DAE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产出是草稿，不是成片</w:t>
            </w:r>
          </w:p>
        </w:tc>
      </w:tr>
      <w:tr w:rsidR="00F62C2C" w14:paraId="59BB741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3E785E16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确认</w:t>
            </w:r>
            <w:proofErr w:type="spellEnd"/>
          </w:p>
        </w:tc>
        <w:tc>
          <w:tcPr>
            <w:tcW w:w="5691" w:type="dxa"/>
          </w:tcPr>
          <w:p w14:paraId="2ABE38A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明确不设确认门禁</w:t>
            </w:r>
          </w:p>
        </w:tc>
        <w:tc>
          <w:tcPr>
            <w:tcW w:w="2407" w:type="dxa"/>
          </w:tcPr>
          <w:p w14:paraId="5E901D2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追求"少打断"</w:t>
            </w:r>
          </w:p>
        </w:tc>
      </w:tr>
      <w:tr w:rsidR="00F62C2C" w14:paraId="02EE588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761EAD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素材约束</w:t>
            </w:r>
          </w:p>
        </w:tc>
        <w:tc>
          <w:tcPr>
            <w:tcW w:w="5691" w:type="dxa"/>
          </w:tcPr>
          <w:p w14:paraId="527B8C2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用户提供的素材必须真实存在</w:t>
            </w:r>
          </w:p>
        </w:tc>
        <w:tc>
          <w:tcPr>
            <w:tcW w:w="2407" w:type="dxa"/>
          </w:tcPr>
          <w:p w14:paraId="68BBAD2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防幻觉</w:t>
            </w:r>
            <w:proofErr w:type="spellEnd"/>
          </w:p>
        </w:tc>
      </w:tr>
      <w:tr w:rsidR="00F62C2C" w14:paraId="203CAEF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3" w:type="dxa"/>
          </w:tcPr>
          <w:p w14:paraId="0CC6349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包装</w:t>
            </w:r>
          </w:p>
        </w:tc>
        <w:tc>
          <w:tcPr>
            <w:tcW w:w="5691" w:type="dxa"/>
          </w:tcPr>
          <w:p w14:paraId="2ADB612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独立的第二阶段（字幕 / 配乐 / 转场 / 贴纸）</w:t>
            </w:r>
          </w:p>
        </w:tc>
        <w:tc>
          <w:tcPr>
            <w:tcW w:w="2407" w:type="dxa"/>
          </w:tcPr>
          <w:p w14:paraId="3D2A70F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见下</w:t>
            </w:r>
            <w:proofErr w:type="spellEnd"/>
          </w:p>
        </w:tc>
      </w:tr>
    </w:tbl>
    <w:p w14:paraId="53108222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158"/>
        <w:gridCol w:w="6082"/>
        <w:gridCol w:w="2172"/>
      </w:tblGrid>
      <w:tr w:rsidR="00F62C2C" w14:paraId="79E417A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</w:tcPr>
          <w:p w14:paraId="3B5D34B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层级</w:t>
            </w:r>
          </w:p>
        </w:tc>
        <w:tc>
          <w:tcPr>
            <w:tcW w:w="6081" w:type="dxa"/>
          </w:tcPr>
          <w:p w14:paraId="01BCD6B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能力</w:t>
            </w:r>
          </w:p>
        </w:tc>
        <w:tc>
          <w:tcPr>
            <w:tcW w:w="2172" w:type="dxa"/>
          </w:tcPr>
          <w:p w14:paraId="448693E2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产品意图</w:t>
            </w:r>
          </w:p>
        </w:tc>
      </w:tr>
      <w:tr w:rsidR="00F62C2C" w14:paraId="4C371C0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</w:tcPr>
          <w:p w14:paraId="3E6D18C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免费额度</w:t>
            </w:r>
          </w:p>
        </w:tc>
        <w:tc>
          <w:tcPr>
            <w:tcW w:w="6081" w:type="dxa"/>
          </w:tcPr>
          <w:p w14:paraId="7A5C1DF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smart_cut_pint_detection（智能粗剪检测）</w:t>
            </w:r>
          </w:p>
        </w:tc>
        <w:tc>
          <w:tcPr>
            <w:tcW w:w="2172" w:type="dxa"/>
          </w:tcPr>
          <w:p w14:paraId="3AF7B71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让用户用得上、用上瘾</w:t>
            </w:r>
          </w:p>
        </w:tc>
      </w:tr>
      <w:tr w:rsidR="00F62C2C" w14:paraId="57446D9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</w:tcPr>
          <w:p w14:paraId="793C423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VIP </w:t>
            </w:r>
            <w:proofErr w:type="spellStart"/>
            <w:r>
              <w:rPr>
                <w:sz w:val="18"/>
              </w:rPr>
              <w:t>付费</w:t>
            </w:r>
            <w:proofErr w:type="spellEnd"/>
          </w:p>
        </w:tc>
        <w:tc>
          <w:tcPr>
            <w:tcW w:w="6081" w:type="dxa"/>
          </w:tcPr>
          <w:p w14:paraId="17C51ED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intelligent_crop（智能裁剪）、color_match（色彩匹配）、relight（智能补光）、intelligent_matting（智能抠像）、aigc_* 系列</w:t>
            </w:r>
          </w:p>
        </w:tc>
        <w:tc>
          <w:tcPr>
            <w:tcW w:w="2172" w:type="dxa"/>
          </w:tcPr>
          <w:p w14:paraId="003DA08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变现</w:t>
            </w:r>
          </w:p>
        </w:tc>
      </w:tr>
      <w:tr w:rsidR="00F62C2C" w14:paraId="5BFC6E4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</w:tcPr>
          <w:p w14:paraId="772D91D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免费但带变现钩子</w:t>
            </w:r>
          </w:p>
        </w:tc>
        <w:tc>
          <w:tcPr>
            <w:tcW w:w="6081" w:type="dxa"/>
          </w:tcPr>
          <w:p w14:paraId="2A4219F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subtitle_recognition（字幕识别）、lyric_recognition（歌词识别）</w:t>
            </w:r>
          </w:p>
        </w:tc>
        <w:tc>
          <w:tcPr>
            <w:tcW w:w="2172" w:type="dxa"/>
          </w:tcPr>
          <w:p w14:paraId="44E9E4D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识别免费，导出 / 去水印付费</w:t>
            </w:r>
          </w:p>
        </w:tc>
      </w:tr>
    </w:tbl>
    <w:p w14:paraId="7E1FB51E" w14:textId="77777777" w:rsidR="00F62C2C" w:rsidRDefault="00F62C2C">
      <w:pPr>
        <w:rPr>
          <w:lang w:eastAsia="zh-CN"/>
        </w:rPr>
      </w:pP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5284"/>
        <w:gridCol w:w="4128"/>
      </w:tblGrid>
      <w:tr w:rsidR="00F62C2C" w14:paraId="0830DEF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21742E7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埋点参数</w:t>
            </w:r>
            <w:proofErr w:type="spellEnd"/>
          </w:p>
        </w:tc>
        <w:tc>
          <w:tcPr>
            <w:tcW w:w="4128" w:type="dxa"/>
          </w:tcPr>
          <w:p w14:paraId="0128758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说明他们在关心</w:t>
            </w:r>
          </w:p>
        </w:tc>
      </w:tr>
      <w:tr w:rsidR="00F62C2C" w14:paraId="6C94362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55E72C7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action（5 种取值）</w:t>
            </w:r>
          </w:p>
        </w:tc>
        <w:tc>
          <w:tcPr>
            <w:tcW w:w="4128" w:type="dxa"/>
          </w:tcPr>
          <w:p w14:paraId="20A171B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每一步的流失——用户是打开了不用，还是生成了不满意</w:t>
            </w:r>
          </w:p>
        </w:tc>
      </w:tr>
      <w:tr w:rsidR="00F62C2C" w14:paraId="57CDED3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0CEF14C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cut_model（3 种）</w:t>
            </w:r>
          </w:p>
        </w:tc>
        <w:tc>
          <w:tcPr>
            <w:tcW w:w="4128" w:type="dxa"/>
          </w:tcPr>
          <w:p w14:paraId="4AFC9AD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哪条路径更受欢迎（配音解说 / 原声剪辑）</w:t>
            </w:r>
          </w:p>
        </w:tc>
      </w:tr>
      <w:tr w:rsidR="00F62C2C" w14:paraId="6BB4A68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121179F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is_has_text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text_cnt</w:t>
            </w:r>
            <w:proofErr w:type="spellEnd"/>
          </w:p>
        </w:tc>
        <w:tc>
          <w:tcPr>
            <w:tcW w:w="4128" w:type="dxa"/>
          </w:tcPr>
          <w:p w14:paraId="4381F58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冷启动用户 vs 有</w:t>
            </w:r>
            <w:proofErr w:type="gramStart"/>
            <w:r>
              <w:rPr>
                <w:sz w:val="18"/>
                <w:lang w:eastAsia="zh-CN"/>
              </w:rPr>
              <w:t>稿用户</w:t>
            </w:r>
            <w:proofErr w:type="gramEnd"/>
            <w:r>
              <w:rPr>
                <w:sz w:val="18"/>
                <w:lang w:eastAsia="zh-CN"/>
              </w:rPr>
              <w:t>的占比</w:t>
            </w:r>
          </w:p>
        </w:tc>
      </w:tr>
      <w:tr w:rsidR="00F62C2C" w14:paraId="661BABB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0C65D0F5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voice_change_speed</w:t>
            </w:r>
            <w:proofErr w:type="spellEnd"/>
          </w:p>
        </w:tc>
        <w:tc>
          <w:tcPr>
            <w:tcW w:w="4128" w:type="dxa"/>
          </w:tcPr>
          <w:p w14:paraId="390DEBC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音色偏好</w:t>
            </w:r>
          </w:p>
        </w:tc>
      </w:tr>
      <w:tr w:rsidR="00F62C2C" w14:paraId="564065C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4E96F3E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apply_time / expected_time</w:t>
            </w:r>
          </w:p>
        </w:tc>
        <w:tc>
          <w:tcPr>
            <w:tcW w:w="4128" w:type="dxa"/>
          </w:tcPr>
          <w:p w14:paraId="1016D04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实际耗时 vs 预期耗时——体感是否达标</w:t>
            </w:r>
          </w:p>
        </w:tc>
      </w:tr>
      <w:tr w:rsidR="00F62C2C" w14:paraId="50E149A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4" w:type="dxa"/>
          </w:tcPr>
          <w:p w14:paraId="7F8DF336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status（成功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取消</w:t>
            </w:r>
            <w:proofErr w:type="spellEnd"/>
            <w:r>
              <w:rPr>
                <w:sz w:val="18"/>
              </w:rPr>
              <w:t xml:space="preserve"> / 失败）+ error_code</w:t>
            </w:r>
          </w:p>
        </w:tc>
        <w:tc>
          <w:tcPr>
            <w:tcW w:w="4128" w:type="dxa"/>
          </w:tcPr>
          <w:p w14:paraId="03B84FF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失败归因</w:t>
            </w:r>
          </w:p>
        </w:tc>
      </w:tr>
    </w:tbl>
    <w:p w14:paraId="6DD30346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229"/>
        <w:gridCol w:w="1981"/>
        <w:gridCol w:w="3715"/>
      </w:tblGrid>
      <w:tr w:rsidR="00F62C2C" w14:paraId="08941438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5331877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维度</w:t>
            </w:r>
          </w:p>
        </w:tc>
        <w:tc>
          <w:tcPr>
            <w:tcW w:w="2229" w:type="dxa"/>
          </w:tcPr>
          <w:p w14:paraId="2E25F35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剪映的做法</w:t>
            </w:r>
          </w:p>
        </w:tc>
        <w:tc>
          <w:tcPr>
            <w:tcW w:w="1981" w:type="dxa"/>
          </w:tcPr>
          <w:p w14:paraId="00F5ED3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常见竞品做法</w:t>
            </w:r>
          </w:p>
        </w:tc>
        <w:tc>
          <w:tcPr>
            <w:tcW w:w="3715" w:type="dxa"/>
          </w:tcPr>
          <w:p w14:paraId="7598F8F7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剪映的差异化意图</w:t>
            </w:r>
          </w:p>
        </w:tc>
      </w:tr>
      <w:tr w:rsidR="00F62C2C" w14:paraId="1A0BF8E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33D86A5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输入</w:t>
            </w:r>
          </w:p>
        </w:tc>
        <w:tc>
          <w:tcPr>
            <w:tcW w:w="2229" w:type="dxa"/>
          </w:tcPr>
          <w:p w14:paraId="1074FFE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文稿（产品一）</w:t>
            </w:r>
          </w:p>
        </w:tc>
        <w:tc>
          <w:tcPr>
            <w:tcW w:w="1981" w:type="dxa"/>
          </w:tcPr>
          <w:p w14:paraId="7388ED8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直接"一键成片"</w:t>
            </w:r>
          </w:p>
        </w:tc>
        <w:tc>
          <w:tcPr>
            <w:tcW w:w="3715" w:type="dxa"/>
          </w:tcPr>
          <w:p w14:paraId="670DDE0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让用户保留创作主导权</w:t>
            </w:r>
          </w:p>
        </w:tc>
      </w:tr>
      <w:tr w:rsidR="00F62C2C" w14:paraId="442B544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5857A20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精度</w:t>
            </w:r>
            <w:proofErr w:type="spellEnd"/>
          </w:p>
        </w:tc>
        <w:tc>
          <w:tcPr>
            <w:tcW w:w="2229" w:type="dxa"/>
          </w:tcPr>
          <w:p w14:paraId="34EF118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词级（改字即改片）</w:t>
            </w:r>
          </w:p>
        </w:tc>
        <w:tc>
          <w:tcPr>
            <w:tcW w:w="1981" w:type="dxa"/>
          </w:tcPr>
          <w:p w14:paraId="527F2F1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段落级</w:t>
            </w:r>
          </w:p>
        </w:tc>
        <w:tc>
          <w:tcPr>
            <w:tcW w:w="3715" w:type="dxa"/>
          </w:tcPr>
          <w:p w14:paraId="743F870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可精修，不是黑箱</w:t>
            </w:r>
          </w:p>
        </w:tc>
      </w:tr>
      <w:tr w:rsidR="00F62C2C" w14:paraId="3182102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4D4C3D9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定位</w:t>
            </w:r>
          </w:p>
        </w:tc>
        <w:tc>
          <w:tcPr>
            <w:tcW w:w="2229" w:type="dxa"/>
          </w:tcPr>
          <w:p w14:paraId="00E4C7D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粗剪（初稿）</w:t>
            </w:r>
          </w:p>
        </w:tc>
        <w:tc>
          <w:tcPr>
            <w:tcW w:w="1981" w:type="dxa"/>
          </w:tcPr>
          <w:p w14:paraId="63D35D1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一键出成片</w:t>
            </w:r>
          </w:p>
        </w:tc>
        <w:tc>
          <w:tcPr>
            <w:tcW w:w="3715" w:type="dxa"/>
          </w:tcPr>
          <w:p w14:paraId="3EA7415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定位在"省时间"而非"替代人"</w:t>
            </w:r>
          </w:p>
        </w:tc>
      </w:tr>
      <w:tr w:rsidR="00F62C2C" w14:paraId="5A32D1C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65B188F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包装</w:t>
            </w:r>
            <w:proofErr w:type="spellEnd"/>
          </w:p>
        </w:tc>
        <w:tc>
          <w:tcPr>
            <w:tcW w:w="2229" w:type="dxa"/>
          </w:tcPr>
          <w:p w14:paraId="66DF864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独立阶段、非破坏</w:t>
            </w:r>
          </w:p>
        </w:tc>
        <w:tc>
          <w:tcPr>
            <w:tcW w:w="1981" w:type="dxa"/>
          </w:tcPr>
          <w:p w14:paraId="282F2DE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一并生成</w:t>
            </w:r>
          </w:p>
        </w:tc>
        <w:tc>
          <w:tcPr>
            <w:tcW w:w="3715" w:type="dxa"/>
          </w:tcPr>
          <w:p w14:paraId="34FFF3A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模块化授权</w:t>
            </w:r>
          </w:p>
        </w:tc>
      </w:tr>
    </w:tbl>
    <w:p w14:paraId="6AA70BD8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982"/>
        <w:gridCol w:w="4458"/>
        <w:gridCol w:w="2972"/>
      </w:tblGrid>
      <w:tr w:rsidR="00F62C2C" w14:paraId="431C0377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257E590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lastRenderedPageBreak/>
              <w:t>风险</w:t>
            </w:r>
          </w:p>
        </w:tc>
        <w:tc>
          <w:tcPr>
            <w:tcW w:w="4458" w:type="dxa"/>
          </w:tcPr>
          <w:p w14:paraId="7B2A292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依据</w:t>
            </w:r>
          </w:p>
        </w:tc>
        <w:tc>
          <w:tcPr>
            <w:tcW w:w="2972" w:type="dxa"/>
          </w:tcPr>
          <w:p w14:paraId="1B7A6FB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影响</w:t>
            </w:r>
          </w:p>
        </w:tc>
      </w:tr>
      <w:tr w:rsidR="00F62C2C" w14:paraId="270AE6A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24BDB31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两个产品认知混乱</w:t>
            </w:r>
          </w:p>
        </w:tc>
        <w:tc>
          <w:tcPr>
            <w:tcW w:w="4458" w:type="dxa"/>
          </w:tcPr>
          <w:p w14:paraId="1C8D32E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存在两个独立引擎、名称不同、入口不同</w:t>
            </w:r>
          </w:p>
        </w:tc>
        <w:tc>
          <w:tcPr>
            <w:tcW w:w="2972" w:type="dxa"/>
          </w:tcPr>
          <w:p w14:paraId="6FE7B4A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用户不知道什么时候用哪个</w:t>
            </w:r>
          </w:p>
        </w:tc>
      </w:tr>
      <w:tr w:rsidR="00F62C2C" w14:paraId="2D6F658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683F691C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强依赖云端</w:t>
            </w:r>
            <w:proofErr w:type="spellEnd"/>
          </w:p>
        </w:tc>
        <w:tc>
          <w:tcPr>
            <w:tcW w:w="4458" w:type="dxa"/>
          </w:tcPr>
          <w:p w14:paraId="63B04C3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实测云端不可达时产品二完全失效</w:t>
            </w:r>
          </w:p>
        </w:tc>
        <w:tc>
          <w:tcPr>
            <w:tcW w:w="2972" w:type="dxa"/>
          </w:tcPr>
          <w:p w14:paraId="7D6882D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断网或服务波动时体验崩塌</w:t>
            </w:r>
          </w:p>
        </w:tc>
      </w:tr>
      <w:tr w:rsidR="00F62C2C" w14:paraId="70D5B99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2597424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产品二输入门槛高</w:t>
            </w:r>
            <w:proofErr w:type="spellEnd"/>
          </w:p>
        </w:tc>
        <w:tc>
          <w:tcPr>
            <w:tcW w:w="4458" w:type="dxa"/>
          </w:tcPr>
          <w:p w14:paraId="36D5EA1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需要用户"描述画面"</w:t>
            </w:r>
          </w:p>
        </w:tc>
        <w:tc>
          <w:tcPr>
            <w:tcW w:w="2972" w:type="dxa"/>
          </w:tcPr>
          <w:p w14:paraId="478267D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小白用户用不起来</w:t>
            </w:r>
          </w:p>
        </w:tc>
      </w:tr>
      <w:tr w:rsidR="00F62C2C" w14:paraId="414ADD30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523E52B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静默失败</w:t>
            </w:r>
          </w:p>
        </w:tc>
        <w:tc>
          <w:tcPr>
            <w:tcW w:w="4458" w:type="dxa"/>
          </w:tcPr>
          <w:p w14:paraId="3BF8F80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不设确认门禁</w:t>
            </w:r>
          </w:p>
        </w:tc>
        <w:tc>
          <w:tcPr>
            <w:tcW w:w="2972" w:type="dxa"/>
          </w:tcPr>
          <w:p w14:paraId="594EDB9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AI 理解偏了用户</w:t>
            </w:r>
            <w:proofErr w:type="gramStart"/>
            <w:r>
              <w:rPr>
                <w:sz w:val="18"/>
                <w:lang w:eastAsia="zh-CN"/>
              </w:rPr>
              <w:t>不</w:t>
            </w:r>
            <w:proofErr w:type="gramEnd"/>
            <w:r>
              <w:rPr>
                <w:sz w:val="18"/>
                <w:lang w:eastAsia="zh-CN"/>
              </w:rPr>
              <w:t>察觉</w:t>
            </w:r>
          </w:p>
        </w:tc>
      </w:tr>
      <w:tr w:rsidR="00F62C2C" w14:paraId="7D8CFDB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70145027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采纳率未度量</w:t>
            </w:r>
            <w:proofErr w:type="spellEnd"/>
          </w:p>
        </w:tc>
        <w:tc>
          <w:tcPr>
            <w:tcW w:w="4458" w:type="dxa"/>
          </w:tcPr>
          <w:p w14:paraId="5653E09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缺"结果被保留"的埋点</w:t>
            </w:r>
          </w:p>
        </w:tc>
        <w:tc>
          <w:tcPr>
            <w:tcW w:w="2972" w:type="dxa"/>
          </w:tcPr>
          <w:p w14:paraId="6ADB63B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无法判断真实满意度</w:t>
            </w:r>
          </w:p>
        </w:tc>
      </w:tr>
    </w:tbl>
    <w:p w14:paraId="24EDD269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002"/>
        <w:gridCol w:w="4606"/>
        <w:gridCol w:w="2804"/>
      </w:tblGrid>
      <w:tr w:rsidR="00F62C2C" w14:paraId="474C0D5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52ADCEE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引擎</w:t>
            </w:r>
          </w:p>
        </w:tc>
        <w:tc>
          <w:tcPr>
            <w:tcW w:w="4605" w:type="dxa"/>
          </w:tcPr>
          <w:p w14:paraId="70E735B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技术特征</w:t>
            </w:r>
          </w:p>
        </w:tc>
        <w:tc>
          <w:tcPr>
            <w:tcW w:w="2803" w:type="dxa"/>
          </w:tcPr>
          <w:p w14:paraId="710426A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对应的产品能力</w:t>
            </w:r>
          </w:p>
        </w:tc>
      </w:tr>
      <w:tr w:rsidR="00F62C2C" w14:paraId="5449762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4BA99F3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本地转写编辑流水线</w:t>
            </w:r>
          </w:p>
        </w:tc>
        <w:tc>
          <w:tcPr>
            <w:tcW w:w="4605" w:type="dxa"/>
          </w:tcPr>
          <w:p w14:paraId="454F146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端侧语音识别</w:t>
            </w:r>
            <w:proofErr w:type="gramEnd"/>
            <w:r>
              <w:rPr>
                <w:sz w:val="18"/>
                <w:lang w:eastAsia="zh-CN"/>
              </w:rPr>
              <w:t xml:space="preserve"> + </w:t>
            </w:r>
            <w:proofErr w:type="gramStart"/>
            <w:r>
              <w:rPr>
                <w:sz w:val="18"/>
                <w:lang w:eastAsia="zh-CN"/>
              </w:rPr>
              <w:t>词级时间戳</w:t>
            </w:r>
            <w:proofErr w:type="gramEnd"/>
            <w:r>
              <w:rPr>
                <w:sz w:val="18"/>
                <w:lang w:eastAsia="zh-CN"/>
              </w:rPr>
              <w:t xml:space="preserve"> + 删除区间标记</w:t>
            </w:r>
          </w:p>
        </w:tc>
        <w:tc>
          <w:tcPr>
            <w:tcW w:w="2803" w:type="dxa"/>
          </w:tcPr>
          <w:p w14:paraId="05CE3EB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</w:t>
            </w:r>
            <w:proofErr w:type="gramStart"/>
            <w:r>
              <w:rPr>
                <w:sz w:val="18"/>
                <w:lang w:eastAsia="zh-CN"/>
              </w:rPr>
              <w:t>一</w:t>
            </w:r>
            <w:proofErr w:type="gramEnd"/>
            <w:r>
              <w:rPr>
                <w:sz w:val="18"/>
                <w:lang w:eastAsia="zh-CN"/>
              </w:rPr>
              <w:t>（智能解说粗剪）</w:t>
            </w:r>
          </w:p>
        </w:tc>
      </w:tr>
      <w:tr w:rsidR="00F62C2C" w14:paraId="4F8B4D2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2147B24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Agent </w:t>
            </w:r>
            <w:proofErr w:type="spellStart"/>
            <w:r>
              <w:rPr>
                <w:sz w:val="18"/>
              </w:rPr>
              <w:t>编排引擎</w:t>
            </w:r>
            <w:proofErr w:type="spellEnd"/>
          </w:p>
        </w:tc>
        <w:tc>
          <w:tcPr>
            <w:tcW w:w="4605" w:type="dxa"/>
          </w:tcPr>
          <w:p w14:paraId="568F396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云端多模态大模型 + 工具调用</w:t>
            </w:r>
          </w:p>
        </w:tc>
        <w:tc>
          <w:tcPr>
            <w:tcW w:w="2803" w:type="dxa"/>
          </w:tcPr>
          <w:p w14:paraId="4F9984D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产品二（Hub 粗剪）</w:t>
            </w:r>
          </w:p>
        </w:tc>
      </w:tr>
      <w:tr w:rsidR="00F62C2C" w14:paraId="11616BC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2E1BD1D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智能裁剪</w:t>
            </w:r>
            <w:proofErr w:type="spellEnd"/>
          </w:p>
        </w:tc>
        <w:tc>
          <w:tcPr>
            <w:tcW w:w="4605" w:type="dxa"/>
          </w:tcPr>
          <w:p w14:paraId="7C4D3A6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端侧人脸</w:t>
            </w:r>
            <w:proofErr w:type="gramEnd"/>
            <w:r>
              <w:rPr>
                <w:sz w:val="18"/>
                <w:lang w:eastAsia="zh-CN"/>
              </w:rPr>
              <w:t>检测 + 图像显著性</w:t>
            </w:r>
          </w:p>
        </w:tc>
        <w:tc>
          <w:tcPr>
            <w:tcW w:w="2803" w:type="dxa"/>
          </w:tcPr>
          <w:p w14:paraId="39C68EC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独立的画面重构能力（VIP）</w:t>
            </w:r>
          </w:p>
        </w:tc>
      </w:tr>
    </w:tbl>
    <w:p w14:paraId="616F6257" w14:textId="77777777" w:rsidR="00F62C2C" w:rsidRDefault="00F62C2C">
      <w:pPr>
        <w:rPr>
          <w:lang w:eastAsia="zh-CN"/>
        </w:rPr>
      </w:pP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981"/>
        <w:gridCol w:w="2229"/>
        <w:gridCol w:w="5202"/>
      </w:tblGrid>
      <w:tr w:rsidR="00F62C2C" w14:paraId="0BCC3ED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091C8949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在哪一层</w:t>
            </w:r>
            <w:proofErr w:type="spellEnd"/>
          </w:p>
        </w:tc>
        <w:tc>
          <w:tcPr>
            <w:tcW w:w="2229" w:type="dxa"/>
          </w:tcPr>
          <w:p w14:paraId="26CB7BA7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单位</w:t>
            </w:r>
          </w:p>
        </w:tc>
        <w:tc>
          <w:tcPr>
            <w:tcW w:w="5201" w:type="dxa"/>
          </w:tcPr>
          <w:p w14:paraId="6753901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举例</w:t>
            </w:r>
          </w:p>
        </w:tc>
      </w:tr>
      <w:tr w:rsidR="00F62C2C" w14:paraId="32A95F9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3594831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AI 与工具之间</w:t>
            </w:r>
          </w:p>
        </w:tc>
        <w:tc>
          <w:tcPr>
            <w:tcW w:w="2229" w:type="dxa"/>
          </w:tcPr>
          <w:p w14:paraId="1D751AC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毫秒</w:t>
            </w:r>
          </w:p>
        </w:tc>
        <w:tc>
          <w:tcPr>
            <w:tcW w:w="5201" w:type="dxa"/>
          </w:tcPr>
          <w:p w14:paraId="309080C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1500</w:t>
            </w:r>
          </w:p>
        </w:tc>
      </w:tr>
      <w:tr w:rsidR="00F62C2C" w14:paraId="1C14FAF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26C5AD2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中间编辑指令</w:t>
            </w:r>
          </w:p>
        </w:tc>
        <w:tc>
          <w:tcPr>
            <w:tcW w:w="2229" w:type="dxa"/>
          </w:tcPr>
          <w:p w14:paraId="0891787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毫秒，且禁止写单位</w:t>
            </w:r>
          </w:p>
        </w:tc>
        <w:tc>
          <w:tcPr>
            <w:tcW w:w="5201" w:type="dxa"/>
          </w:tcPr>
          <w:p w14:paraId="4FC6E39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只写 3000，写 3000ms 直接报错</w:t>
            </w:r>
          </w:p>
        </w:tc>
      </w:tr>
      <w:tr w:rsidR="00F62C2C" w14:paraId="5ECAE4E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</w:tcPr>
          <w:p w14:paraId="6BEC553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最终草稿文件</w:t>
            </w:r>
            <w:proofErr w:type="spellEnd"/>
          </w:p>
        </w:tc>
        <w:tc>
          <w:tcPr>
            <w:tcW w:w="2229" w:type="dxa"/>
          </w:tcPr>
          <w:p w14:paraId="648DA1A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微秒</w:t>
            </w:r>
          </w:p>
        </w:tc>
        <w:tc>
          <w:tcPr>
            <w:tcW w:w="5201" w:type="dxa"/>
          </w:tcPr>
          <w:p w14:paraId="2880585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3000000</w:t>
            </w:r>
          </w:p>
        </w:tc>
      </w:tr>
    </w:tbl>
    <w:p w14:paraId="28BCCBE3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821"/>
        <w:gridCol w:w="4591"/>
      </w:tblGrid>
      <w:tr w:rsidR="00F62C2C" w14:paraId="4DB00132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DE6860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技术选择</w:t>
            </w:r>
          </w:p>
        </w:tc>
        <w:tc>
          <w:tcPr>
            <w:tcW w:w="4591" w:type="dxa"/>
          </w:tcPr>
          <w:p w14:paraId="3FAF933A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商业动因</w:t>
            </w:r>
          </w:p>
        </w:tc>
      </w:tr>
      <w:tr w:rsidR="00F62C2C" w14:paraId="3F75E69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42AAEE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分</w:t>
            </w:r>
            <w:proofErr w:type="gramStart"/>
            <w:r>
              <w:rPr>
                <w:sz w:val="18"/>
                <w:lang w:eastAsia="zh-CN"/>
              </w:rPr>
              <w:t>镜检测用</w:t>
            </w:r>
            <w:proofErr w:type="gramEnd"/>
            <w:r>
              <w:rPr>
                <w:sz w:val="18"/>
                <w:lang w:eastAsia="zh-CN"/>
              </w:rPr>
              <w:t xml:space="preserve"> 96×96 极低分辨率输入</w:t>
            </w:r>
          </w:p>
        </w:tc>
        <w:tc>
          <w:tcPr>
            <w:tcW w:w="4591" w:type="dxa"/>
          </w:tcPr>
          <w:p w14:paraId="2485E38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必须能免费跑</w:t>
            </w:r>
            <w:proofErr w:type="spellEnd"/>
          </w:p>
        </w:tc>
      </w:tr>
      <w:tr w:rsidR="00F62C2C" w14:paraId="287167B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291C0C1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深档分析限制在 30 秒内</w:t>
            </w:r>
          </w:p>
        </w:tc>
        <w:tc>
          <w:tcPr>
            <w:tcW w:w="4591" w:type="dxa"/>
          </w:tcPr>
          <w:p w14:paraId="3407C08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深度分析成本高约 5 </w:t>
            </w:r>
            <w:proofErr w:type="gramStart"/>
            <w:r>
              <w:rPr>
                <w:sz w:val="18"/>
                <w:lang w:eastAsia="zh-CN"/>
              </w:rPr>
              <w:t>倍</w:t>
            </w:r>
            <w:proofErr w:type="gramEnd"/>
            <w:r>
              <w:rPr>
                <w:sz w:val="18"/>
                <w:lang w:eastAsia="zh-CN"/>
              </w:rPr>
              <w:t>，只准用在关键处</w:t>
            </w:r>
          </w:p>
        </w:tc>
      </w:tr>
      <w:tr w:rsidR="00F62C2C" w14:paraId="57A87C9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21A49034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每批召回推荐不超过 6 项、上限 12 项</w:t>
            </w:r>
          </w:p>
        </w:tc>
        <w:tc>
          <w:tcPr>
            <w:tcW w:w="4591" w:type="dxa"/>
          </w:tcPr>
          <w:p w14:paraId="413CE1A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每批都是一次付费调用</w:t>
            </w:r>
          </w:p>
        </w:tc>
      </w:tr>
      <w:tr w:rsidR="00F62C2C" w14:paraId="4C38D15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5C04893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已分析结果必须缓存复用</w:t>
            </w:r>
          </w:p>
        </w:tc>
        <w:tc>
          <w:tcPr>
            <w:tcW w:w="4591" w:type="dxa"/>
          </w:tcPr>
          <w:p w14:paraId="6CAD378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避免重复付费</w:t>
            </w:r>
            <w:proofErr w:type="spellEnd"/>
          </w:p>
        </w:tc>
      </w:tr>
      <w:tr w:rsidR="00F62C2C" w14:paraId="00EB707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3AC414E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先产出"内容目录"再细看</w:t>
            </w:r>
          </w:p>
        </w:tc>
        <w:tc>
          <w:tcPr>
            <w:tcW w:w="4591" w:type="dxa"/>
          </w:tcPr>
          <w:p w14:paraId="0F63C0E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用便宜的粗看筛掉大部分数据</w:t>
            </w:r>
          </w:p>
        </w:tc>
      </w:tr>
    </w:tbl>
    <w:p w14:paraId="6345B727" w14:textId="77777777" w:rsidR="00F62C2C" w:rsidRDefault="00F62C2C">
      <w:pPr>
        <w:rPr>
          <w:lang w:eastAsia="zh-CN"/>
        </w:rPr>
      </w:pP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730"/>
        <w:gridCol w:w="818"/>
      </w:tblGrid>
      <w:tr w:rsidR="00F62C2C" w14:paraId="7A6021B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04904909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结论</w:t>
            </w:r>
            <w:proofErr w:type="spellEnd"/>
          </w:p>
        </w:tc>
        <w:tc>
          <w:tcPr>
            <w:tcW w:w="5729" w:type="dxa"/>
          </w:tcPr>
          <w:p w14:paraId="2E4E927F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证据来源</w:t>
            </w:r>
          </w:p>
        </w:tc>
        <w:tc>
          <w:tcPr>
            <w:tcW w:w="818" w:type="dxa"/>
          </w:tcPr>
          <w:p w14:paraId="1756DCC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强度</w:t>
            </w:r>
          </w:p>
        </w:tc>
      </w:tr>
      <w:tr w:rsidR="00F62C2C" w14:paraId="1F81C93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54FB6E5B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产品二名称为"</w:t>
            </w:r>
            <w:proofErr w:type="gramStart"/>
            <w:r>
              <w:rPr>
                <w:sz w:val="18"/>
                <w:lang w:eastAsia="zh-CN"/>
              </w:rPr>
              <w:t>剪映</w:t>
            </w:r>
            <w:proofErr w:type="gramEnd"/>
            <w:r>
              <w:rPr>
                <w:sz w:val="18"/>
                <w:lang w:eastAsia="zh-CN"/>
              </w:rPr>
              <w:t xml:space="preserve"> Hub"</w:t>
            </w:r>
          </w:p>
        </w:tc>
        <w:tc>
          <w:tcPr>
            <w:tcW w:w="5729" w:type="dxa"/>
          </w:tcPr>
          <w:p w14:paraId="4CC58E7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canvas_agent</w:t>
            </w:r>
            <w:proofErr w:type="spellEnd"/>
            <w:r>
              <w:rPr>
                <w:sz w:val="18"/>
              </w:rPr>
              <w:t xml:space="preserve">\app\index.html </w:t>
            </w:r>
            <w:proofErr w:type="spellStart"/>
            <w:r>
              <w:rPr>
                <w:sz w:val="18"/>
              </w:rPr>
              <w:t>标题栏</w:t>
            </w:r>
            <w:proofErr w:type="spellEnd"/>
          </w:p>
        </w:tc>
        <w:tc>
          <w:tcPr>
            <w:tcW w:w="818" w:type="dxa"/>
          </w:tcPr>
          <w:p w14:paraId="51F783A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7FC8598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511174B6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产品一不是生成模型，是筛选与重排</w:t>
            </w:r>
          </w:p>
        </w:tc>
        <w:tc>
          <w:tcPr>
            <w:tcW w:w="5729" w:type="dxa"/>
          </w:tcPr>
          <w:p w14:paraId="25B73E4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组件构成（语音识别 / 文本对齐 / 剪切编码）</w:t>
            </w:r>
          </w:p>
        </w:tc>
        <w:tc>
          <w:tcPr>
            <w:tcW w:w="818" w:type="dxa"/>
          </w:tcPr>
          <w:p w14:paraId="01DC698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6EC715C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442027FA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底层为"改字即改片"，用删除标记而非真</w:t>
            </w:r>
            <w:proofErr w:type="gramStart"/>
            <w:r>
              <w:rPr>
                <w:sz w:val="18"/>
                <w:lang w:eastAsia="zh-CN"/>
              </w:rPr>
              <w:t>删</w:t>
            </w:r>
            <w:proofErr w:type="gramEnd"/>
          </w:p>
        </w:tc>
        <w:tc>
          <w:tcPr>
            <w:tcW w:w="5729" w:type="dxa"/>
          </w:tcPr>
          <w:p w14:paraId="20AA83C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AttachmentAiClipperTranscript</w:t>
            </w:r>
            <w:proofErr w:type="spellEnd"/>
            <w:r>
              <w:rPr>
                <w:sz w:val="18"/>
              </w:rPr>
              <w:t xml:space="preserve"> + Delete/Restore/Split/Trim/Unmark</w:t>
            </w:r>
          </w:p>
        </w:tc>
        <w:tc>
          <w:tcPr>
            <w:tcW w:w="818" w:type="dxa"/>
          </w:tcPr>
          <w:p w14:paraId="488D461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38807C6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669A83CC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lastRenderedPageBreak/>
              <w:t>产品</w:t>
            </w:r>
            <w:proofErr w:type="gramStart"/>
            <w:r>
              <w:rPr>
                <w:sz w:val="18"/>
                <w:lang w:eastAsia="zh-CN"/>
              </w:rPr>
              <w:t>一</w:t>
            </w:r>
            <w:proofErr w:type="gramEnd"/>
            <w:r>
              <w:rPr>
                <w:sz w:val="18"/>
                <w:lang w:eastAsia="zh-CN"/>
              </w:rPr>
              <w:t>依赖语音转文字，无口播素材即失效</w:t>
            </w:r>
          </w:p>
        </w:tc>
        <w:tc>
          <w:tcPr>
            <w:tcW w:w="5729" w:type="dxa"/>
          </w:tcPr>
          <w:p w14:paraId="50BF1E8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机制推导（无线索可</w:t>
            </w:r>
            <w:proofErr w:type="gramStart"/>
            <w:r>
              <w:rPr>
                <w:sz w:val="18"/>
                <w:lang w:eastAsia="zh-CN"/>
              </w:rPr>
              <w:t>删</w:t>
            </w:r>
            <w:proofErr w:type="gramEnd"/>
            <w:r>
              <w:rPr>
                <w:sz w:val="18"/>
                <w:lang w:eastAsia="zh-CN"/>
              </w:rPr>
              <w:t>）</w:t>
            </w:r>
          </w:p>
        </w:tc>
        <w:tc>
          <w:tcPr>
            <w:tcW w:w="818" w:type="dxa"/>
          </w:tcPr>
          <w:p w14:paraId="4F02C65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5AF2FAD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34326CF7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</w:t>
            </w:r>
            <w:proofErr w:type="gramStart"/>
            <w:r>
              <w:rPr>
                <w:sz w:val="18"/>
                <w:lang w:eastAsia="zh-CN"/>
              </w:rPr>
              <w:t>一</w:t>
            </w:r>
            <w:proofErr w:type="gramEnd"/>
            <w:r>
              <w:rPr>
                <w:sz w:val="18"/>
                <w:lang w:eastAsia="zh-CN"/>
              </w:rPr>
              <w:t>与"文本剪辑"共用底层</w:t>
            </w:r>
          </w:p>
        </w:tc>
        <w:tc>
          <w:tcPr>
            <w:tcW w:w="5729" w:type="dxa"/>
          </w:tcPr>
          <w:p w14:paraId="0D8B13E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rough_edit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transcript_edit</w:t>
            </w:r>
            <w:proofErr w:type="spellEnd"/>
            <w:r>
              <w:rPr>
                <w:sz w:val="18"/>
              </w:rPr>
              <w:t xml:space="preserve"> / ai_clipper 同源代码路径</w:t>
            </w:r>
          </w:p>
        </w:tc>
        <w:tc>
          <w:tcPr>
            <w:tcW w:w="818" w:type="dxa"/>
          </w:tcPr>
          <w:p w14:paraId="2B86518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19E01BC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368CFC0B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同一底层衍生出手动版与自动版</w:t>
            </w:r>
          </w:p>
        </w:tc>
        <w:tc>
          <w:tcPr>
            <w:tcW w:w="5729" w:type="dxa"/>
          </w:tcPr>
          <w:p w14:paraId="59ADFCD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文档名与工具链对照</w:t>
            </w:r>
            <w:proofErr w:type="spellEnd"/>
          </w:p>
        </w:tc>
        <w:tc>
          <w:tcPr>
            <w:tcW w:w="818" w:type="dxa"/>
          </w:tcPr>
          <w:p w14:paraId="02C9FC4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中</w:t>
            </w:r>
          </w:p>
        </w:tc>
      </w:tr>
      <w:tr w:rsidR="00F62C2C" w14:paraId="1BD8EDB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4595FE3B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产品二的实际交互界面</w:t>
            </w:r>
          </w:p>
        </w:tc>
        <w:tc>
          <w:tcPr>
            <w:tcW w:w="5729" w:type="dxa"/>
          </w:tcPr>
          <w:p w14:paraId="2646E79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未见界面，仅有标题与后端路由</w:t>
            </w:r>
          </w:p>
        </w:tc>
        <w:tc>
          <w:tcPr>
            <w:tcW w:w="818" w:type="dxa"/>
          </w:tcPr>
          <w:p w14:paraId="0930452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缺口</w:t>
            </w:r>
            <w:proofErr w:type="spellEnd"/>
          </w:p>
        </w:tc>
      </w:tr>
      <w:tr w:rsidR="00F62C2C" w14:paraId="551CED8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6C234596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两个独立引擎与两套 skill 绑定</w:t>
            </w:r>
          </w:p>
        </w:tc>
        <w:tc>
          <w:tcPr>
            <w:tcW w:w="5729" w:type="dxa"/>
          </w:tcPr>
          <w:p w14:paraId="203184B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两套埋点体系、两套 skill 绑定</w:t>
            </w:r>
          </w:p>
        </w:tc>
        <w:tc>
          <w:tcPr>
            <w:tcW w:w="818" w:type="dxa"/>
          </w:tcPr>
          <w:p w14:paraId="26BDA98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57E7042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51D1B700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功能名"智能解说粗剪"、"开始粗剪"</w:t>
            </w:r>
          </w:p>
        </w:tc>
        <w:tc>
          <w:tcPr>
            <w:tcW w:w="5729" w:type="dxa"/>
          </w:tcPr>
          <w:p w14:paraId="75665C1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应用内帮助链接标题、按钮文案</w:t>
            </w:r>
          </w:p>
        </w:tc>
        <w:tc>
          <w:tcPr>
            <w:tcW w:w="818" w:type="dxa"/>
          </w:tcPr>
          <w:p w14:paraId="72E8613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5C3CF7C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54971F6A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字数上下限 10 / 8000 且远端可调</w:t>
            </w:r>
          </w:p>
        </w:tc>
        <w:tc>
          <w:tcPr>
            <w:tcW w:w="5729" w:type="dxa"/>
          </w:tcPr>
          <w:p w14:paraId="449CF7C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前端默认值 + 远端配置键</w:t>
            </w:r>
          </w:p>
        </w:tc>
        <w:tc>
          <w:tcPr>
            <w:tcW w:w="818" w:type="dxa"/>
          </w:tcPr>
          <w:p w14:paraId="54DA781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74AD785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29FB1BD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取消有 10 秒兜底超时</w:t>
            </w:r>
          </w:p>
        </w:tc>
        <w:tc>
          <w:tcPr>
            <w:tcW w:w="5729" w:type="dxa"/>
          </w:tcPr>
          <w:p w14:paraId="21689D1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交互代码</w:t>
            </w:r>
          </w:p>
        </w:tc>
        <w:tc>
          <w:tcPr>
            <w:tcW w:w="818" w:type="dxa"/>
          </w:tcPr>
          <w:p w14:paraId="455F50D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3A45CDC3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3DEE5D7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结果追加而非覆盖</w:t>
            </w:r>
          </w:p>
        </w:tc>
        <w:tc>
          <w:tcPr>
            <w:tcW w:w="5729" w:type="dxa"/>
          </w:tcPr>
          <w:p w14:paraId="7C84C9E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交互代码</w:t>
            </w:r>
          </w:p>
        </w:tc>
        <w:tc>
          <w:tcPr>
            <w:tcW w:w="818" w:type="dxa"/>
          </w:tcPr>
          <w:p w14:paraId="0D420EF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4170B96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22F3811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再生成提示只弹一次</w:t>
            </w:r>
          </w:p>
        </w:tc>
        <w:tc>
          <w:tcPr>
            <w:tcW w:w="5729" w:type="dxa"/>
          </w:tcPr>
          <w:p w14:paraId="72AD161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本地存储标记位</w:t>
            </w:r>
          </w:p>
        </w:tc>
        <w:tc>
          <w:tcPr>
            <w:tcW w:w="818" w:type="dxa"/>
          </w:tcPr>
          <w:p w14:paraId="75365BE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40AF66B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1C85BAC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5 个埋点及参数枚举</w:t>
            </w:r>
          </w:p>
        </w:tc>
        <w:tc>
          <w:tcPr>
            <w:tcW w:w="5729" w:type="dxa"/>
          </w:tcPr>
          <w:p w14:paraId="515C132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埋点定义与调用点</w:t>
            </w:r>
          </w:p>
        </w:tc>
        <w:tc>
          <w:tcPr>
            <w:tcW w:w="818" w:type="dxa"/>
          </w:tcPr>
          <w:p w14:paraId="5457A05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7F53B0A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2404B2B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免费额度含粗剪检测</w:t>
            </w:r>
          </w:p>
        </w:tc>
        <w:tc>
          <w:tcPr>
            <w:tcW w:w="5729" w:type="dxa"/>
          </w:tcPr>
          <w:p w14:paraId="63497C8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服务端权益名单</w:t>
            </w:r>
          </w:p>
        </w:tc>
        <w:tc>
          <w:tcPr>
            <w:tcW w:w="818" w:type="dxa"/>
          </w:tcPr>
          <w:p w14:paraId="153A797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4EBDEB2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48AE289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包装非破坏原则</w:t>
            </w:r>
          </w:p>
        </w:tc>
        <w:tc>
          <w:tcPr>
            <w:tcW w:w="5729" w:type="dxa"/>
          </w:tcPr>
          <w:p w14:paraId="5C578B1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产品规范原文</w:t>
            </w:r>
          </w:p>
        </w:tc>
        <w:tc>
          <w:tcPr>
            <w:tcW w:w="818" w:type="dxa"/>
          </w:tcPr>
          <w:p w14:paraId="258086B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1BB7F54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66F2557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不设确认门禁</w:t>
            </w:r>
          </w:p>
        </w:tc>
        <w:tc>
          <w:tcPr>
            <w:tcW w:w="5729" w:type="dxa"/>
          </w:tcPr>
          <w:p w14:paraId="79C56F1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Agent 指令原文</w:t>
            </w:r>
          </w:p>
        </w:tc>
        <w:tc>
          <w:tcPr>
            <w:tcW w:w="818" w:type="dxa"/>
          </w:tcPr>
          <w:p w14:paraId="26440D1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482104A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7B49027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三个时间单位分层</w:t>
            </w:r>
          </w:p>
        </w:tc>
        <w:tc>
          <w:tcPr>
            <w:tcW w:w="5729" w:type="dxa"/>
          </w:tcPr>
          <w:p w14:paraId="3AF0D4D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编辑指令规范 + 草稿文件字段</w:t>
            </w:r>
          </w:p>
        </w:tc>
        <w:tc>
          <w:tcPr>
            <w:tcW w:w="818" w:type="dxa"/>
          </w:tcPr>
          <w:p w14:paraId="44212F5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57FB8C0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35BC466C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云端不可达时产品二失效</w:t>
            </w:r>
          </w:p>
        </w:tc>
        <w:tc>
          <w:tcPr>
            <w:tcW w:w="5729" w:type="dxa"/>
          </w:tcPr>
          <w:p w14:paraId="12E6693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实测云服务连接失败</w:t>
            </w:r>
            <w:proofErr w:type="spellEnd"/>
          </w:p>
        </w:tc>
        <w:tc>
          <w:tcPr>
            <w:tcW w:w="818" w:type="dxa"/>
          </w:tcPr>
          <w:p w14:paraId="2C5F1D8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强</w:t>
            </w:r>
          </w:p>
        </w:tc>
      </w:tr>
      <w:tr w:rsidR="00F62C2C" w14:paraId="53F43C8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68377175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用户画像、</w:t>
            </w:r>
            <w:proofErr w:type="gramStart"/>
            <w:r>
              <w:rPr>
                <w:sz w:val="18"/>
                <w:lang w:eastAsia="zh-CN"/>
              </w:rPr>
              <w:t>竞品对比</w:t>
            </w:r>
            <w:proofErr w:type="gramEnd"/>
            <w:r>
              <w:rPr>
                <w:sz w:val="18"/>
                <w:lang w:eastAsia="zh-CN"/>
              </w:rPr>
              <w:t>、优先级建议</w:t>
            </w:r>
          </w:p>
        </w:tc>
        <w:tc>
          <w:tcPr>
            <w:tcW w:w="5729" w:type="dxa"/>
          </w:tcPr>
          <w:p w14:paraId="320886F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无用户数据 / 市场数据支撑</w:t>
            </w:r>
          </w:p>
        </w:tc>
        <w:tc>
          <w:tcPr>
            <w:tcW w:w="818" w:type="dxa"/>
          </w:tcPr>
          <w:p w14:paraId="0C2DCBE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推断</w:t>
            </w:r>
            <w:proofErr w:type="spellEnd"/>
          </w:p>
        </w:tc>
      </w:tr>
      <w:tr w:rsidR="00F62C2C" w14:paraId="545DD87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4" w:type="dxa"/>
          </w:tcPr>
          <w:p w14:paraId="5BC2D83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未经用户数据验证</w:t>
            </w:r>
          </w:p>
        </w:tc>
        <w:tc>
          <w:tcPr>
            <w:tcW w:w="5729" w:type="dxa"/>
          </w:tcPr>
          <w:p w14:paraId="5CEC9EC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无留存 / 转化 / 访谈数据</w:t>
            </w:r>
          </w:p>
        </w:tc>
        <w:tc>
          <w:tcPr>
            <w:tcW w:w="818" w:type="dxa"/>
          </w:tcPr>
          <w:p w14:paraId="7C93FD0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缺口</w:t>
            </w:r>
          </w:p>
        </w:tc>
      </w:tr>
    </w:tbl>
    <w:p w14:paraId="2F473E67" w14:textId="77777777" w:rsidR="00F62C2C" w:rsidRDefault="00F62C2C"/>
    <w:p w14:paraId="5B31CD15" w14:textId="77777777" w:rsidR="00F62C2C" w:rsidRDefault="00000000">
      <w:r>
        <w:br w:type="page"/>
      </w:r>
    </w:p>
    <w:p w14:paraId="20958C67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项目：03-AI内容生产Agent系统</w:t>
      </w:r>
    </w:p>
    <w:p w14:paraId="243802DE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内容生产 Agent · 判分口径速查</w:t>
      </w:r>
    </w:p>
    <w:p w14:paraId="13D2C203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评测集 v1 · 判分口径（一页速查）</w:t>
      </w:r>
    </w:p>
    <w:p w14:paraId="1769ABE2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用途：把 PRD 里的 C1–C6 六条硬性约束，转成</w:t>
      </w:r>
      <w:r>
        <w:rPr>
          <w:b/>
          <w:i/>
          <w:color w:val="555555"/>
          <w:lang w:eastAsia="zh-CN"/>
        </w:rPr>
        <w:t>可执行、可复现、可解释</w:t>
      </w:r>
      <w:r>
        <w:rPr>
          <w:i/>
          <w:color w:val="555555"/>
          <w:lang w:eastAsia="zh-CN"/>
        </w:rPr>
        <w:t>的判定规则。</w:t>
      </w:r>
    </w:p>
    <w:p w14:paraId="4BF3B8D2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本文是《评测集设计说明》第 2 章的速查版，面试时可直接展示这一页。</w:t>
      </w:r>
    </w:p>
    <w:p w14:paraId="60062136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状态：</w:t>
      </w:r>
      <w:r>
        <w:rPr>
          <w:b/>
          <w:i/>
          <w:color w:val="555555"/>
          <w:lang w:eastAsia="zh-CN"/>
        </w:rPr>
        <w:t>口径已定稿；</w:t>
      </w:r>
      <w:proofErr w:type="gramStart"/>
      <w:r>
        <w:rPr>
          <w:b/>
          <w:i/>
          <w:color w:val="555555"/>
          <w:lang w:eastAsia="zh-CN"/>
        </w:rPr>
        <w:t>首轮跑分结果</w:t>
      </w:r>
      <w:proofErr w:type="gramEnd"/>
      <w:r>
        <w:rPr>
          <w:b/>
          <w:i/>
          <w:color w:val="555555"/>
          <w:lang w:eastAsia="zh-CN"/>
        </w:rPr>
        <w:t>待原始素材迁移后补入。</w:t>
      </w:r>
    </w:p>
    <w:p w14:paraId="6634F50C" w14:textId="77777777" w:rsidR="00F62C2C" w:rsidRDefault="00000000">
      <w:pPr>
        <w:rPr>
          <w:lang w:eastAsia="zh-CN"/>
        </w:rPr>
      </w:pPr>
      <w:r>
        <w:rPr>
          <w:lang w:eastAsia="zh-CN"/>
        </w:rPr>
        <w:t>&gt;</w:t>
      </w:r>
    </w:p>
    <w:p w14:paraId="18A9C4CC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v1.1 修正（据生产实际形态，由作者确认）</w:t>
      </w:r>
      <w:r>
        <w:rPr>
          <w:i/>
          <w:color w:val="555555"/>
          <w:lang w:eastAsia="zh-CN"/>
        </w:rPr>
        <w:t>：</w:t>
      </w:r>
    </w:p>
    <w:p w14:paraId="43EF8E1E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① 真实结构是「</w:t>
      </w:r>
      <w:r>
        <w:rPr>
          <w:b/>
          <w:i/>
          <w:color w:val="555555"/>
          <w:lang w:eastAsia="zh-CN"/>
        </w:rPr>
        <w:t xml:space="preserve">一条主线 + 6 </w:t>
      </w:r>
      <w:proofErr w:type="gramStart"/>
      <w:r>
        <w:rPr>
          <w:b/>
          <w:i/>
          <w:color w:val="555555"/>
          <w:lang w:eastAsia="zh-CN"/>
        </w:rPr>
        <w:t>个</w:t>
      </w:r>
      <w:proofErr w:type="gramEnd"/>
      <w:r>
        <w:rPr>
          <w:b/>
          <w:i/>
          <w:color w:val="555555"/>
          <w:lang w:eastAsia="zh-CN"/>
        </w:rPr>
        <w:t>小论点</w:t>
      </w:r>
      <w:r>
        <w:rPr>
          <w:i/>
          <w:color w:val="555555"/>
          <w:lang w:eastAsia="zh-CN"/>
        </w:rPr>
        <w:t>」逐步推进，不是 7 段骨架顺序展开 → C4 判定方式与权重已改；</w:t>
      </w:r>
    </w:p>
    <w:p w14:paraId="582BDDBA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② 生产失败模式中</w:t>
      </w:r>
      <w:r>
        <w:rPr>
          <w:b/>
          <w:i/>
          <w:color w:val="555555"/>
          <w:lang w:eastAsia="zh-CN"/>
        </w:rPr>
        <w:t>不存在"</w:t>
      </w:r>
      <w:proofErr w:type="gramStart"/>
      <w:r>
        <w:rPr>
          <w:b/>
          <w:i/>
          <w:color w:val="555555"/>
          <w:lang w:eastAsia="zh-CN"/>
        </w:rPr>
        <w:t>缺段</w:t>
      </w:r>
      <w:proofErr w:type="gramEnd"/>
      <w:r>
        <w:rPr>
          <w:b/>
          <w:i/>
          <w:color w:val="555555"/>
          <w:lang w:eastAsia="zh-CN"/>
        </w:rPr>
        <w:t>"</w:t>
      </w:r>
      <w:r>
        <w:rPr>
          <w:i/>
          <w:color w:val="555555"/>
          <w:lang w:eastAsia="zh-CN"/>
        </w:rPr>
        <w:t xml:space="preserve"> → C4 降为结构回归检查，</w:t>
      </w:r>
      <w:r>
        <w:rPr>
          <w:b/>
          <w:i/>
          <w:color w:val="555555"/>
          <w:lang w:eastAsia="zh-CN"/>
        </w:rPr>
        <w:t>不再是一票否决项</w:t>
      </w:r>
      <w:r>
        <w:rPr>
          <w:i/>
          <w:color w:val="555555"/>
          <w:lang w:eastAsia="zh-CN"/>
        </w:rPr>
        <w:t>；</w:t>
      </w:r>
    </w:p>
    <w:p w14:paraId="25E617B1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③ 一票</w:t>
      </w:r>
      <w:proofErr w:type="gramStart"/>
      <w:r>
        <w:rPr>
          <w:i/>
          <w:color w:val="555555"/>
          <w:lang w:eastAsia="zh-CN"/>
        </w:rPr>
        <w:t>否决项收窄</w:t>
      </w:r>
      <w:proofErr w:type="gramEnd"/>
      <w:r>
        <w:rPr>
          <w:i/>
          <w:color w:val="555555"/>
          <w:lang w:eastAsia="zh-CN"/>
        </w:rPr>
        <w:t xml:space="preserve">为 </w:t>
      </w:r>
      <w:r>
        <w:rPr>
          <w:b/>
          <w:i/>
          <w:color w:val="555555"/>
          <w:lang w:eastAsia="zh-CN"/>
        </w:rPr>
        <w:t>C1（确认违规）+ C3</w:t>
      </w:r>
      <w:r>
        <w:rPr>
          <w:i/>
          <w:color w:val="555555"/>
          <w:lang w:eastAsia="zh-CN"/>
        </w:rPr>
        <w:t>；</w:t>
      </w:r>
    </w:p>
    <w:p w14:paraId="0727A317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④ C3 校验基准确定为</w:t>
      </w:r>
      <w:r>
        <w:rPr>
          <w:b/>
          <w:i/>
          <w:color w:val="555555"/>
          <w:lang w:eastAsia="zh-CN"/>
        </w:rPr>
        <w:t>只比对知识库检索原文</w:t>
      </w:r>
      <w:r>
        <w:rPr>
          <w:i/>
          <w:color w:val="555555"/>
          <w:lang w:eastAsia="zh-CN"/>
        </w:rPr>
        <w:t>。</w:t>
      </w:r>
    </w:p>
    <w:p w14:paraId="16A86F44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判定方式三分法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388"/>
        <w:gridCol w:w="3395"/>
        <w:gridCol w:w="4629"/>
      </w:tblGrid>
      <w:tr w:rsidR="00F62C2C" w14:paraId="38D0C05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56C1493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判定方式</w:t>
            </w:r>
          </w:p>
        </w:tc>
        <w:tc>
          <w:tcPr>
            <w:tcW w:w="3394" w:type="dxa"/>
          </w:tcPr>
          <w:p w14:paraId="50237237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用在哪</w:t>
            </w:r>
          </w:p>
        </w:tc>
        <w:tc>
          <w:tcPr>
            <w:tcW w:w="4628" w:type="dxa"/>
          </w:tcPr>
          <w:p w14:paraId="7AE185A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为什么</w:t>
            </w:r>
          </w:p>
        </w:tc>
      </w:tr>
      <w:tr w:rsidR="00F62C2C" w14:paraId="39DF00D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3B709D4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代码判</w:t>
            </w:r>
          </w:p>
        </w:tc>
        <w:tc>
          <w:tcPr>
            <w:tcW w:w="3394" w:type="dxa"/>
          </w:tcPr>
          <w:p w14:paraId="6A4DAEE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C1 / C3 / C4（机器部分）</w:t>
            </w:r>
          </w:p>
        </w:tc>
        <w:tc>
          <w:tcPr>
            <w:tcW w:w="4628" w:type="dxa"/>
          </w:tcPr>
          <w:p w14:paraId="413C1AD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稳定、可复现、可解释，能明确指出违反哪一条，能定向重试</w:t>
            </w:r>
          </w:p>
        </w:tc>
      </w:tr>
      <w:tr w:rsidR="00F62C2C" w14:paraId="36AED163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3B30750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LLM 判</w:t>
            </w:r>
          </w:p>
        </w:tc>
        <w:tc>
          <w:tcPr>
            <w:tcW w:w="3394" w:type="dxa"/>
          </w:tcPr>
          <w:p w14:paraId="4D05579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C6 / C5 / C4（论点是否服务主线）</w:t>
            </w:r>
          </w:p>
        </w:tc>
        <w:tc>
          <w:tcPr>
            <w:tcW w:w="4628" w:type="dxa"/>
          </w:tcPr>
          <w:p w14:paraId="60FF215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主观项</w:t>
            </w:r>
            <w:proofErr w:type="gramEnd"/>
            <w:r>
              <w:rPr>
                <w:sz w:val="18"/>
                <w:lang w:eastAsia="zh-CN"/>
              </w:rPr>
              <w:t>放量初筛，但必须先人工标 10 条验证一致率 ≥80%</w:t>
            </w:r>
          </w:p>
        </w:tc>
      </w:tr>
      <w:tr w:rsidR="00F62C2C" w14:paraId="645E50A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" w:type="dxa"/>
          </w:tcPr>
          <w:p w14:paraId="6BA3811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人工判</w:t>
            </w:r>
            <w:proofErr w:type="spellEnd"/>
          </w:p>
        </w:tc>
        <w:tc>
          <w:tcPr>
            <w:tcW w:w="3394" w:type="dxa"/>
          </w:tcPr>
          <w:p w14:paraId="7A9BCC5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C2 / C5 / C6 复核</w:t>
            </w:r>
          </w:p>
        </w:tc>
        <w:tc>
          <w:tcPr>
            <w:tcW w:w="4628" w:type="dxa"/>
          </w:tcPr>
          <w:p w14:paraId="45FBB51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需专业理解；LLM 仅做初筛，人工抽检复核</w:t>
            </w:r>
          </w:p>
        </w:tc>
      </w:tr>
    </w:tbl>
    <w:p w14:paraId="1149CE39" w14:textId="77777777" w:rsidR="00F62C2C" w:rsidRDefault="00F62C2C">
      <w:pPr>
        <w:rPr>
          <w:lang w:eastAsia="zh-CN"/>
        </w:rPr>
      </w:pPr>
    </w:p>
    <w:p w14:paraId="57791E39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lastRenderedPageBreak/>
        <w:t xml:space="preserve">C1–C6 </w:t>
      </w:r>
      <w:proofErr w:type="spellStart"/>
      <w:r>
        <w:rPr>
          <w:rFonts w:ascii="微软雅黑" w:eastAsia="微软雅黑" w:hAnsi="微软雅黑"/>
          <w:color w:val="3A3A3A"/>
          <w:sz w:val="24"/>
        </w:rPr>
        <w:t>判分表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66"/>
        <w:gridCol w:w="1867"/>
        <w:gridCol w:w="466"/>
        <w:gridCol w:w="1478"/>
        <w:gridCol w:w="3268"/>
        <w:gridCol w:w="1867"/>
      </w:tblGrid>
      <w:tr w:rsidR="00F62C2C" w14:paraId="4CCDD9F5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5C894F6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编号</w:t>
            </w:r>
          </w:p>
        </w:tc>
        <w:tc>
          <w:tcPr>
            <w:tcW w:w="1866" w:type="dxa"/>
          </w:tcPr>
          <w:p w14:paraId="1AB8862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约束（原文）</w:t>
            </w:r>
          </w:p>
        </w:tc>
        <w:tc>
          <w:tcPr>
            <w:tcW w:w="466" w:type="dxa"/>
          </w:tcPr>
          <w:p w14:paraId="33FE53B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来源</w:t>
            </w:r>
          </w:p>
        </w:tc>
        <w:tc>
          <w:tcPr>
            <w:tcW w:w="1477" w:type="dxa"/>
          </w:tcPr>
          <w:p w14:paraId="3EDD6D8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判定方式</w:t>
            </w:r>
          </w:p>
        </w:tc>
        <w:tc>
          <w:tcPr>
            <w:tcW w:w="3267" w:type="dxa"/>
          </w:tcPr>
          <w:p w14:paraId="4FBF2DF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可执行判据</w:t>
            </w:r>
          </w:p>
        </w:tc>
        <w:tc>
          <w:tcPr>
            <w:tcW w:w="1866" w:type="dxa"/>
          </w:tcPr>
          <w:p w14:paraId="7453C588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违规等级</w:t>
            </w:r>
          </w:p>
        </w:tc>
      </w:tr>
      <w:tr w:rsidR="00F62C2C" w14:paraId="7DBA5CA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102F670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C1</w:t>
            </w:r>
          </w:p>
        </w:tc>
        <w:tc>
          <w:tcPr>
            <w:tcW w:w="1866" w:type="dxa"/>
          </w:tcPr>
          <w:p w14:paraId="0590DF1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类比必须来自知识库，禁止库外自创</w:t>
            </w:r>
          </w:p>
        </w:tc>
        <w:tc>
          <w:tcPr>
            <w:tcW w:w="466" w:type="dxa"/>
          </w:tcPr>
          <w:p w14:paraId="21CA99B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实际</w:t>
            </w:r>
            <w:proofErr w:type="spellEnd"/>
          </w:p>
        </w:tc>
        <w:tc>
          <w:tcPr>
            <w:tcW w:w="1477" w:type="dxa"/>
          </w:tcPr>
          <w:p w14:paraId="7477FC0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代码判（</w:t>
            </w:r>
            <w:r>
              <w:rPr>
                <w:b/>
                <w:sz w:val="18"/>
              </w:rPr>
              <w:t>三档</w:t>
            </w:r>
            <w:r>
              <w:rPr>
                <w:sz w:val="18"/>
              </w:rPr>
              <w:t>）</w:t>
            </w:r>
          </w:p>
        </w:tc>
        <w:tc>
          <w:tcPr>
            <w:tcW w:w="3267" w:type="dxa"/>
          </w:tcPr>
          <w:p w14:paraId="3A0DD1F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① 精确命中库内条目 → 通过；② 未精确命中但相似度 ≥0.25 → </w:t>
            </w:r>
            <w:r>
              <w:rPr>
                <w:b/>
                <w:sz w:val="18"/>
                <w:lang w:eastAsia="zh-CN"/>
              </w:rPr>
              <w:t>疑似改写，待人工复核</w:t>
            </w:r>
            <w:r>
              <w:rPr>
                <w:sz w:val="18"/>
                <w:lang w:eastAsia="zh-CN"/>
              </w:rPr>
              <w:t>（</w:t>
            </w:r>
            <w:proofErr w:type="gramStart"/>
            <w:r>
              <w:rPr>
                <w:sz w:val="18"/>
                <w:lang w:eastAsia="zh-CN"/>
              </w:rPr>
              <w:t>不</w:t>
            </w:r>
            <w:proofErr w:type="gramEnd"/>
            <w:r>
              <w:rPr>
                <w:sz w:val="18"/>
                <w:lang w:eastAsia="zh-CN"/>
              </w:rPr>
              <w:t xml:space="preserve">否决）；③ 低于阈值 → </w:t>
            </w:r>
            <w:r>
              <w:rPr>
                <w:b/>
                <w:sz w:val="18"/>
                <w:lang w:eastAsia="zh-CN"/>
              </w:rPr>
              <w:t>确认违规</w:t>
            </w:r>
          </w:p>
        </w:tc>
        <w:tc>
          <w:tcPr>
            <w:tcW w:w="1866" w:type="dxa"/>
          </w:tcPr>
          <w:p w14:paraId="3F3C0C8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仅"确认违规"一票否决</w:t>
            </w:r>
            <w:proofErr w:type="spellEnd"/>
          </w:p>
        </w:tc>
      </w:tr>
      <w:tr w:rsidR="00F62C2C" w14:paraId="0FB6056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718268C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C2</w:t>
            </w:r>
          </w:p>
        </w:tc>
        <w:tc>
          <w:tcPr>
            <w:tcW w:w="1866" w:type="dxa"/>
          </w:tcPr>
          <w:p w14:paraId="32FABE5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类比与概念关键结构一一对应</w:t>
            </w:r>
          </w:p>
        </w:tc>
        <w:tc>
          <w:tcPr>
            <w:tcW w:w="466" w:type="dxa"/>
          </w:tcPr>
          <w:p w14:paraId="5863CE1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设计还原</w:t>
            </w:r>
            <w:proofErr w:type="spellEnd"/>
          </w:p>
        </w:tc>
        <w:tc>
          <w:tcPr>
            <w:tcW w:w="1477" w:type="dxa"/>
          </w:tcPr>
          <w:p w14:paraId="07E5353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人工 + LLM 双评</w:t>
            </w:r>
          </w:p>
        </w:tc>
        <w:tc>
          <w:tcPr>
            <w:tcW w:w="3267" w:type="dxa"/>
          </w:tcPr>
          <w:p w14:paraId="7F36A2E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类比是否覆盖概念的 </w:t>
            </w:r>
            <w:r>
              <w:rPr>
                <w:b/>
                <w:sz w:val="18"/>
                <w:lang w:eastAsia="zh-CN"/>
              </w:rPr>
              <w:t xml:space="preserve">3 </w:t>
            </w:r>
            <w:proofErr w:type="gramStart"/>
            <w:r>
              <w:rPr>
                <w:b/>
                <w:sz w:val="18"/>
                <w:lang w:eastAsia="zh-CN"/>
              </w:rPr>
              <w:t>个</w:t>
            </w:r>
            <w:proofErr w:type="gramEnd"/>
            <w:r>
              <w:rPr>
                <w:b/>
                <w:sz w:val="18"/>
                <w:lang w:eastAsia="zh-CN"/>
              </w:rPr>
              <w:t>关键属性</w:t>
            </w:r>
            <w:r>
              <w:rPr>
                <w:sz w:val="18"/>
                <w:lang w:eastAsia="zh-CN"/>
              </w:rPr>
              <w:t>：全 3 / 部分 2 / 错配 0；两侧评分差 &gt;1 分转人工</w:t>
            </w:r>
          </w:p>
        </w:tc>
        <w:tc>
          <w:tcPr>
            <w:tcW w:w="1866" w:type="dxa"/>
          </w:tcPr>
          <w:p w14:paraId="6E13FBF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扣分项</w:t>
            </w:r>
            <w:proofErr w:type="spellEnd"/>
          </w:p>
        </w:tc>
      </w:tr>
      <w:tr w:rsidR="00F62C2C" w14:paraId="55407B1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54F91B3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C3</w:t>
            </w:r>
          </w:p>
        </w:tc>
        <w:tc>
          <w:tcPr>
            <w:tcW w:w="1866" w:type="dxa"/>
          </w:tcPr>
          <w:p w14:paraId="73955FD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不引入未经验证的数据 / 事实</w:t>
            </w:r>
          </w:p>
        </w:tc>
        <w:tc>
          <w:tcPr>
            <w:tcW w:w="466" w:type="dxa"/>
          </w:tcPr>
          <w:p w14:paraId="448BE0E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设计还原</w:t>
            </w:r>
            <w:proofErr w:type="spellEnd"/>
          </w:p>
        </w:tc>
        <w:tc>
          <w:tcPr>
            <w:tcW w:w="1477" w:type="dxa"/>
          </w:tcPr>
          <w:p w14:paraId="453EDCB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代码判 + 人工复核</w:t>
            </w:r>
          </w:p>
        </w:tc>
        <w:tc>
          <w:tcPr>
            <w:tcW w:w="3267" w:type="dxa"/>
          </w:tcPr>
          <w:p w14:paraId="17A7706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抽取全部数字·年份·专名 → </w:t>
            </w:r>
            <w:r>
              <w:rPr>
                <w:b/>
                <w:sz w:val="18"/>
                <w:lang w:eastAsia="zh-CN"/>
              </w:rPr>
              <w:t>与知识库检索原文逐字比对</w:t>
            </w:r>
            <w:r>
              <w:rPr>
                <w:sz w:val="18"/>
                <w:lang w:eastAsia="zh-CN"/>
              </w:rPr>
              <w:t>；无出处即违规</w:t>
            </w:r>
          </w:p>
        </w:tc>
        <w:tc>
          <w:tcPr>
            <w:tcW w:w="1866" w:type="dxa"/>
          </w:tcPr>
          <w:p w14:paraId="0D8F807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⛔ </w:t>
            </w:r>
            <w:proofErr w:type="spellStart"/>
            <w:r>
              <w:rPr>
                <w:sz w:val="18"/>
              </w:rPr>
              <w:t>一票否决</w:t>
            </w:r>
            <w:proofErr w:type="spellEnd"/>
          </w:p>
        </w:tc>
      </w:tr>
      <w:tr w:rsidR="00F62C2C" w14:paraId="2CE414B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25C033F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C4</w:t>
            </w:r>
          </w:p>
        </w:tc>
        <w:tc>
          <w:tcPr>
            <w:tcW w:w="1866" w:type="dxa"/>
          </w:tcPr>
          <w:p w14:paraId="5995A30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结构完整性（</w:t>
            </w:r>
            <w:r>
              <w:rPr>
                <w:b/>
                <w:sz w:val="18"/>
                <w:lang w:eastAsia="zh-CN"/>
              </w:rPr>
              <w:t xml:space="preserve">一条主线 + 6 </w:t>
            </w:r>
            <w:proofErr w:type="gramStart"/>
            <w:r>
              <w:rPr>
                <w:b/>
                <w:sz w:val="18"/>
                <w:lang w:eastAsia="zh-CN"/>
              </w:rPr>
              <w:t>个</w:t>
            </w:r>
            <w:proofErr w:type="gramEnd"/>
            <w:r>
              <w:rPr>
                <w:b/>
                <w:sz w:val="18"/>
                <w:lang w:eastAsia="zh-CN"/>
              </w:rPr>
              <w:t>小论点</w:t>
            </w:r>
            <w:r>
              <w:rPr>
                <w:sz w:val="18"/>
                <w:lang w:eastAsia="zh-CN"/>
              </w:rPr>
              <w:t>）</w:t>
            </w:r>
          </w:p>
        </w:tc>
        <w:tc>
          <w:tcPr>
            <w:tcW w:w="466" w:type="dxa"/>
          </w:tcPr>
          <w:p w14:paraId="5C9C34C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设计还原</w:t>
            </w:r>
            <w:proofErr w:type="spellEnd"/>
          </w:p>
        </w:tc>
        <w:tc>
          <w:tcPr>
            <w:tcW w:w="1477" w:type="dxa"/>
          </w:tcPr>
          <w:p w14:paraId="6FA0E1E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混合：机器抽取 + 人工/LLM 判定</w:t>
            </w:r>
          </w:p>
        </w:tc>
        <w:tc>
          <w:tcPr>
            <w:tcW w:w="3267" w:type="dxa"/>
          </w:tcPr>
          <w:p w14:paraId="0A0806B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路径A（显式 7 段，历史格式）：段数/</w:t>
            </w:r>
            <w:proofErr w:type="gramStart"/>
            <w:r>
              <w:rPr>
                <w:sz w:val="18"/>
                <w:lang w:eastAsia="zh-CN"/>
              </w:rPr>
              <w:t>缺段</w:t>
            </w:r>
            <w:proofErr w:type="gramEnd"/>
            <w:r>
              <w:rPr>
                <w:sz w:val="18"/>
                <w:lang w:eastAsia="zh-CN"/>
              </w:rPr>
              <w:t>/顺序；路径B（真实格式）：机器抽取小论点数量，</w:t>
            </w:r>
            <w:r>
              <w:rPr>
                <w:b/>
                <w:sz w:val="18"/>
                <w:lang w:eastAsia="zh-CN"/>
              </w:rPr>
              <w:t>各论点是否服务主线由人工/LLM 判</w:t>
            </w:r>
          </w:p>
        </w:tc>
        <w:tc>
          <w:tcPr>
            <w:tcW w:w="1866" w:type="dxa"/>
          </w:tcPr>
          <w:p w14:paraId="70F61DD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回归检查（非否决）：</w:t>
            </w:r>
            <w:proofErr w:type="gramStart"/>
            <w:r>
              <w:rPr>
                <w:sz w:val="18"/>
                <w:lang w:eastAsia="zh-CN"/>
              </w:rPr>
              <w:t>缺段</w:t>
            </w:r>
            <w:proofErr w:type="gramEnd"/>
            <w:r>
              <w:rPr>
                <w:sz w:val="18"/>
                <w:lang w:eastAsia="zh-CN"/>
              </w:rPr>
              <w:t xml:space="preserve"> −10 / </w:t>
            </w:r>
            <w:proofErr w:type="gramStart"/>
            <w:r>
              <w:rPr>
                <w:sz w:val="18"/>
                <w:lang w:eastAsia="zh-CN"/>
              </w:rPr>
              <w:t>变序</w:t>
            </w:r>
            <w:proofErr w:type="gramEnd"/>
            <w:r>
              <w:rPr>
                <w:sz w:val="18"/>
                <w:lang w:eastAsia="zh-CN"/>
              </w:rPr>
              <w:t xml:space="preserve"> −5</w:t>
            </w:r>
          </w:p>
        </w:tc>
      </w:tr>
      <w:tr w:rsidR="00F62C2C" w14:paraId="7A39898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44FB156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C5</w:t>
            </w:r>
          </w:p>
        </w:tc>
        <w:tc>
          <w:tcPr>
            <w:tcW w:w="1866" w:type="dxa"/>
          </w:tcPr>
          <w:p w14:paraId="6F72073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前后话题一致，</w:t>
            </w:r>
            <w:proofErr w:type="gramStart"/>
            <w:r>
              <w:rPr>
                <w:sz w:val="18"/>
                <w:lang w:eastAsia="zh-CN"/>
              </w:rPr>
              <w:t>不</w:t>
            </w:r>
            <w:proofErr w:type="gramEnd"/>
            <w:r>
              <w:rPr>
                <w:sz w:val="18"/>
                <w:lang w:eastAsia="zh-CN"/>
              </w:rPr>
              <w:t>跑题</w:t>
            </w:r>
          </w:p>
        </w:tc>
        <w:tc>
          <w:tcPr>
            <w:tcW w:w="466" w:type="dxa"/>
          </w:tcPr>
          <w:p w14:paraId="048B6BD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设计还原</w:t>
            </w:r>
            <w:proofErr w:type="spellEnd"/>
          </w:p>
        </w:tc>
        <w:tc>
          <w:tcPr>
            <w:tcW w:w="1477" w:type="dxa"/>
          </w:tcPr>
          <w:p w14:paraId="73B442F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人工 + LLM 双评</w:t>
            </w:r>
          </w:p>
        </w:tc>
        <w:tc>
          <w:tcPr>
            <w:tcW w:w="3267" w:type="dxa"/>
          </w:tcPr>
          <w:p w14:paraId="6579B1E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前/中/后各取 1 </w:t>
            </w:r>
            <w:proofErr w:type="gramStart"/>
            <w:r>
              <w:rPr>
                <w:sz w:val="18"/>
                <w:lang w:eastAsia="zh-CN"/>
              </w:rPr>
              <w:t>句算组</w:t>
            </w:r>
            <w:proofErr w:type="gramEnd"/>
            <w:r>
              <w:rPr>
                <w:sz w:val="18"/>
                <w:lang w:eastAsia="zh-CN"/>
              </w:rPr>
              <w:t>间相似度；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&lt; 0.50</w:t>
            </w:r>
            <w:r>
              <w:rPr>
                <w:sz w:val="18"/>
                <w:lang w:eastAsia="zh-CN"/>
              </w:rPr>
              <w:t xml:space="preserve"> 判跑题（阈值待校准）</w:t>
            </w:r>
          </w:p>
        </w:tc>
        <w:tc>
          <w:tcPr>
            <w:tcW w:w="1866" w:type="dxa"/>
          </w:tcPr>
          <w:p w14:paraId="08A9EEC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扣分（严重转人工</w:t>
            </w:r>
            <w:proofErr w:type="spellEnd"/>
            <w:r>
              <w:rPr>
                <w:sz w:val="18"/>
              </w:rPr>
              <w:t>）</w:t>
            </w:r>
          </w:p>
        </w:tc>
      </w:tr>
      <w:tr w:rsidR="00F62C2C" w14:paraId="58E8DDB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</w:tcPr>
          <w:p w14:paraId="0C5CEB7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C6</w:t>
            </w:r>
          </w:p>
        </w:tc>
        <w:tc>
          <w:tcPr>
            <w:tcW w:w="1866" w:type="dxa"/>
          </w:tcPr>
          <w:p w14:paraId="63C1E05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口语通俗、术语必配解释、</w:t>
            </w:r>
            <w:r>
              <w:rPr>
                <w:b/>
                <w:sz w:val="18"/>
                <w:lang w:eastAsia="zh-CN"/>
              </w:rPr>
              <w:t>信息密度足够</w:t>
            </w:r>
          </w:p>
        </w:tc>
        <w:tc>
          <w:tcPr>
            <w:tcW w:w="466" w:type="dxa"/>
          </w:tcPr>
          <w:p w14:paraId="1FC9291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设计还原</w:t>
            </w:r>
            <w:proofErr w:type="spellEnd"/>
          </w:p>
        </w:tc>
        <w:tc>
          <w:tcPr>
            <w:tcW w:w="1477" w:type="dxa"/>
          </w:tcPr>
          <w:p w14:paraId="033A91B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人工 + LLM 双评</w:t>
            </w:r>
          </w:p>
        </w:tc>
        <w:tc>
          <w:tcPr>
            <w:tcW w:w="3267" w:type="dxa"/>
          </w:tcPr>
          <w:p w14:paraId="78F4764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① 未解释术语数 ② 长句（&gt;40 字）占比 ③ 信息密度。</w:t>
            </w:r>
            <w:r>
              <w:rPr>
                <w:b/>
                <w:sz w:val="18"/>
                <w:lang w:eastAsia="zh-CN"/>
              </w:rPr>
              <w:t>"过度口语化"与"密度不足"需同时约束</w:t>
            </w:r>
          </w:p>
        </w:tc>
        <w:tc>
          <w:tcPr>
            <w:tcW w:w="1866" w:type="dxa"/>
          </w:tcPr>
          <w:p w14:paraId="5569DA4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扣分项</w:t>
            </w:r>
            <w:proofErr w:type="spellEnd"/>
          </w:p>
        </w:tc>
      </w:tr>
    </w:tbl>
    <w:p w14:paraId="788FA214" w14:textId="77777777" w:rsidR="00F62C2C" w:rsidRDefault="00F62C2C"/>
    <w:p w14:paraId="3949D439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t>评分与分流</w:t>
      </w:r>
    </w:p>
    <w:p w14:paraId="605F6B64" w14:textId="77777777" w:rsidR="00F62C2C" w:rsidRDefault="00000000">
      <w:pPr>
        <w:rPr>
          <w:lang w:eastAsia="zh-CN"/>
        </w:rPr>
      </w:pPr>
      <w:r>
        <w:rPr>
          <w:lang w:eastAsia="zh-CN"/>
        </w:rPr>
        <w:t>两层并用，</w:t>
      </w:r>
      <w:r>
        <w:rPr>
          <w:b/>
          <w:lang w:eastAsia="zh-CN"/>
        </w:rPr>
        <w:t>硬性规则优先</w:t>
      </w:r>
      <w:r>
        <w:rPr>
          <w:lang w:eastAsia="zh-CN"/>
        </w:rPr>
        <w:t>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836"/>
        <w:gridCol w:w="2755"/>
        <w:gridCol w:w="4821"/>
      </w:tblGrid>
      <w:tr w:rsidR="00F62C2C" w14:paraId="24A8F505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47A7CF9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层</w:t>
            </w:r>
          </w:p>
        </w:tc>
        <w:tc>
          <w:tcPr>
            <w:tcW w:w="2754" w:type="dxa"/>
          </w:tcPr>
          <w:p w14:paraId="0BD4B6A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用途</w:t>
            </w:r>
          </w:p>
        </w:tc>
        <w:tc>
          <w:tcPr>
            <w:tcW w:w="4820" w:type="dxa"/>
          </w:tcPr>
          <w:p w14:paraId="7A6F8E0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规则</w:t>
            </w:r>
          </w:p>
        </w:tc>
      </w:tr>
      <w:tr w:rsidR="00F62C2C" w14:paraId="78041C7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00CC7D23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规则分（用于版本对</w:t>
            </w:r>
            <w:r>
              <w:rPr>
                <w:sz w:val="18"/>
                <w:lang w:eastAsia="zh-CN"/>
              </w:rPr>
              <w:lastRenderedPageBreak/>
              <w:t>比）</w:t>
            </w:r>
          </w:p>
        </w:tc>
        <w:tc>
          <w:tcPr>
            <w:tcW w:w="2754" w:type="dxa"/>
          </w:tcPr>
          <w:p w14:paraId="3FE963A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lastRenderedPageBreak/>
              <w:t>同一批用例上比较两版</w:t>
            </w:r>
            <w:proofErr w:type="spellEnd"/>
            <w:r>
              <w:rPr>
                <w:sz w:val="18"/>
              </w:rPr>
              <w:t xml:space="preserve"> Prompt </w:t>
            </w:r>
            <w:r>
              <w:rPr>
                <w:sz w:val="18"/>
              </w:rPr>
              <w:lastRenderedPageBreak/>
              <w:t xml:space="preserve">/ </w:t>
            </w:r>
            <w:proofErr w:type="spellStart"/>
            <w:r>
              <w:rPr>
                <w:sz w:val="18"/>
              </w:rPr>
              <w:t>两份脚本</w:t>
            </w:r>
            <w:proofErr w:type="spellEnd"/>
          </w:p>
        </w:tc>
        <w:tc>
          <w:tcPr>
            <w:tcW w:w="4820" w:type="dxa"/>
          </w:tcPr>
          <w:p w14:paraId="77A109D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lastRenderedPageBreak/>
              <w:t>基础分 100 − 扣分项分值；</w:t>
            </w:r>
            <w:r>
              <w:rPr>
                <w:b/>
                <w:sz w:val="18"/>
                <w:lang w:eastAsia="zh-CN"/>
              </w:rPr>
              <w:t>C1 确认违规或 C3 违规 → 封</w:t>
            </w:r>
            <w:r>
              <w:rPr>
                <w:b/>
                <w:sz w:val="18"/>
                <w:lang w:eastAsia="zh-CN"/>
              </w:rPr>
              <w:lastRenderedPageBreak/>
              <w:t>顶 &lt;60</w:t>
            </w:r>
          </w:p>
        </w:tc>
      </w:tr>
      <w:tr w:rsidR="00F62C2C" w14:paraId="2C06030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6" w:type="dxa"/>
          </w:tcPr>
          <w:p w14:paraId="50C47EC2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lastRenderedPageBreak/>
              <w:t>业务判定（用于上线决策）</w:t>
            </w:r>
          </w:p>
        </w:tc>
        <w:tc>
          <w:tcPr>
            <w:tcW w:w="2754" w:type="dxa"/>
          </w:tcPr>
          <w:p w14:paraId="1D3FB29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决定这一稿去哪</w:t>
            </w:r>
            <w:proofErr w:type="spellEnd"/>
          </w:p>
        </w:tc>
        <w:tc>
          <w:tcPr>
            <w:tcW w:w="4820" w:type="dxa"/>
          </w:tcPr>
          <w:p w14:paraId="2FB41E9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命中一票否决 → 转人工；规则分 ≥85 → 通过；60–84 → 重试（≤2 次）；&lt;60 或话题不一致 → 转人工</w:t>
            </w:r>
          </w:p>
        </w:tc>
      </w:tr>
    </w:tbl>
    <w:p w14:paraId="7DAF3FFD" w14:textId="77777777" w:rsidR="00F62C2C" w:rsidRDefault="00F62C2C">
      <w:pPr>
        <w:rPr>
          <w:lang w:eastAsia="zh-CN"/>
        </w:rPr>
      </w:pPr>
    </w:p>
    <w:p w14:paraId="4736D74D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三条铁律</w:t>
      </w:r>
      <w:proofErr w:type="spellEnd"/>
    </w:p>
    <w:p w14:paraId="1DEE91B2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能代码判的绝不用模型判</w:t>
      </w:r>
      <w:r>
        <w:rPr>
          <w:lang w:eastAsia="zh-CN"/>
        </w:rPr>
        <w:t xml:space="preserve"> —— C1/C3/C4 走规则，保证可复现与可解释。</w:t>
      </w:r>
    </w:p>
    <w:p w14:paraId="645822A4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LLM 判必须先验证</w:t>
      </w:r>
      <w:r>
        <w:rPr>
          <w:lang w:eastAsia="zh-CN"/>
        </w:rPr>
        <w:t xml:space="preserve"> —— 人工标 10 条，一致率 ≥80% 才放量；低于则回头修判据。</w:t>
      </w:r>
    </w:p>
    <w:p w14:paraId="2435EAA3" w14:textId="77777777" w:rsidR="00F62C2C" w:rsidRDefault="00000000">
      <w:pPr>
        <w:pStyle w:val="a"/>
        <w:spacing w:after="60"/>
        <w:rPr>
          <w:lang w:eastAsia="zh-CN"/>
        </w:rPr>
      </w:pPr>
      <w:proofErr w:type="gramStart"/>
      <w:r>
        <w:rPr>
          <w:b/>
          <w:lang w:eastAsia="zh-CN"/>
        </w:rPr>
        <w:t>主观项写</w:t>
      </w:r>
      <w:proofErr w:type="gramEnd"/>
      <w:r>
        <w:rPr>
          <w:b/>
          <w:lang w:eastAsia="zh-CN"/>
        </w:rPr>
        <w:t xml:space="preserve"> rubric，不写形容词</w:t>
      </w:r>
      <w:r>
        <w:rPr>
          <w:lang w:eastAsia="zh-CN"/>
        </w:rPr>
        <w:t xml:space="preserve"> —— "类比要贴切"不可判；"覆盖概念 3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关键属性"可判。</w:t>
      </w:r>
    </w:p>
    <w:p w14:paraId="437728C3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已实测的判分器边界（面试可信度来源）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344"/>
        <w:gridCol w:w="4034"/>
        <w:gridCol w:w="4034"/>
      </w:tblGrid>
      <w:tr w:rsidR="00F62C2C" w14:paraId="0310FD2B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4D63877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边界</w:t>
            </w:r>
            <w:proofErr w:type="spellEnd"/>
          </w:p>
        </w:tc>
        <w:tc>
          <w:tcPr>
            <w:tcW w:w="4033" w:type="dxa"/>
          </w:tcPr>
          <w:p w14:paraId="7E51F7FD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  <w:tc>
          <w:tcPr>
            <w:tcW w:w="4033" w:type="dxa"/>
          </w:tcPr>
          <w:p w14:paraId="29A3917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影响</w:t>
            </w:r>
          </w:p>
        </w:tc>
      </w:tr>
      <w:tr w:rsidR="00F62C2C" w14:paraId="1F3DF30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3DCD1A29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字符相似度识别不了重度改写</w:t>
            </w:r>
          </w:p>
        </w:tc>
        <w:tc>
          <w:tcPr>
            <w:tcW w:w="4033" w:type="dxa"/>
          </w:tcPr>
          <w:p w14:paraId="007171F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字符二元组 Jaccard 实测：轻度改写 0.74 / 核心片段 0.53 / </w:t>
            </w:r>
            <w:r>
              <w:rPr>
                <w:b/>
                <w:sz w:val="18"/>
                <w:lang w:eastAsia="zh-CN"/>
              </w:rPr>
              <w:t>中度改写 0.29</w:t>
            </w:r>
            <w:r>
              <w:rPr>
                <w:sz w:val="18"/>
                <w:lang w:eastAsia="zh-CN"/>
              </w:rPr>
              <w:t xml:space="preserve"> / 重度改写 0.27；无关类比 0.00–0.02。取阈值 0.25 时，无关类比 4/4 正确否决、改写样本 4/5 正确放行</w:t>
            </w:r>
          </w:p>
        </w:tc>
        <w:tc>
          <w:tcPr>
            <w:tcW w:w="4033" w:type="dxa"/>
          </w:tcPr>
          <w:p w14:paraId="1B2CC2E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换词不换</w:t>
            </w:r>
            <w:proofErr w:type="gramEnd"/>
            <w:r>
              <w:rPr>
                <w:sz w:val="18"/>
                <w:lang w:eastAsia="zh-CN"/>
              </w:rPr>
              <w:t>义的</w:t>
            </w:r>
            <w:proofErr w:type="gramStart"/>
            <w:r>
              <w:rPr>
                <w:sz w:val="18"/>
                <w:lang w:eastAsia="zh-CN"/>
              </w:rPr>
              <w:t>改写仍</w:t>
            </w:r>
            <w:proofErr w:type="gramEnd"/>
            <w:r>
              <w:rPr>
                <w:sz w:val="18"/>
                <w:lang w:eastAsia="zh-CN"/>
              </w:rPr>
              <w:t>可能被误判，后续需引入</w:t>
            </w:r>
            <w:r>
              <w:rPr>
                <w:b/>
                <w:sz w:val="18"/>
                <w:lang w:eastAsia="zh-CN"/>
              </w:rPr>
              <w:t>语义匹配</w:t>
            </w:r>
            <w:r>
              <w:rPr>
                <w:sz w:val="18"/>
                <w:lang w:eastAsia="zh-CN"/>
              </w:rPr>
              <w:t>或"一条类比 + 多别名"登记</w:t>
            </w:r>
          </w:p>
        </w:tc>
      </w:tr>
      <w:tr w:rsidR="00F62C2C" w14:paraId="025C207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26A15A7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C3 </w:t>
            </w:r>
            <w:proofErr w:type="spellStart"/>
            <w:r>
              <w:rPr>
                <w:sz w:val="18"/>
              </w:rPr>
              <w:t>只覆盖"带量数字</w:t>
            </w:r>
            <w:proofErr w:type="spellEnd"/>
            <w:r>
              <w:rPr>
                <w:sz w:val="18"/>
              </w:rPr>
              <w:t>"</w:t>
            </w:r>
          </w:p>
        </w:tc>
        <w:tc>
          <w:tcPr>
            <w:tcW w:w="4033" w:type="dxa"/>
          </w:tcPr>
          <w:p w14:paraId="1717DC7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不含数字的事实性断言（如"睡眠周期被打断"）机器判不出</w:t>
            </w:r>
          </w:p>
        </w:tc>
        <w:tc>
          <w:tcPr>
            <w:tcW w:w="4033" w:type="dxa"/>
          </w:tcPr>
          <w:p w14:paraId="0972560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纯事实性错误需人工或 LLM 复核</w:t>
            </w:r>
          </w:p>
        </w:tc>
      </w:tr>
      <w:tr w:rsidR="00F62C2C" w14:paraId="45F169F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2356D229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出处"有没有"≠"可不可信"</w:t>
            </w:r>
          </w:p>
        </w:tc>
        <w:tc>
          <w:tcPr>
            <w:tcW w:w="4033" w:type="dxa"/>
          </w:tcPr>
          <w:p w14:paraId="54C924F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机器只判是否标注出处</w:t>
            </w:r>
          </w:p>
        </w:tc>
        <w:tc>
          <w:tcPr>
            <w:tcW w:w="4033" w:type="dxa"/>
          </w:tcPr>
          <w:p w14:paraId="439BAAB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输出中已注明出处本身仍需人工复核</w:t>
            </w:r>
          </w:p>
        </w:tc>
      </w:tr>
      <w:tr w:rsidR="00F62C2C" w14:paraId="545D497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</w:tcPr>
          <w:p w14:paraId="597A7AF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C1 </w:t>
            </w:r>
            <w:proofErr w:type="spellStart"/>
            <w:r>
              <w:rPr>
                <w:sz w:val="18"/>
              </w:rPr>
              <w:t>依赖类比库</w:t>
            </w:r>
            <w:proofErr w:type="spellEnd"/>
          </w:p>
        </w:tc>
        <w:tc>
          <w:tcPr>
            <w:tcW w:w="4033" w:type="dxa"/>
          </w:tcPr>
          <w:p w14:paraId="4ACB96C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未提供类比库时判"无法判定"，</w:t>
            </w:r>
            <w:r>
              <w:rPr>
                <w:b/>
                <w:sz w:val="18"/>
                <w:lang w:eastAsia="zh-CN"/>
              </w:rPr>
              <w:t>不会默认通过</w:t>
            </w:r>
          </w:p>
        </w:tc>
        <w:tc>
          <w:tcPr>
            <w:tcW w:w="4033" w:type="dxa"/>
          </w:tcPr>
          <w:p w14:paraId="7F64AD6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避免无依据放行</w:t>
            </w:r>
            <w:proofErr w:type="spellEnd"/>
          </w:p>
        </w:tc>
      </w:tr>
    </w:tbl>
    <w:p w14:paraId="19D76C2A" w14:textId="77777777" w:rsidR="00F62C2C" w:rsidRDefault="00F62C2C"/>
    <w:p w14:paraId="785D4140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尚未闭合的口径（需你确认）</w:t>
      </w:r>
    </w:p>
    <w:p w14:paraId="2C9D24B8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[ ] </w:t>
      </w:r>
      <w:r>
        <w:rPr>
          <w:b/>
          <w:lang w:eastAsia="zh-CN"/>
        </w:rPr>
        <w:t>A1 ★</w:t>
      </w:r>
      <w:r>
        <w:rPr>
          <w:lang w:eastAsia="zh-CN"/>
        </w:rPr>
        <w:t xml:space="preserve"> 类比</w:t>
      </w:r>
      <w:proofErr w:type="gramStart"/>
      <w:r>
        <w:rPr>
          <w:lang w:eastAsia="zh-CN"/>
        </w:rPr>
        <w:t>库真实</w:t>
      </w:r>
      <w:proofErr w:type="gramEnd"/>
      <w:r>
        <w:rPr>
          <w:lang w:eastAsia="zh-CN"/>
        </w:rPr>
        <w:t>条目：以哪个清单为准？（未提供时 C1 无法判定）</w:t>
      </w:r>
    </w:p>
    <w:p w14:paraId="2396730C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[ ] </w:t>
      </w:r>
      <w:r>
        <w:rPr>
          <w:b/>
          <w:lang w:eastAsia="zh-CN"/>
        </w:rPr>
        <w:t>A4</w:t>
      </w:r>
      <w:r>
        <w:rPr>
          <w:lang w:eastAsia="zh-CN"/>
        </w:rPr>
        <w:t xml:space="preserve"> 小论点是否允许合并、是否固定 6 条？（影响 C4 路径 B 抽取规则）</w:t>
      </w:r>
    </w:p>
    <w:p w14:paraId="5DC862C8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 ] C5 相似度阈值 0.50、C6 长句阈值 40 字：均为初始参数，需按首轮数据校准。</w:t>
      </w:r>
    </w:p>
    <w:p w14:paraId="6B82812C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8A2721E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项目：03-AI内容生产Agent系统/评测集</w:t>
      </w:r>
    </w:p>
    <w:p w14:paraId="5B00A98F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评测集 v1 · 设计说明</w:t>
      </w:r>
    </w:p>
    <w:p w14:paraId="4375C9C9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评测集 v1：内容脚本合</w:t>
      </w:r>
      <w:proofErr w:type="gramStart"/>
      <w:r>
        <w:rPr>
          <w:rFonts w:ascii="微软雅黑" w:eastAsia="微软雅黑" w:hAnsi="微软雅黑"/>
          <w:color w:val="2B4A73"/>
          <w:sz w:val="28"/>
          <w:lang w:eastAsia="zh-CN"/>
        </w:rPr>
        <w:t>规</w:t>
      </w:r>
      <w:proofErr w:type="gramEnd"/>
      <w:r>
        <w:rPr>
          <w:rFonts w:ascii="微软雅黑" w:eastAsia="微软雅黑" w:hAnsi="微软雅黑"/>
          <w:color w:val="2B4A73"/>
          <w:sz w:val="28"/>
          <w:lang w:eastAsia="zh-CN"/>
        </w:rPr>
        <w:t>与质量</w:t>
      </w:r>
    </w:p>
    <w:p w14:paraId="18CB0102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项目</w:t>
      </w:r>
      <w:r>
        <w:rPr>
          <w:lang w:eastAsia="zh-CN"/>
        </w:rPr>
        <w:t>：AI 内容生产 Agent 系统（通俗化</w:t>
      </w:r>
      <w:proofErr w:type="gramStart"/>
      <w:r>
        <w:rPr>
          <w:lang w:eastAsia="zh-CN"/>
        </w:rPr>
        <w:t>讲解类口播</w:t>
      </w:r>
      <w:proofErr w:type="gramEnd"/>
      <w:r>
        <w:rPr>
          <w:lang w:eastAsia="zh-CN"/>
        </w:rPr>
        <w:t>脚本）</w:t>
      </w:r>
    </w:p>
    <w:p w14:paraId="3EF26D2A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版本</w:t>
      </w:r>
      <w:r>
        <w:rPr>
          <w:lang w:eastAsia="zh-CN"/>
        </w:rPr>
        <w:t>：v1.0（口径与用例就绪版）</w:t>
      </w:r>
    </w:p>
    <w:p w14:paraId="7552AA03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作者</w:t>
      </w:r>
      <w:r>
        <w:rPr>
          <w:lang w:eastAsia="zh-CN"/>
        </w:rPr>
        <w:t>：翟羽京</w:t>
      </w:r>
    </w:p>
    <w:p w14:paraId="7F513969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日期</w:t>
      </w:r>
      <w:r>
        <w:rPr>
          <w:lang w:eastAsia="zh-CN"/>
        </w:rPr>
        <w:t>：2026-10-04</w:t>
      </w:r>
    </w:p>
    <w:p w14:paraId="6A1468F4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状态</w:t>
      </w:r>
      <w:r>
        <w:rPr>
          <w:lang w:eastAsia="zh-CN"/>
        </w:rPr>
        <w:t>：判分口径与 30 条用例已定稿；</w:t>
      </w:r>
      <w:proofErr w:type="gramStart"/>
      <w:r>
        <w:rPr>
          <w:b/>
          <w:lang w:eastAsia="zh-CN"/>
        </w:rPr>
        <w:t>首轮跑分结果</w:t>
      </w:r>
      <w:proofErr w:type="gramEnd"/>
      <w:r>
        <w:rPr>
          <w:b/>
          <w:lang w:eastAsia="zh-CN"/>
        </w:rPr>
        <w:t>待原始素材迁移后补入</w:t>
      </w:r>
    </w:p>
    <w:p w14:paraId="2C0B4391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阅读须知：本文的证据边界</w:t>
      </w:r>
    </w:p>
    <w:p w14:paraId="472BCCDE" w14:textId="77777777" w:rsidR="00F62C2C" w:rsidRDefault="00000000">
      <w:pPr>
        <w:rPr>
          <w:lang w:eastAsia="zh-CN"/>
        </w:rPr>
      </w:pPr>
      <w:r>
        <w:rPr>
          <w:lang w:eastAsia="zh-CN"/>
        </w:rPr>
        <w:t>沿用《剪映 AI 自动粗剪产品分析报告》同一套纪律，先划清本文里什么能被核实：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091"/>
        <w:gridCol w:w="7321"/>
      </w:tblGrid>
      <w:tr w:rsidR="00F62C2C" w14:paraId="12E7D240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765F4D8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类别</w:t>
            </w:r>
            <w:proofErr w:type="spellEnd"/>
          </w:p>
        </w:tc>
        <w:tc>
          <w:tcPr>
            <w:tcW w:w="7320" w:type="dxa"/>
          </w:tcPr>
          <w:p w14:paraId="412DBE3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35E548F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62799B8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已确定（可复现）</w:t>
            </w:r>
          </w:p>
        </w:tc>
        <w:tc>
          <w:tcPr>
            <w:tcW w:w="7320" w:type="dxa"/>
          </w:tcPr>
          <w:p w14:paraId="6E51097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判分口径（C1–C6 判定方式与判据）、30 条用例的输入与预期判定、执行流程、发布闸门、版本管理规则</w:t>
            </w:r>
          </w:p>
        </w:tc>
      </w:tr>
      <w:tr w:rsidR="00F62C2C" w14:paraId="5DE905A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382CF5A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待补入</w:t>
            </w:r>
            <w:proofErr w:type="spellEnd"/>
          </w:p>
        </w:tc>
        <w:tc>
          <w:tcPr>
            <w:tcW w:w="7320" w:type="dxa"/>
          </w:tcPr>
          <w:p w14:paraId="2FDA1F2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首轮</w:t>
            </w:r>
            <w:proofErr w:type="gramStart"/>
            <w:r>
              <w:rPr>
                <w:sz w:val="18"/>
                <w:lang w:eastAsia="zh-CN"/>
              </w:rPr>
              <w:t>跑分的分维</w:t>
            </w:r>
            <w:proofErr w:type="gramEnd"/>
            <w:r>
              <w:rPr>
                <w:sz w:val="18"/>
                <w:lang w:eastAsia="zh-CN"/>
              </w:rPr>
              <w:t>度通过率、</w:t>
            </w:r>
            <w:proofErr w:type="gramStart"/>
            <w:r>
              <w:rPr>
                <w:sz w:val="18"/>
                <w:lang w:eastAsia="zh-CN"/>
              </w:rPr>
              <w:t>各失败</w:t>
            </w:r>
            <w:proofErr w:type="gramEnd"/>
            <w:r>
              <w:rPr>
                <w:sz w:val="18"/>
                <w:lang w:eastAsia="zh-CN"/>
              </w:rPr>
              <w:t>模式占比、判分器与人工的一致率</w:t>
            </w:r>
          </w:p>
        </w:tc>
      </w:tr>
      <w:tr w:rsidR="00F62C2C" w14:paraId="55ADED0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4F8BFC77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无证据（不编造</w:t>
            </w:r>
            <w:proofErr w:type="spellEnd"/>
            <w:r>
              <w:rPr>
                <w:sz w:val="18"/>
              </w:rPr>
              <w:t>）</w:t>
            </w:r>
          </w:p>
        </w:tc>
        <w:tc>
          <w:tcPr>
            <w:tcW w:w="7320" w:type="dxa"/>
          </w:tcPr>
          <w:p w14:paraId="48613EA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涉及真实样本分布、真实留存/采纳数据的结论。凡未跑出的分数，本文一律留空并标注"待补入"</w:t>
            </w:r>
          </w:p>
        </w:tc>
      </w:tr>
    </w:tbl>
    <w:p w14:paraId="0C6A12C3" w14:textId="77777777" w:rsidR="00F62C2C" w:rsidRDefault="00F62C2C">
      <w:pPr>
        <w:rPr>
          <w:lang w:eastAsia="zh-CN"/>
        </w:rPr>
      </w:pPr>
    </w:p>
    <w:p w14:paraId="5C5E7CAF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关于规模数据的可核实范围</w:t>
      </w:r>
      <w:r>
        <w:rPr>
          <w:i/>
          <w:color w:val="555555"/>
          <w:lang w:eastAsia="zh-CN"/>
        </w:rPr>
        <w:t>：PRD 中写的「知识库脚本原文 1,284 篇 / 类比技法 367 条」</w:t>
      </w:r>
      <w:proofErr w:type="gramStart"/>
      <w:r>
        <w:rPr>
          <w:i/>
          <w:color w:val="555555"/>
          <w:lang w:eastAsia="zh-CN"/>
        </w:rPr>
        <w:t>属</w:t>
      </w:r>
      <w:r>
        <w:rPr>
          <w:b/>
          <w:i/>
          <w:color w:val="555555"/>
          <w:lang w:eastAsia="zh-CN"/>
        </w:rPr>
        <w:t>设计</w:t>
      </w:r>
      <w:proofErr w:type="gramEnd"/>
      <w:r>
        <w:rPr>
          <w:b/>
          <w:i/>
          <w:color w:val="555555"/>
          <w:lang w:eastAsia="zh-CN"/>
        </w:rPr>
        <w:t>还原项</w:t>
      </w:r>
      <w:r>
        <w:rPr>
          <w:i/>
          <w:color w:val="555555"/>
          <w:lang w:eastAsia="zh-CN"/>
        </w:rPr>
        <w:t>，</w:t>
      </w:r>
    </w:p>
    <w:p w14:paraId="2FE2281B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无法用本仓库核实。本作品集内放的是</w:t>
      </w:r>
      <w:r>
        <w:rPr>
          <w:b/>
          <w:i/>
          <w:color w:val="555555"/>
          <w:lang w:eastAsia="zh-CN"/>
        </w:rPr>
        <w:t>31 篇示范样本</w:t>
      </w:r>
      <w:r>
        <w:rPr>
          <w:i/>
          <w:color w:val="555555"/>
          <w:lang w:eastAsia="zh-CN"/>
        </w:rPr>
        <w:t>（完整语料在另一台设备）（</w:t>
      </w:r>
      <w:r>
        <w:rPr>
          <w:rFonts w:ascii="Consolas" w:hAnsi="Consolas"/>
          <w:i/>
          <w:color w:val="555555"/>
          <w:sz w:val="18"/>
          <w:lang w:eastAsia="zh-CN"/>
        </w:rPr>
        <w:t>知识库语料</w:t>
      </w:r>
      <w:r>
        <w:rPr>
          <w:rFonts w:ascii="Consolas" w:hAnsi="Consolas"/>
          <w:i/>
          <w:color w:val="555555"/>
          <w:sz w:val="18"/>
          <w:lang w:eastAsia="zh-CN"/>
        </w:rPr>
        <w:t>/</w:t>
      </w:r>
      <w:r>
        <w:rPr>
          <w:i/>
          <w:color w:val="555555"/>
          <w:lang w:eastAsia="zh-CN"/>
        </w:rPr>
        <w:t xml:space="preserve"> 目录，12,445 句，</w:t>
      </w:r>
    </w:p>
    <w:p w14:paraId="1229682E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抽出 30 条类比候选）。为避免与 PRD 设计值冲突，本文所有涉及语料规模的表述一律以 31 篇为准。</w:t>
      </w:r>
    </w:p>
    <w:p w14:paraId="598E746B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>&gt;</w:t>
      </w:r>
    </w:p>
    <w:p w14:paraId="49150031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为什么先交付"没有分数的评测集"：分数依赖尚未迁移的原始样本；</w:t>
      </w:r>
      <w:r>
        <w:rPr>
          <w:b/>
          <w:i/>
          <w:color w:val="555555"/>
          <w:lang w:eastAsia="zh-CN"/>
        </w:rPr>
        <w:t>口径与用例不依赖任何外部文件</w:t>
      </w:r>
      <w:r>
        <w:rPr>
          <w:i/>
          <w:color w:val="555555"/>
          <w:lang w:eastAsia="zh-CN"/>
        </w:rPr>
        <w:t>。把能定的定死、把不能定的标清楚，</w:t>
      </w:r>
      <w:proofErr w:type="gramStart"/>
      <w:r>
        <w:rPr>
          <w:i/>
          <w:color w:val="555555"/>
          <w:lang w:eastAsia="zh-CN"/>
        </w:rPr>
        <w:t>比填一个</w:t>
      </w:r>
      <w:proofErr w:type="gramEnd"/>
      <w:r>
        <w:rPr>
          <w:i/>
          <w:color w:val="555555"/>
          <w:lang w:eastAsia="zh-CN"/>
        </w:rPr>
        <w:t>无法核实的数字更有价值。</w:t>
      </w:r>
    </w:p>
    <w:p w14:paraId="45B5310A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1. 评测目标与对象</w:t>
      </w:r>
    </w:p>
    <w:p w14:paraId="53273349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1.1 评什么</w:t>
      </w:r>
    </w:p>
    <w:p w14:paraId="21E74B84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评测对象</w:t>
      </w:r>
      <w:r>
        <w:rPr>
          <w:lang w:eastAsia="zh-CN"/>
        </w:rPr>
        <w:t>：AI 内容生产 Agent 输出的「通俗化</w:t>
      </w:r>
      <w:proofErr w:type="gramStart"/>
      <w:r>
        <w:rPr>
          <w:lang w:eastAsia="zh-CN"/>
        </w:rPr>
        <w:t>讲解类口播</w:t>
      </w:r>
      <w:proofErr w:type="gramEnd"/>
      <w:r>
        <w:rPr>
          <w:lang w:eastAsia="zh-CN"/>
        </w:rPr>
        <w:t>脚本初稿」。</w:t>
      </w:r>
    </w:p>
    <w:p w14:paraId="4148D22E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不评什么</w:t>
      </w:r>
      <w:r>
        <w:rPr>
          <w:lang w:eastAsia="zh-CN"/>
        </w:rPr>
        <w:t>（避免范围漂移）：</w:t>
      </w:r>
    </w:p>
    <w:p w14:paraId="21B416A3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不评视频制作（PRD 已明确非目标）；</w:t>
      </w:r>
    </w:p>
    <w:p w14:paraId="14D54296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不评</w:t>
      </w:r>
      <w:proofErr w:type="gramStart"/>
      <w:r>
        <w:rPr>
          <w:lang w:eastAsia="zh-CN"/>
        </w:rPr>
        <w:t>私域成交</w:t>
      </w:r>
      <w:proofErr w:type="gramEnd"/>
      <w:r>
        <w:rPr>
          <w:lang w:eastAsia="zh-CN"/>
        </w:rPr>
        <w:t>环节（系统边界止于</w:t>
      </w:r>
      <w:proofErr w:type="gramStart"/>
      <w:r>
        <w:rPr>
          <w:lang w:eastAsia="zh-CN"/>
        </w:rPr>
        <w:t>公域内容</w:t>
      </w:r>
      <w:proofErr w:type="gramEnd"/>
      <w:r>
        <w:rPr>
          <w:lang w:eastAsia="zh-CN"/>
        </w:rPr>
        <w:t>与引流钩子）；</w:t>
      </w:r>
    </w:p>
    <w:p w14:paraId="54682006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不评模型本身的能力（本评测评的是</w:t>
      </w:r>
      <w:r>
        <w:rPr>
          <w:b/>
          <w:lang w:eastAsia="zh-CN"/>
        </w:rPr>
        <w:t>产品链路 + Prompt + 知识库 + 评分规则的组合结果</w:t>
      </w:r>
      <w:r>
        <w:rPr>
          <w:lang w:eastAsia="zh-CN"/>
        </w:rPr>
        <w:t>）。</w:t>
      </w:r>
    </w:p>
    <w:p w14:paraId="39A1747A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1.2 为什么必须建评测集</w:t>
      </w:r>
    </w:p>
    <w:p w14:paraId="01FE2E30" w14:textId="77777777" w:rsidR="00F62C2C" w:rsidRDefault="00000000">
      <w:pPr>
        <w:rPr>
          <w:lang w:eastAsia="zh-CN"/>
        </w:rPr>
      </w:pPr>
      <w:r>
        <w:rPr>
          <w:lang w:eastAsia="zh-CN"/>
        </w:rPr>
        <w:t>大模型输出是概率性的：同一 Prompt 换一批输入，效果可能天差地别。没有稳定可复现的测试集，就无法回答三个问题——</w:t>
      </w:r>
      <w:r>
        <w:rPr>
          <w:b/>
          <w:lang w:eastAsia="zh-CN"/>
        </w:rPr>
        <w:t>这次改动是变好了还是变差了、两个版本哪个更好、这稿能不能发</w:t>
      </w:r>
      <w:r>
        <w:rPr>
          <w:lang w:eastAsia="zh-CN"/>
        </w:rPr>
        <w:t>。</w:t>
      </w:r>
    </w:p>
    <w:p w14:paraId="0F3E8DF4" w14:textId="77777777" w:rsidR="00F62C2C" w:rsidRDefault="00000000">
      <w:pPr>
        <w:rPr>
          <w:lang w:eastAsia="zh-CN"/>
        </w:rPr>
      </w:pPr>
      <w:r>
        <w:rPr>
          <w:lang w:eastAsia="zh-CN"/>
        </w:rPr>
        <w:t>本项目的具体触发点：v1.0 存在"约 50% 初稿无法直接使用"的问题，但</w:t>
      </w:r>
      <w:r>
        <w:rPr>
          <w:b/>
          <w:lang w:eastAsia="zh-CN"/>
        </w:rPr>
        <w:t>当时没有口径去回答"不合格"具体指违反了什么</w:t>
      </w:r>
      <w:r>
        <w:rPr>
          <w:lang w:eastAsia="zh-CN"/>
        </w:rPr>
        <w:t>，问题只能靠人工通读发现。</w:t>
      </w:r>
    </w:p>
    <w:p w14:paraId="6DD88B0E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1.3 评测要回答的三个决策问题</w:t>
      </w:r>
    </w:p>
    <w:p w14:paraId="275B7885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能不能上线</w:t>
      </w:r>
      <w:r>
        <w:rPr>
          <w:lang w:eastAsia="zh-CN"/>
        </w:rPr>
        <w:t>：这版 Prompt / 知识库 / 评分规则能否放行？</w:t>
      </w:r>
    </w:p>
    <w:p w14:paraId="7B2B5776" w14:textId="77777777" w:rsidR="00F62C2C" w:rsidRDefault="00000000">
      <w:pPr>
        <w:pStyle w:val="a"/>
        <w:spacing w:after="60"/>
      </w:pPr>
      <w:proofErr w:type="spellStart"/>
      <w:r>
        <w:rPr>
          <w:b/>
        </w:rPr>
        <w:t>哪一版更好</w:t>
      </w:r>
      <w:r>
        <w:t>：A</w:t>
      </w:r>
      <w:proofErr w:type="spellEnd"/>
      <w:r>
        <w:t xml:space="preserve"> </w:t>
      </w:r>
      <w:proofErr w:type="spellStart"/>
      <w:r>
        <w:t>版与</w:t>
      </w:r>
      <w:proofErr w:type="spellEnd"/>
      <w:r>
        <w:t xml:space="preserve"> B </w:t>
      </w:r>
      <w:proofErr w:type="spellStart"/>
      <w:r>
        <w:t>版在同一批用例上的差异是否显著</w:t>
      </w:r>
      <w:proofErr w:type="spellEnd"/>
      <w:r>
        <w:t>？</w:t>
      </w:r>
    </w:p>
    <w:p w14:paraId="48C73F34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哪里坏了</w:t>
      </w:r>
      <w:r>
        <w:rPr>
          <w:lang w:eastAsia="zh-CN"/>
        </w:rPr>
        <w:t>：不合格</w:t>
      </w:r>
      <w:proofErr w:type="gramStart"/>
      <w:r>
        <w:rPr>
          <w:lang w:eastAsia="zh-CN"/>
        </w:rPr>
        <w:t>稿具体</w:t>
      </w:r>
      <w:proofErr w:type="gramEnd"/>
      <w:r>
        <w:rPr>
          <w:lang w:eastAsia="zh-CN"/>
        </w:rPr>
        <w:t>卡在哪个环节（召回不足 / Prompt 约束失效 / 评分漏判）？</w:t>
      </w:r>
    </w:p>
    <w:p w14:paraId="1ED0991E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2. 判分口径</w:t>
      </w:r>
    </w:p>
    <w:p w14:paraId="438EC49A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完整速</w:t>
      </w:r>
      <w:proofErr w:type="gramStart"/>
      <w:r>
        <w:rPr>
          <w:i/>
          <w:color w:val="555555"/>
          <w:lang w:eastAsia="zh-CN"/>
        </w:rPr>
        <w:t>查表见</w:t>
      </w:r>
      <w:proofErr w:type="gramEnd"/>
      <w:r>
        <w:rPr>
          <w:i/>
          <w:color w:val="555555"/>
          <w:lang w:eastAsia="zh-CN"/>
        </w:rPr>
        <w:t xml:space="preserve"> </w:t>
      </w:r>
      <w:r>
        <w:rPr>
          <w:rFonts w:ascii="Consolas" w:hAnsi="Consolas"/>
          <w:i/>
          <w:color w:val="555555"/>
          <w:sz w:val="18"/>
          <w:lang w:eastAsia="zh-CN"/>
        </w:rPr>
        <w:t>01-</w:t>
      </w:r>
      <w:r>
        <w:rPr>
          <w:rFonts w:ascii="Consolas" w:hAnsi="Consolas"/>
          <w:i/>
          <w:color w:val="555555"/>
          <w:sz w:val="18"/>
          <w:lang w:eastAsia="zh-CN"/>
        </w:rPr>
        <w:t>判分口径速查</w:t>
      </w:r>
      <w:r>
        <w:rPr>
          <w:rFonts w:ascii="Consolas" w:hAnsi="Consolas"/>
          <w:i/>
          <w:color w:val="555555"/>
          <w:sz w:val="18"/>
          <w:lang w:eastAsia="zh-CN"/>
        </w:rPr>
        <w:t>.md</w:t>
      </w:r>
      <w:r>
        <w:rPr>
          <w:i/>
          <w:color w:val="555555"/>
          <w:lang w:eastAsia="zh-CN"/>
        </w:rPr>
        <w:t>。本章说明设计理由。</w:t>
      </w:r>
    </w:p>
    <w:p w14:paraId="57192455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lastRenderedPageBreak/>
        <w:t>2.1 为什么不采用"模型自由打分"</w:t>
      </w:r>
    </w:p>
    <w:p w14:paraId="7A93A94B" w14:textId="77777777" w:rsidR="00F62C2C" w:rsidRDefault="00000000">
      <w:pPr>
        <w:rPr>
          <w:lang w:eastAsia="zh-CN"/>
        </w:rPr>
      </w:pPr>
      <w:r>
        <w:rPr>
          <w:lang w:eastAsia="zh-CN"/>
        </w:rPr>
        <w:t>v1.0 曾考虑让模型对初稿打分。放弃理由（PRD 4.5 已记录）：</w:t>
      </w:r>
    </w:p>
    <w:p w14:paraId="0DD288FA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硬性约束（尤其 C1 类比必须来自库内）</w:t>
      </w:r>
      <w:r>
        <w:rPr>
          <w:b/>
          <w:lang w:eastAsia="zh-CN"/>
        </w:rPr>
        <w:t>可判定、可解释、可复现</w:t>
      </w:r>
      <w:r>
        <w:rPr>
          <w:lang w:eastAsia="zh-CN"/>
        </w:rPr>
        <w:t>，且能明确"违反哪一条"，从而定向重试；</w:t>
      </w:r>
    </w:p>
    <w:p w14:paraId="60DD937E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模型自评不客观，同一稿多次评分会漂移，也难以稳定识别"类比是否库外"。</w:t>
      </w:r>
    </w:p>
    <w:p w14:paraId="2F703D37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结论</w:t>
      </w:r>
      <w:r>
        <w:rPr>
          <w:lang w:eastAsia="zh-CN"/>
        </w:rPr>
        <w:t>：</w:t>
      </w:r>
      <w:proofErr w:type="gramStart"/>
      <w:r>
        <w:rPr>
          <w:lang w:eastAsia="zh-CN"/>
        </w:rPr>
        <w:t>客观项</w:t>
      </w:r>
      <w:proofErr w:type="gramEnd"/>
      <w:r>
        <w:rPr>
          <w:lang w:eastAsia="zh-CN"/>
        </w:rPr>
        <w:t>一律代码判；模型只用于</w:t>
      </w:r>
      <w:proofErr w:type="gramStart"/>
      <w:r>
        <w:rPr>
          <w:lang w:eastAsia="zh-CN"/>
        </w:rPr>
        <w:t>主观项</w:t>
      </w:r>
      <w:proofErr w:type="gramEnd"/>
      <w:r>
        <w:rPr>
          <w:lang w:eastAsia="zh-CN"/>
        </w:rPr>
        <w:t>初筛，且必须先验证一致率。</w:t>
      </w:r>
    </w:p>
    <w:p w14:paraId="7FE924CB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2.2 判定方式与违规等级</w:t>
      </w:r>
    </w:p>
    <w:p w14:paraId="2E357A55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v1.1 修正说明</w:t>
      </w:r>
      <w:r>
        <w:rPr>
          <w:i/>
          <w:color w:val="555555"/>
          <w:lang w:eastAsia="zh-CN"/>
        </w:rPr>
        <w:t>：最初设计时把"7 段骨架严格顺序"当作 C4 的判定对象，并</w:t>
      </w:r>
      <w:proofErr w:type="gramStart"/>
      <w:r>
        <w:rPr>
          <w:i/>
          <w:color w:val="555555"/>
          <w:lang w:eastAsia="zh-CN"/>
        </w:rPr>
        <w:t>把缺段列为</w:t>
      </w:r>
      <w:proofErr w:type="gramEnd"/>
      <w:r>
        <w:rPr>
          <w:i/>
          <w:color w:val="555555"/>
          <w:lang w:eastAsia="zh-CN"/>
        </w:rPr>
        <w:t>一票否决项。据作者确认的生产事实，真实结构是「</w:t>
      </w:r>
      <w:r>
        <w:rPr>
          <w:b/>
          <w:i/>
          <w:color w:val="555555"/>
          <w:lang w:eastAsia="zh-CN"/>
        </w:rPr>
        <w:t xml:space="preserve">一条主线 + 6 </w:t>
      </w:r>
      <w:proofErr w:type="gramStart"/>
      <w:r>
        <w:rPr>
          <w:b/>
          <w:i/>
          <w:color w:val="555555"/>
          <w:lang w:eastAsia="zh-CN"/>
        </w:rPr>
        <w:t>个</w:t>
      </w:r>
      <w:proofErr w:type="gramEnd"/>
      <w:r>
        <w:rPr>
          <w:b/>
          <w:i/>
          <w:color w:val="555555"/>
          <w:lang w:eastAsia="zh-CN"/>
        </w:rPr>
        <w:t>小论点</w:t>
      </w:r>
      <w:r>
        <w:rPr>
          <w:i/>
          <w:color w:val="555555"/>
          <w:lang w:eastAsia="zh-CN"/>
        </w:rPr>
        <w:t>」逐步推进（既避免过于专业化，又保证信息密度），且</w:t>
      </w:r>
      <w:r>
        <w:rPr>
          <w:b/>
          <w:i/>
          <w:color w:val="555555"/>
          <w:lang w:eastAsia="zh-CN"/>
        </w:rPr>
        <w:t>"</w:t>
      </w:r>
      <w:proofErr w:type="gramStart"/>
      <w:r>
        <w:rPr>
          <w:b/>
          <w:i/>
          <w:color w:val="555555"/>
          <w:lang w:eastAsia="zh-CN"/>
        </w:rPr>
        <w:t>缺段</w:t>
      </w:r>
      <w:proofErr w:type="gramEnd"/>
      <w:r>
        <w:rPr>
          <w:b/>
          <w:i/>
          <w:color w:val="555555"/>
          <w:lang w:eastAsia="zh-CN"/>
        </w:rPr>
        <w:t>"并未出现在实际失败模式中</w:t>
      </w:r>
      <w:r>
        <w:rPr>
          <w:i/>
          <w:color w:val="555555"/>
          <w:lang w:eastAsia="zh-CN"/>
        </w:rPr>
        <w:t>。因此本表已按下述方式修正——这次修正本身也说明评测</w:t>
      </w:r>
      <w:proofErr w:type="gramStart"/>
      <w:r>
        <w:rPr>
          <w:i/>
          <w:color w:val="555555"/>
          <w:lang w:eastAsia="zh-CN"/>
        </w:rPr>
        <w:t>集必须</w:t>
      </w:r>
      <w:proofErr w:type="gramEnd"/>
      <w:r>
        <w:rPr>
          <w:i/>
          <w:color w:val="555555"/>
          <w:lang w:eastAsia="zh-CN"/>
        </w:rPr>
        <w:t>建立在真实形态上，而不是设计文档的假设上。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732"/>
        <w:gridCol w:w="2445"/>
        <w:gridCol w:w="3301"/>
        <w:gridCol w:w="2934"/>
      </w:tblGrid>
      <w:tr w:rsidR="00F62C2C" w14:paraId="630E42F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54A2C8A6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编号</w:t>
            </w:r>
            <w:proofErr w:type="spellEnd"/>
          </w:p>
        </w:tc>
        <w:tc>
          <w:tcPr>
            <w:tcW w:w="2444" w:type="dxa"/>
          </w:tcPr>
          <w:p w14:paraId="03F863DF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约束</w:t>
            </w:r>
          </w:p>
        </w:tc>
        <w:tc>
          <w:tcPr>
            <w:tcW w:w="3300" w:type="dxa"/>
          </w:tcPr>
          <w:p w14:paraId="6B1C142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判定方式</w:t>
            </w:r>
          </w:p>
        </w:tc>
        <w:tc>
          <w:tcPr>
            <w:tcW w:w="2933" w:type="dxa"/>
          </w:tcPr>
          <w:p w14:paraId="2F3D706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违规等级</w:t>
            </w:r>
          </w:p>
        </w:tc>
      </w:tr>
      <w:tr w:rsidR="00F62C2C" w14:paraId="4A455B0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352CAB6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C1</w:t>
            </w:r>
          </w:p>
        </w:tc>
        <w:tc>
          <w:tcPr>
            <w:tcW w:w="2444" w:type="dxa"/>
          </w:tcPr>
          <w:p w14:paraId="0DB8001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类比必须来自知识库</w:t>
            </w:r>
          </w:p>
        </w:tc>
        <w:tc>
          <w:tcPr>
            <w:tcW w:w="3300" w:type="dxa"/>
          </w:tcPr>
          <w:p w14:paraId="66E8F16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代码判（三档：命中 / 疑似改写待复核 / 确认违规）</w:t>
            </w:r>
          </w:p>
        </w:tc>
        <w:tc>
          <w:tcPr>
            <w:tcW w:w="2933" w:type="dxa"/>
          </w:tcPr>
          <w:p w14:paraId="11822EA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⛔ </w:t>
            </w:r>
            <w:proofErr w:type="spellStart"/>
            <w:r>
              <w:rPr>
                <w:sz w:val="18"/>
              </w:rPr>
              <w:t>仅"确认违规"一票否决</w:t>
            </w:r>
            <w:proofErr w:type="spellEnd"/>
          </w:p>
        </w:tc>
      </w:tr>
      <w:tr w:rsidR="00F62C2C" w14:paraId="1B86566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61C297A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C2</w:t>
            </w:r>
          </w:p>
        </w:tc>
        <w:tc>
          <w:tcPr>
            <w:tcW w:w="2444" w:type="dxa"/>
          </w:tcPr>
          <w:p w14:paraId="0141AA2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类比与概念关键结构一一对应</w:t>
            </w:r>
          </w:p>
        </w:tc>
        <w:tc>
          <w:tcPr>
            <w:tcW w:w="3300" w:type="dxa"/>
          </w:tcPr>
          <w:p w14:paraId="4F297FF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人工</w:t>
            </w:r>
            <w:proofErr w:type="spellEnd"/>
            <w:r>
              <w:rPr>
                <w:sz w:val="18"/>
              </w:rPr>
              <w:t xml:space="preserve"> + LLM</w:t>
            </w:r>
          </w:p>
        </w:tc>
        <w:tc>
          <w:tcPr>
            <w:tcW w:w="2933" w:type="dxa"/>
          </w:tcPr>
          <w:p w14:paraId="06202DB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扣分</w:t>
            </w:r>
          </w:p>
        </w:tc>
      </w:tr>
      <w:tr w:rsidR="00F62C2C" w14:paraId="250D5FF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0BADFC4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C3</w:t>
            </w:r>
          </w:p>
        </w:tc>
        <w:tc>
          <w:tcPr>
            <w:tcW w:w="2444" w:type="dxa"/>
          </w:tcPr>
          <w:p w14:paraId="2CB4B6A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不引入未经验证的数据/事实</w:t>
            </w:r>
          </w:p>
        </w:tc>
        <w:tc>
          <w:tcPr>
            <w:tcW w:w="3300" w:type="dxa"/>
          </w:tcPr>
          <w:p w14:paraId="2BCF92E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代码判 + 人工复核（基准：只比对知识库检索原文）</w:t>
            </w:r>
          </w:p>
        </w:tc>
        <w:tc>
          <w:tcPr>
            <w:tcW w:w="2933" w:type="dxa"/>
          </w:tcPr>
          <w:p w14:paraId="5543CC9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⛔ </w:t>
            </w:r>
            <w:proofErr w:type="spellStart"/>
            <w:r>
              <w:rPr>
                <w:sz w:val="18"/>
              </w:rPr>
              <w:t>一票否决</w:t>
            </w:r>
            <w:proofErr w:type="spellEnd"/>
          </w:p>
        </w:tc>
      </w:tr>
      <w:tr w:rsidR="00F62C2C" w14:paraId="289C2E7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0D26E0F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C4</w:t>
            </w:r>
          </w:p>
        </w:tc>
        <w:tc>
          <w:tcPr>
            <w:tcW w:w="2444" w:type="dxa"/>
          </w:tcPr>
          <w:p w14:paraId="27914EF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结构完整性（一条主线 + 6 </w:t>
            </w:r>
            <w:proofErr w:type="gramStart"/>
            <w:r>
              <w:rPr>
                <w:sz w:val="18"/>
                <w:lang w:eastAsia="zh-CN"/>
              </w:rPr>
              <w:t>个</w:t>
            </w:r>
            <w:proofErr w:type="gramEnd"/>
            <w:r>
              <w:rPr>
                <w:sz w:val="18"/>
                <w:lang w:eastAsia="zh-CN"/>
              </w:rPr>
              <w:t>小论点）</w:t>
            </w:r>
          </w:p>
        </w:tc>
        <w:tc>
          <w:tcPr>
            <w:tcW w:w="3300" w:type="dxa"/>
          </w:tcPr>
          <w:p w14:paraId="0C8EBDB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机器抽取结构 + 人工/LLM 判"论点是否服务主线"</w:t>
            </w:r>
          </w:p>
        </w:tc>
        <w:tc>
          <w:tcPr>
            <w:tcW w:w="2933" w:type="dxa"/>
          </w:tcPr>
          <w:p w14:paraId="5B10A52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回归检查（非否决）：</w:t>
            </w:r>
            <w:proofErr w:type="gramStart"/>
            <w:r>
              <w:rPr>
                <w:sz w:val="18"/>
                <w:lang w:eastAsia="zh-CN"/>
              </w:rPr>
              <w:t>缺段</w:t>
            </w:r>
            <w:proofErr w:type="gramEnd"/>
            <w:r>
              <w:rPr>
                <w:sz w:val="18"/>
                <w:lang w:eastAsia="zh-CN"/>
              </w:rPr>
              <w:t xml:space="preserve"> −10 / </w:t>
            </w:r>
            <w:proofErr w:type="gramStart"/>
            <w:r>
              <w:rPr>
                <w:sz w:val="18"/>
                <w:lang w:eastAsia="zh-CN"/>
              </w:rPr>
              <w:t>变序</w:t>
            </w:r>
            <w:proofErr w:type="gramEnd"/>
            <w:r>
              <w:rPr>
                <w:sz w:val="18"/>
                <w:lang w:eastAsia="zh-CN"/>
              </w:rPr>
              <w:t xml:space="preserve"> −5</w:t>
            </w:r>
          </w:p>
        </w:tc>
      </w:tr>
      <w:tr w:rsidR="00F62C2C" w14:paraId="0647EE5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0AB07E8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C5</w:t>
            </w:r>
          </w:p>
        </w:tc>
        <w:tc>
          <w:tcPr>
            <w:tcW w:w="2444" w:type="dxa"/>
          </w:tcPr>
          <w:p w14:paraId="2FF1CF7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前后话题一致</w:t>
            </w:r>
          </w:p>
        </w:tc>
        <w:tc>
          <w:tcPr>
            <w:tcW w:w="3300" w:type="dxa"/>
          </w:tcPr>
          <w:p w14:paraId="6AB0CF5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LLM + 人工抽检</w:t>
            </w:r>
          </w:p>
        </w:tc>
        <w:tc>
          <w:tcPr>
            <w:tcW w:w="2933" w:type="dxa"/>
          </w:tcPr>
          <w:p w14:paraId="1C0EFE8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扣分（严重转人工）</w:t>
            </w:r>
          </w:p>
        </w:tc>
      </w:tr>
      <w:tr w:rsidR="00F62C2C" w14:paraId="4DE7681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" w:type="dxa"/>
          </w:tcPr>
          <w:p w14:paraId="108F634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C6</w:t>
            </w:r>
          </w:p>
        </w:tc>
        <w:tc>
          <w:tcPr>
            <w:tcW w:w="2444" w:type="dxa"/>
          </w:tcPr>
          <w:p w14:paraId="67DFCB2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口语通俗、术语必配解释、信息密度足够</w:t>
            </w:r>
          </w:p>
        </w:tc>
        <w:tc>
          <w:tcPr>
            <w:tcW w:w="3300" w:type="dxa"/>
          </w:tcPr>
          <w:p w14:paraId="0F81211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 xml:space="preserve">LLM </w:t>
            </w:r>
            <w:proofErr w:type="spellStart"/>
            <w:r>
              <w:rPr>
                <w:sz w:val="18"/>
              </w:rPr>
              <w:t>初筛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人工抽检</w:t>
            </w:r>
            <w:proofErr w:type="spellEnd"/>
          </w:p>
        </w:tc>
        <w:tc>
          <w:tcPr>
            <w:tcW w:w="2933" w:type="dxa"/>
          </w:tcPr>
          <w:p w14:paraId="67DE156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扣分</w:t>
            </w:r>
          </w:p>
        </w:tc>
      </w:tr>
    </w:tbl>
    <w:p w14:paraId="4191B84A" w14:textId="77777777" w:rsidR="00F62C2C" w:rsidRDefault="00F62C2C"/>
    <w:p w14:paraId="0E57B89E" w14:textId="77777777" w:rsidR="00F62C2C" w:rsidRDefault="00000000">
      <w:pPr>
        <w:pStyle w:val="4"/>
        <w:spacing w:before="180" w:after="80"/>
      </w:pPr>
      <w:r>
        <w:rPr>
          <w:rFonts w:ascii="微软雅黑" w:eastAsia="微软雅黑" w:hAnsi="微软雅黑"/>
          <w:color w:val="3A3A3A"/>
          <w:sz w:val="22"/>
        </w:rPr>
        <w:t>2.3 评分与分流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953"/>
        <w:gridCol w:w="7459"/>
      </w:tblGrid>
      <w:tr w:rsidR="00F62C2C" w14:paraId="0A18539F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</w:tcPr>
          <w:p w14:paraId="56522EA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层</w:t>
            </w:r>
          </w:p>
        </w:tc>
        <w:tc>
          <w:tcPr>
            <w:tcW w:w="7458" w:type="dxa"/>
          </w:tcPr>
          <w:p w14:paraId="29D5CCA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规则</w:t>
            </w:r>
          </w:p>
        </w:tc>
      </w:tr>
      <w:tr w:rsidR="00F62C2C" w14:paraId="3B2B911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</w:tcPr>
          <w:p w14:paraId="624CBC66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规则分（版本对比用）</w:t>
            </w:r>
          </w:p>
        </w:tc>
        <w:tc>
          <w:tcPr>
            <w:tcW w:w="7458" w:type="dxa"/>
          </w:tcPr>
          <w:p w14:paraId="34E4736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基础分 100 − 命中项分值；一票否决命中即封顶 &lt;60</w:t>
            </w:r>
          </w:p>
        </w:tc>
      </w:tr>
      <w:tr w:rsidR="00F62C2C" w14:paraId="0C4374C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3" w:type="dxa"/>
          </w:tcPr>
          <w:p w14:paraId="116A811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lastRenderedPageBreak/>
              <w:t>业务判定（上线决策用）</w:t>
            </w:r>
          </w:p>
        </w:tc>
        <w:tc>
          <w:tcPr>
            <w:tcW w:w="7458" w:type="dxa"/>
          </w:tcPr>
          <w:p w14:paraId="3DE81A3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一票否决 → 转人工；≥85 通过；60–84 重试（≤2 次）；&lt;60 / 话题不一致 → 转人工</w:t>
            </w:r>
          </w:p>
        </w:tc>
      </w:tr>
    </w:tbl>
    <w:p w14:paraId="12E47966" w14:textId="77777777" w:rsidR="00F62C2C" w:rsidRDefault="00F62C2C">
      <w:pPr>
        <w:rPr>
          <w:lang w:eastAsia="zh-CN"/>
        </w:rPr>
      </w:pPr>
    </w:p>
    <w:p w14:paraId="6211F5E0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硬性规则优先</w:t>
      </w:r>
      <w:r>
        <w:rPr>
          <w:lang w:eastAsia="zh-CN"/>
        </w:rPr>
        <w:t>：只要命中一票否决项，规则分再高也转人工——准确率不能越过安全与事实红线。</w:t>
      </w:r>
    </w:p>
    <w:p w14:paraId="66127893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3. 用例规格（30 条）</w:t>
      </w:r>
    </w:p>
    <w:p w14:paraId="6DA89650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3.1 来源与配比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784"/>
        <w:gridCol w:w="5491"/>
        <w:gridCol w:w="1437"/>
      </w:tblGrid>
      <w:tr w:rsidR="00F62C2C" w14:paraId="715E2D8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</w:tcPr>
          <w:p w14:paraId="779B5F0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来源</w:t>
            </w:r>
            <w:proofErr w:type="spellEnd"/>
          </w:p>
        </w:tc>
        <w:tc>
          <w:tcPr>
            <w:tcW w:w="784" w:type="dxa"/>
          </w:tcPr>
          <w:p w14:paraId="1E990248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条数</w:t>
            </w:r>
          </w:p>
        </w:tc>
        <w:tc>
          <w:tcPr>
            <w:tcW w:w="5490" w:type="dxa"/>
          </w:tcPr>
          <w:p w14:paraId="6EF9584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构造方式</w:t>
            </w:r>
          </w:p>
        </w:tc>
        <w:tc>
          <w:tcPr>
            <w:tcW w:w="1437" w:type="dxa"/>
          </w:tcPr>
          <w:p w14:paraId="6EBD5B2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</w:tr>
      <w:tr w:rsidR="00F62C2C" w14:paraId="10F8EB8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</w:tcPr>
          <w:p w14:paraId="450639F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真实 badcase 回流</w:t>
            </w:r>
          </w:p>
        </w:tc>
        <w:tc>
          <w:tcPr>
            <w:tcW w:w="784" w:type="dxa"/>
          </w:tcPr>
          <w:p w14:paraId="1AEB689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12</w:t>
            </w:r>
          </w:p>
        </w:tc>
        <w:tc>
          <w:tcPr>
            <w:tcW w:w="5490" w:type="dxa"/>
          </w:tcPr>
          <w:p w14:paraId="54174B5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按</w:t>
            </w:r>
            <w:r>
              <w:rPr>
                <w:b/>
                <w:sz w:val="18"/>
                <w:lang w:eastAsia="zh-CN"/>
              </w:rPr>
              <w:t>生产确认的失败模式</w:t>
            </w:r>
            <w:r>
              <w:rPr>
                <w:sz w:val="18"/>
                <w:lang w:eastAsia="zh-CN"/>
              </w:rPr>
              <w:t>重写为抽象用例（隐去真实文案，保留"选题类型 + 受众 + 违反约束 + 症状"）</w:t>
            </w:r>
          </w:p>
        </w:tc>
        <w:tc>
          <w:tcPr>
            <w:tcW w:w="1437" w:type="dxa"/>
          </w:tcPr>
          <w:p w14:paraId="1CB2C33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主样本，最贴近真实问题</w:t>
            </w:r>
          </w:p>
        </w:tc>
      </w:tr>
      <w:tr w:rsidR="00F62C2C" w14:paraId="3664B0B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</w:tcPr>
          <w:p w14:paraId="38716BB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典型场景</w:t>
            </w:r>
            <w:proofErr w:type="spellEnd"/>
          </w:p>
        </w:tc>
        <w:tc>
          <w:tcPr>
            <w:tcW w:w="784" w:type="dxa"/>
          </w:tcPr>
          <w:p w14:paraId="723F4AF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8</w:t>
            </w:r>
          </w:p>
        </w:tc>
        <w:tc>
          <w:tcPr>
            <w:tcW w:w="5490" w:type="dxa"/>
          </w:tcPr>
          <w:p w14:paraId="012BB1A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从赛道（杭州 </w:t>
            </w:r>
            <w:proofErr w:type="spellStart"/>
            <w:r>
              <w:rPr>
                <w:sz w:val="18"/>
                <w:lang w:eastAsia="zh-CN"/>
              </w:rPr>
              <w:t>citywalk</w:t>
            </w:r>
            <w:proofErr w:type="spellEnd"/>
            <w:r>
              <w:rPr>
                <w:sz w:val="18"/>
                <w:lang w:eastAsia="zh-CN"/>
              </w:rPr>
              <w:t xml:space="preserve"> / 咖啡甜品 / 老杭州小吃）构造常见选题 × 三类受众</w:t>
            </w:r>
          </w:p>
        </w:tc>
        <w:tc>
          <w:tcPr>
            <w:tcW w:w="1437" w:type="dxa"/>
          </w:tcPr>
          <w:p w14:paraId="044A6DD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保证基本盘不崩</w:t>
            </w:r>
            <w:proofErr w:type="spellEnd"/>
          </w:p>
        </w:tc>
      </w:tr>
      <w:tr w:rsidR="00F62C2C" w14:paraId="6164FD9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</w:tcPr>
          <w:p w14:paraId="4FDC392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边界场景</w:t>
            </w:r>
          </w:p>
        </w:tc>
        <w:tc>
          <w:tcPr>
            <w:tcW w:w="784" w:type="dxa"/>
          </w:tcPr>
          <w:p w14:paraId="4E8856A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6</w:t>
            </w:r>
          </w:p>
        </w:tc>
        <w:tc>
          <w:tcPr>
            <w:tcW w:w="5490" w:type="dxa"/>
          </w:tcPr>
          <w:p w14:paraId="5F70BF7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从 PRD 第 9 章《异常与边界场景》1:1 派生</w:t>
            </w:r>
          </w:p>
        </w:tc>
        <w:tc>
          <w:tcPr>
            <w:tcW w:w="1437" w:type="dxa"/>
          </w:tcPr>
          <w:p w14:paraId="036F56E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暴露薄弱环节</w:t>
            </w:r>
            <w:proofErr w:type="spellEnd"/>
          </w:p>
        </w:tc>
      </w:tr>
      <w:tr w:rsidR="00F62C2C" w14:paraId="4E46936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</w:tcPr>
          <w:p w14:paraId="7A61230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对抗场景</w:t>
            </w:r>
          </w:p>
        </w:tc>
        <w:tc>
          <w:tcPr>
            <w:tcW w:w="784" w:type="dxa"/>
          </w:tcPr>
          <w:p w14:paraId="7B89C4F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5490" w:type="dxa"/>
          </w:tcPr>
          <w:p w14:paraId="6F55461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人工注入违规（库外类比 / 未验证数字 / 论点缺失 / 跨话题拼接）</w:t>
            </w:r>
          </w:p>
        </w:tc>
        <w:tc>
          <w:tcPr>
            <w:tcW w:w="1437" w:type="dxa"/>
          </w:tcPr>
          <w:p w14:paraId="356DBF0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守住底线</w:t>
            </w:r>
            <w:proofErr w:type="spellEnd"/>
          </w:p>
        </w:tc>
      </w:tr>
    </w:tbl>
    <w:p w14:paraId="04920681" w14:textId="77777777" w:rsidR="00F62C2C" w:rsidRDefault="00F62C2C"/>
    <w:p w14:paraId="711030CB" w14:textId="77777777" w:rsidR="00F62C2C" w:rsidRDefault="00000000">
      <w:pPr>
        <w:rPr>
          <w:lang w:eastAsia="zh-CN"/>
        </w:rPr>
      </w:pPr>
      <w:proofErr w:type="spellStart"/>
      <w:r>
        <w:rPr>
          <w:b/>
          <w:lang w:eastAsia="zh-CN"/>
        </w:rPr>
        <w:t>badcase</w:t>
      </w:r>
      <w:proofErr w:type="spellEnd"/>
      <w:r>
        <w:rPr>
          <w:b/>
          <w:lang w:eastAsia="zh-CN"/>
        </w:rPr>
        <w:t xml:space="preserve"> 12 条的失败模式分布（由作者确认为真实生产问题）</w:t>
      </w:r>
      <w:r>
        <w:rPr>
          <w:lang w:eastAsia="zh-CN"/>
        </w:rPr>
        <w:t>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972"/>
        <w:gridCol w:w="1486"/>
        <w:gridCol w:w="3467"/>
      </w:tblGrid>
      <w:tr w:rsidR="00F62C2C" w14:paraId="09DE9037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152CC2DA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约束</w:t>
            </w:r>
            <w:proofErr w:type="spellEnd"/>
          </w:p>
        </w:tc>
        <w:tc>
          <w:tcPr>
            <w:tcW w:w="2972" w:type="dxa"/>
          </w:tcPr>
          <w:p w14:paraId="713BD64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失败模式</w:t>
            </w:r>
          </w:p>
        </w:tc>
        <w:tc>
          <w:tcPr>
            <w:tcW w:w="1486" w:type="dxa"/>
          </w:tcPr>
          <w:p w14:paraId="1F98144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条数</w:t>
            </w:r>
          </w:p>
        </w:tc>
        <w:tc>
          <w:tcPr>
            <w:tcW w:w="3467" w:type="dxa"/>
          </w:tcPr>
          <w:p w14:paraId="284F6B92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等级</w:t>
            </w:r>
          </w:p>
        </w:tc>
      </w:tr>
      <w:tr w:rsidR="00F62C2C" w14:paraId="35D7EF6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3A4F4F1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C5</w:t>
            </w:r>
          </w:p>
        </w:tc>
        <w:tc>
          <w:tcPr>
            <w:tcW w:w="2972" w:type="dxa"/>
          </w:tcPr>
          <w:p w14:paraId="0F9A1FA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前后话题不一致、跑题</w:t>
            </w:r>
          </w:p>
        </w:tc>
        <w:tc>
          <w:tcPr>
            <w:tcW w:w="1486" w:type="dxa"/>
          </w:tcPr>
          <w:p w14:paraId="26BC9AD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3</w:t>
            </w:r>
          </w:p>
        </w:tc>
        <w:tc>
          <w:tcPr>
            <w:tcW w:w="3467" w:type="dxa"/>
          </w:tcPr>
          <w:p w14:paraId="2C8CEFC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扣分（严重转人工）· </w:t>
            </w:r>
            <w:proofErr w:type="gramStart"/>
            <w:r>
              <w:rPr>
                <w:sz w:val="18"/>
                <w:lang w:eastAsia="zh-CN"/>
              </w:rPr>
              <w:t>最</w:t>
            </w:r>
            <w:proofErr w:type="gramEnd"/>
            <w:r>
              <w:rPr>
                <w:sz w:val="18"/>
                <w:lang w:eastAsia="zh-CN"/>
              </w:rPr>
              <w:t>高频</w:t>
            </w:r>
          </w:p>
        </w:tc>
      </w:tr>
      <w:tr w:rsidR="00F62C2C" w14:paraId="28B92CF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38070B4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C6</w:t>
            </w:r>
          </w:p>
        </w:tc>
        <w:tc>
          <w:tcPr>
            <w:tcW w:w="2972" w:type="dxa"/>
          </w:tcPr>
          <w:p w14:paraId="014918C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术语没解释、偏书面语</w:t>
            </w:r>
          </w:p>
        </w:tc>
        <w:tc>
          <w:tcPr>
            <w:tcW w:w="1486" w:type="dxa"/>
          </w:tcPr>
          <w:p w14:paraId="6C48970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3</w:t>
            </w:r>
          </w:p>
        </w:tc>
        <w:tc>
          <w:tcPr>
            <w:tcW w:w="3467" w:type="dxa"/>
          </w:tcPr>
          <w:p w14:paraId="37D6063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扣分项 · 最高频</w:t>
            </w:r>
          </w:p>
        </w:tc>
      </w:tr>
      <w:tr w:rsidR="00F62C2C" w14:paraId="02450B8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62FE05E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C1</w:t>
            </w:r>
          </w:p>
        </w:tc>
        <w:tc>
          <w:tcPr>
            <w:tcW w:w="2972" w:type="dxa"/>
          </w:tcPr>
          <w:p w14:paraId="4635150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用了知识库外的自创类比</w:t>
            </w:r>
          </w:p>
        </w:tc>
        <w:tc>
          <w:tcPr>
            <w:tcW w:w="1486" w:type="dxa"/>
          </w:tcPr>
          <w:p w14:paraId="7D75A56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2</w:t>
            </w:r>
          </w:p>
        </w:tc>
        <w:tc>
          <w:tcPr>
            <w:tcW w:w="3467" w:type="dxa"/>
          </w:tcPr>
          <w:p w14:paraId="25567EA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⛔ 一票否决</w:t>
            </w:r>
          </w:p>
        </w:tc>
      </w:tr>
      <w:tr w:rsidR="00F62C2C" w14:paraId="30D9F53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2DD9265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C3</w:t>
            </w:r>
          </w:p>
        </w:tc>
        <w:tc>
          <w:tcPr>
            <w:tcW w:w="2972" w:type="dxa"/>
          </w:tcPr>
          <w:p w14:paraId="7EA0DD0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编造 / 记错数据与事实</w:t>
            </w:r>
          </w:p>
        </w:tc>
        <w:tc>
          <w:tcPr>
            <w:tcW w:w="1486" w:type="dxa"/>
          </w:tcPr>
          <w:p w14:paraId="7C4D3FD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2</w:t>
            </w:r>
          </w:p>
        </w:tc>
        <w:tc>
          <w:tcPr>
            <w:tcW w:w="3467" w:type="dxa"/>
          </w:tcPr>
          <w:p w14:paraId="3A963E1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⛔ 一票否决</w:t>
            </w:r>
          </w:p>
        </w:tc>
      </w:tr>
      <w:tr w:rsidR="00F62C2C" w14:paraId="4FEE5DE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34A1238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C2</w:t>
            </w:r>
          </w:p>
        </w:tc>
        <w:tc>
          <w:tcPr>
            <w:tcW w:w="2972" w:type="dxa"/>
          </w:tcPr>
          <w:p w14:paraId="24DD0F7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类比和概念对不上</w:t>
            </w:r>
          </w:p>
        </w:tc>
        <w:tc>
          <w:tcPr>
            <w:tcW w:w="1486" w:type="dxa"/>
          </w:tcPr>
          <w:p w14:paraId="4FA73A1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</w:t>
            </w:r>
          </w:p>
        </w:tc>
        <w:tc>
          <w:tcPr>
            <w:tcW w:w="3467" w:type="dxa"/>
          </w:tcPr>
          <w:p w14:paraId="5D6D94B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扣分项</w:t>
            </w:r>
          </w:p>
        </w:tc>
      </w:tr>
      <w:tr w:rsidR="00F62C2C" w14:paraId="7FD15B3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</w:tcPr>
          <w:p w14:paraId="0695870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C4</w:t>
            </w:r>
          </w:p>
        </w:tc>
        <w:tc>
          <w:tcPr>
            <w:tcW w:w="2972" w:type="dxa"/>
          </w:tcPr>
          <w:p w14:paraId="316A6AD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缺段 / 结构散乱</w:t>
            </w:r>
          </w:p>
        </w:tc>
        <w:tc>
          <w:tcPr>
            <w:tcW w:w="1486" w:type="dxa"/>
          </w:tcPr>
          <w:p w14:paraId="5A919CA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</w:t>
            </w:r>
          </w:p>
        </w:tc>
        <w:tc>
          <w:tcPr>
            <w:tcW w:w="3467" w:type="dxa"/>
          </w:tcPr>
          <w:p w14:paraId="1F32ED9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  <w:sz w:val="18"/>
              </w:rPr>
              <w:t>回归检查（非否决）</w:t>
            </w:r>
          </w:p>
        </w:tc>
      </w:tr>
    </w:tbl>
    <w:p w14:paraId="1DA486DA" w14:textId="77777777" w:rsidR="00F62C2C" w:rsidRDefault="00F62C2C"/>
    <w:p w14:paraId="4BD60C12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重要修正</w:t>
      </w:r>
      <w:r>
        <w:rPr>
          <w:i/>
          <w:color w:val="555555"/>
          <w:lang w:eastAsia="zh-CN"/>
        </w:rPr>
        <w:t>：据作者确认，生产失败模式中</w:t>
      </w:r>
      <w:r>
        <w:rPr>
          <w:b/>
          <w:i/>
          <w:color w:val="555555"/>
          <w:lang w:eastAsia="zh-CN"/>
        </w:rPr>
        <w:t>不存在"</w:t>
      </w:r>
      <w:proofErr w:type="gramStart"/>
      <w:r>
        <w:rPr>
          <w:b/>
          <w:i/>
          <w:color w:val="555555"/>
          <w:lang w:eastAsia="zh-CN"/>
        </w:rPr>
        <w:t>缺段</w:t>
      </w:r>
      <w:proofErr w:type="gramEnd"/>
      <w:r>
        <w:rPr>
          <w:b/>
          <w:i/>
          <w:color w:val="555555"/>
          <w:lang w:eastAsia="zh-CN"/>
        </w:rPr>
        <w:t>"</w:t>
      </w:r>
      <w:r>
        <w:rPr>
          <w:i/>
          <w:color w:val="555555"/>
          <w:lang w:eastAsia="zh-CN"/>
        </w:rPr>
        <w:t xml:space="preserve">，且真实结构是「一条主线 + 6 </w:t>
      </w:r>
      <w:proofErr w:type="gramStart"/>
      <w:r>
        <w:rPr>
          <w:i/>
          <w:color w:val="555555"/>
          <w:lang w:eastAsia="zh-CN"/>
        </w:rPr>
        <w:t>个</w:t>
      </w:r>
      <w:proofErr w:type="gramEnd"/>
      <w:r>
        <w:rPr>
          <w:i/>
          <w:color w:val="555555"/>
          <w:lang w:eastAsia="zh-CN"/>
        </w:rPr>
        <w:t>小论点」而非 7 段骨架。因此 C4 保留一条</w:t>
      </w:r>
      <w:r>
        <w:rPr>
          <w:b/>
          <w:i/>
          <w:color w:val="555555"/>
          <w:lang w:eastAsia="zh-CN"/>
        </w:rPr>
        <w:t>回归用例</w:t>
      </w:r>
      <w:r>
        <w:rPr>
          <w:i/>
          <w:color w:val="555555"/>
          <w:lang w:eastAsia="zh-CN"/>
        </w:rPr>
        <w:t>（</w:t>
      </w:r>
      <w:proofErr w:type="gramStart"/>
      <w:r>
        <w:rPr>
          <w:i/>
          <w:color w:val="555555"/>
          <w:lang w:eastAsia="zh-CN"/>
        </w:rPr>
        <w:t>防旧问题</w:t>
      </w:r>
      <w:proofErr w:type="gramEnd"/>
      <w:r>
        <w:rPr>
          <w:i/>
          <w:color w:val="555555"/>
          <w:lang w:eastAsia="zh-CN"/>
        </w:rPr>
        <w:t>复发），但不再作为一票否决项。这也意味着 v1.0 到 v1.1 的判分权重从"结构优先"调整为"事实与来源优先、内容一致性次之"。</w:t>
      </w:r>
    </w:p>
    <w:p w14:paraId="6D99F530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lastRenderedPageBreak/>
        <w:t>3.2 覆盖度原则</w:t>
      </w:r>
    </w:p>
    <w:p w14:paraId="46602CCC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70% 典型 / 20% 边界 / 10% 对抗</w:t>
      </w:r>
      <w:r>
        <w:rPr>
          <w:lang w:eastAsia="zh-CN"/>
        </w:rPr>
        <w:t>是通用起点；本项目为内容合</w:t>
      </w:r>
      <w:proofErr w:type="gramStart"/>
      <w:r>
        <w:rPr>
          <w:lang w:eastAsia="zh-CN"/>
        </w:rPr>
        <w:t>规</w:t>
      </w:r>
      <w:proofErr w:type="gramEnd"/>
      <w:r>
        <w:rPr>
          <w:lang w:eastAsia="zh-CN"/>
        </w:rPr>
        <w:t>场景，对抗样本占比上调至约 13%（4/30），因 C1/C3 属一票否决项，</w:t>
      </w:r>
      <w:proofErr w:type="gramStart"/>
      <w:r>
        <w:rPr>
          <w:lang w:eastAsia="zh-CN"/>
        </w:rPr>
        <w:t>误放代价</w:t>
      </w:r>
      <w:proofErr w:type="gramEnd"/>
      <w:r>
        <w:rPr>
          <w:lang w:eastAsia="zh-CN"/>
        </w:rPr>
        <w:t>高。</w:t>
      </w:r>
    </w:p>
    <w:p w14:paraId="72A35969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3.3 字段规范</w:t>
      </w:r>
    </w:p>
    <w:p w14:paraId="7FAA0009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每条用例固定 12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 xml:space="preserve">字段（详见 </w:t>
      </w:r>
      <w:r>
        <w:rPr>
          <w:rFonts w:ascii="Consolas" w:hAnsi="Consolas"/>
          <w:color w:val="B03030"/>
          <w:sz w:val="18"/>
          <w:lang w:eastAsia="zh-CN"/>
        </w:rPr>
        <w:t>02-</w:t>
      </w:r>
      <w:r>
        <w:rPr>
          <w:rFonts w:ascii="Consolas" w:hAnsi="Consolas"/>
          <w:color w:val="B03030"/>
          <w:sz w:val="18"/>
          <w:lang w:eastAsia="zh-CN"/>
        </w:rPr>
        <w:t>评测集</w:t>
      </w:r>
      <w:proofErr w:type="gramStart"/>
      <w:r>
        <w:rPr>
          <w:rFonts w:ascii="Consolas" w:hAnsi="Consolas"/>
          <w:color w:val="B03030"/>
          <w:sz w:val="18"/>
          <w:lang w:eastAsia="zh-CN"/>
        </w:rPr>
        <w:t>用例表</w:t>
      </w:r>
      <w:proofErr w:type="gramEnd"/>
      <w:r>
        <w:rPr>
          <w:rFonts w:ascii="Consolas" w:hAnsi="Consolas"/>
          <w:color w:val="B03030"/>
          <w:sz w:val="18"/>
          <w:lang w:eastAsia="zh-CN"/>
        </w:rPr>
        <w:t>.xlsx</w:t>
      </w:r>
      <w:r>
        <w:rPr>
          <w:lang w:eastAsia="zh-CN"/>
        </w:rPr>
        <w:t>）：</w:t>
      </w:r>
    </w:p>
    <w:p w14:paraId="37D052E1" w14:textId="77777777" w:rsidR="00F62C2C" w:rsidRDefault="00000000">
      <w:pPr>
        <w:rPr>
          <w:lang w:eastAsia="zh-CN"/>
        </w:rPr>
      </w:pPr>
      <w:r>
        <w:rPr>
          <w:rFonts w:ascii="Consolas" w:hAnsi="Consolas"/>
          <w:color w:val="B03030"/>
          <w:sz w:val="18"/>
          <w:lang w:eastAsia="zh-CN"/>
        </w:rPr>
        <w:t>用例编号｜类型｜来源</w:t>
      </w:r>
      <w:r>
        <w:rPr>
          <w:rFonts w:ascii="Consolas" w:hAnsi="Consolas"/>
          <w:color w:val="B03030"/>
          <w:sz w:val="18"/>
          <w:lang w:eastAsia="zh-CN"/>
        </w:rPr>
        <w:t>/</w:t>
      </w:r>
      <w:r>
        <w:rPr>
          <w:rFonts w:ascii="Consolas" w:hAnsi="Consolas"/>
          <w:color w:val="B03030"/>
          <w:sz w:val="18"/>
          <w:lang w:eastAsia="zh-CN"/>
        </w:rPr>
        <w:t>失败模式｜输入选题｜目标受众｜知识库命中｜预期判定｜期望违规项｜实际结果｜实际违规项｜是否一致｜备注</w:t>
      </w:r>
    </w:p>
    <w:p w14:paraId="4E085415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关键要求</w:t>
      </w:r>
      <w:r>
        <w:rPr>
          <w:lang w:eastAsia="zh-CN"/>
        </w:rPr>
        <w:t>：</w:t>
      </w:r>
      <w:r>
        <w:rPr>
          <w:b/>
          <w:lang w:eastAsia="zh-CN"/>
        </w:rPr>
        <w:t>每条用例必须先写"预期判定"</w:t>
      </w:r>
      <w:r>
        <w:rPr>
          <w:lang w:eastAsia="zh-CN"/>
        </w:rPr>
        <w:t>。没有预期的用例不是测试，只是素材。</w:t>
      </w:r>
    </w:p>
    <w:p w14:paraId="308E9B5F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3.4 用例清单（规格已定，实际结果待补）</w:t>
      </w:r>
    </w:p>
    <w:p w14:paraId="69EB5B02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 xml:space="preserve">30 条完整规格见 </w:t>
      </w:r>
      <w:r>
        <w:rPr>
          <w:rFonts w:ascii="Consolas" w:hAnsi="Consolas"/>
          <w:i/>
          <w:color w:val="555555"/>
          <w:sz w:val="18"/>
          <w:lang w:eastAsia="zh-CN"/>
        </w:rPr>
        <w:t>02-</w:t>
      </w:r>
      <w:r>
        <w:rPr>
          <w:rFonts w:ascii="Consolas" w:hAnsi="Consolas"/>
          <w:i/>
          <w:color w:val="555555"/>
          <w:sz w:val="18"/>
          <w:lang w:eastAsia="zh-CN"/>
        </w:rPr>
        <w:t>评测集</w:t>
      </w:r>
      <w:proofErr w:type="gramStart"/>
      <w:r>
        <w:rPr>
          <w:rFonts w:ascii="Consolas" w:hAnsi="Consolas"/>
          <w:i/>
          <w:color w:val="555555"/>
          <w:sz w:val="18"/>
          <w:lang w:eastAsia="zh-CN"/>
        </w:rPr>
        <w:t>用例表</w:t>
      </w:r>
      <w:proofErr w:type="gramEnd"/>
      <w:r>
        <w:rPr>
          <w:rFonts w:ascii="Consolas" w:hAnsi="Consolas"/>
          <w:i/>
          <w:color w:val="555555"/>
          <w:sz w:val="18"/>
          <w:lang w:eastAsia="zh-CN"/>
        </w:rPr>
        <w:t>.xlsx</w:t>
      </w:r>
      <w:r>
        <w:rPr>
          <w:i/>
          <w:color w:val="555555"/>
          <w:lang w:eastAsia="zh-CN"/>
        </w:rPr>
        <w:t>。其中：</w:t>
      </w:r>
    </w:p>
    <w:p w14:paraId="050F5138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 xml:space="preserve">- </w:t>
      </w:r>
      <w:r>
        <w:rPr>
          <w:b/>
          <w:i/>
          <w:color w:val="555555"/>
          <w:lang w:eastAsia="zh-CN"/>
        </w:rPr>
        <w:t>边界 6 条</w:t>
      </w:r>
      <w:r>
        <w:rPr>
          <w:i/>
          <w:color w:val="555555"/>
          <w:lang w:eastAsia="zh-CN"/>
        </w:rPr>
        <w:t>已按 PRD 第 9 章定稿（可直接跑）；</w:t>
      </w:r>
    </w:p>
    <w:p w14:paraId="37AB7DA1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 xml:space="preserve">- </w:t>
      </w:r>
      <w:r>
        <w:rPr>
          <w:b/>
          <w:i/>
          <w:color w:val="555555"/>
          <w:lang w:eastAsia="zh-CN"/>
        </w:rPr>
        <w:t>对抗 4 条</w:t>
      </w:r>
      <w:r>
        <w:rPr>
          <w:i/>
          <w:color w:val="555555"/>
          <w:lang w:eastAsia="zh-CN"/>
        </w:rPr>
        <w:t>已按 C1/C3/C4/C5 定稿（可直接跑）；</w:t>
      </w:r>
    </w:p>
    <w:p w14:paraId="48FF4A60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 xml:space="preserve">- </w:t>
      </w:r>
      <w:proofErr w:type="spellStart"/>
      <w:r>
        <w:rPr>
          <w:b/>
          <w:i/>
          <w:color w:val="555555"/>
          <w:lang w:eastAsia="zh-CN"/>
        </w:rPr>
        <w:t>badcase</w:t>
      </w:r>
      <w:proofErr w:type="spellEnd"/>
      <w:r>
        <w:rPr>
          <w:b/>
          <w:i/>
          <w:color w:val="555555"/>
          <w:lang w:eastAsia="zh-CN"/>
        </w:rPr>
        <w:t xml:space="preserve"> 12 条</w:t>
      </w:r>
      <w:r>
        <w:rPr>
          <w:i/>
          <w:color w:val="555555"/>
          <w:lang w:eastAsia="zh-CN"/>
        </w:rPr>
        <w:t>已按作者确认的失败模式定稿（输入选题为抽象描述，待补真实措辞）；</w:t>
      </w:r>
    </w:p>
    <w:p w14:paraId="04D52A42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 xml:space="preserve">- </w:t>
      </w:r>
      <w:r>
        <w:rPr>
          <w:b/>
          <w:i/>
          <w:color w:val="555555"/>
          <w:lang w:eastAsia="zh-CN"/>
        </w:rPr>
        <w:t>典型 8 条</w:t>
      </w:r>
      <w:r>
        <w:rPr>
          <w:i/>
          <w:color w:val="555555"/>
          <w:lang w:eastAsia="zh-CN"/>
        </w:rPr>
        <w:t>选题骨架已定，待补真实选题措辞。</w:t>
      </w:r>
    </w:p>
    <w:p w14:paraId="00C2D03E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t xml:space="preserve">4. </w:t>
      </w:r>
      <w:proofErr w:type="spellStart"/>
      <w:r>
        <w:rPr>
          <w:rFonts w:ascii="微软雅黑" w:eastAsia="微软雅黑" w:hAnsi="微软雅黑"/>
          <w:color w:val="3A3A3A"/>
          <w:sz w:val="24"/>
        </w:rPr>
        <w:t>执行流程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214"/>
        <w:gridCol w:w="6377"/>
        <w:gridCol w:w="1821"/>
      </w:tblGrid>
      <w:tr w:rsidR="00F62C2C" w14:paraId="3FD5D43A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dxa"/>
          </w:tcPr>
          <w:p w14:paraId="4CBB78B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步骤</w:t>
            </w:r>
          </w:p>
        </w:tc>
        <w:tc>
          <w:tcPr>
            <w:tcW w:w="6376" w:type="dxa"/>
          </w:tcPr>
          <w:p w14:paraId="4F130C67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  <w:tc>
          <w:tcPr>
            <w:tcW w:w="1821" w:type="dxa"/>
          </w:tcPr>
          <w:p w14:paraId="28CF9D6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产出</w:t>
            </w:r>
          </w:p>
        </w:tc>
      </w:tr>
      <w:tr w:rsidR="00F62C2C" w14:paraId="05DEF9E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dxa"/>
          </w:tcPr>
          <w:p w14:paraId="093B992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1. 校准判分器</w:t>
            </w:r>
          </w:p>
        </w:tc>
        <w:tc>
          <w:tcPr>
            <w:tcW w:w="6376" w:type="dxa"/>
          </w:tcPr>
          <w:p w14:paraId="4E70209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人工标 10 条 → 与代码判 / LLM 判比对 → </w:t>
            </w:r>
            <w:r>
              <w:rPr>
                <w:b/>
                <w:sz w:val="18"/>
                <w:lang w:eastAsia="zh-CN"/>
              </w:rPr>
              <w:t>一致率 ≥80%</w:t>
            </w:r>
            <w:r>
              <w:rPr>
                <w:sz w:val="18"/>
                <w:lang w:eastAsia="zh-CN"/>
              </w:rPr>
              <w:t xml:space="preserve"> 才放量</w:t>
            </w:r>
          </w:p>
        </w:tc>
        <w:tc>
          <w:tcPr>
            <w:tcW w:w="1821" w:type="dxa"/>
          </w:tcPr>
          <w:p w14:paraId="3E9F71D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判分器校准记录</w:t>
            </w:r>
            <w:proofErr w:type="spellEnd"/>
          </w:p>
        </w:tc>
      </w:tr>
      <w:tr w:rsidR="00F62C2C" w14:paraId="6DD057F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dxa"/>
          </w:tcPr>
          <w:p w14:paraId="5626FB7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2. 跑测</w:t>
            </w:r>
          </w:p>
        </w:tc>
        <w:tc>
          <w:tcPr>
            <w:tcW w:w="6376" w:type="dxa"/>
          </w:tcPr>
          <w:p w14:paraId="308A2CE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30 条逐条跑，记录实际结果与违规项</w:t>
            </w:r>
          </w:p>
        </w:tc>
        <w:tc>
          <w:tcPr>
            <w:tcW w:w="1821" w:type="dxa"/>
          </w:tcPr>
          <w:p w14:paraId="3FE9222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评测记录表</w:t>
            </w:r>
            <w:proofErr w:type="spellEnd"/>
          </w:p>
        </w:tc>
      </w:tr>
      <w:tr w:rsidR="00F62C2C" w14:paraId="6E5ADA6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dxa"/>
          </w:tcPr>
          <w:p w14:paraId="6CCC374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3. 归因</w:t>
            </w:r>
          </w:p>
        </w:tc>
        <w:tc>
          <w:tcPr>
            <w:tcW w:w="6376" w:type="dxa"/>
          </w:tcPr>
          <w:p w14:paraId="7170E19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每条失败定位到「约束编号 → 根因 → 修复动作」</w:t>
            </w:r>
          </w:p>
        </w:tc>
        <w:tc>
          <w:tcPr>
            <w:tcW w:w="1821" w:type="dxa"/>
          </w:tcPr>
          <w:p w14:paraId="128AB55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badcase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归因记录</w:t>
            </w:r>
            <w:proofErr w:type="spellEnd"/>
          </w:p>
        </w:tc>
      </w:tr>
      <w:tr w:rsidR="00F62C2C" w14:paraId="1E4026B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dxa"/>
          </w:tcPr>
          <w:p w14:paraId="2E7AD7C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4. 回归</w:t>
            </w:r>
          </w:p>
        </w:tc>
        <w:tc>
          <w:tcPr>
            <w:tcW w:w="6376" w:type="dxa"/>
          </w:tcPr>
          <w:p w14:paraId="39B3AB4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修复</w:t>
            </w:r>
            <w:proofErr w:type="gramStart"/>
            <w:r>
              <w:rPr>
                <w:sz w:val="18"/>
                <w:lang w:eastAsia="zh-CN"/>
              </w:rPr>
              <w:t>后重跑该条</w:t>
            </w:r>
            <w:proofErr w:type="gramEnd"/>
            <w:r>
              <w:rPr>
                <w:sz w:val="18"/>
                <w:lang w:eastAsia="zh-CN"/>
              </w:rPr>
              <w:t>，确认是否解决且未引入新问题</w:t>
            </w:r>
          </w:p>
        </w:tc>
        <w:tc>
          <w:tcPr>
            <w:tcW w:w="1821" w:type="dxa"/>
          </w:tcPr>
          <w:p w14:paraId="3CBF9EE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回归记录</w:t>
            </w:r>
            <w:proofErr w:type="spellEnd"/>
          </w:p>
        </w:tc>
      </w:tr>
      <w:tr w:rsidR="00F62C2C" w14:paraId="05E4D17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4" w:type="dxa"/>
          </w:tcPr>
          <w:p w14:paraId="1E1AEF3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5. 出报告</w:t>
            </w:r>
          </w:p>
        </w:tc>
        <w:tc>
          <w:tcPr>
            <w:tcW w:w="6376" w:type="dxa"/>
          </w:tcPr>
          <w:p w14:paraId="0A56C5B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分维度</w:t>
            </w:r>
            <w:proofErr w:type="gramEnd"/>
            <w:r>
              <w:rPr>
                <w:sz w:val="18"/>
                <w:lang w:eastAsia="zh-CN"/>
              </w:rPr>
              <w:t>通过率 + 结论 + 下一步</w:t>
            </w:r>
          </w:p>
        </w:tc>
        <w:tc>
          <w:tcPr>
            <w:tcW w:w="1821" w:type="dxa"/>
          </w:tcPr>
          <w:p w14:paraId="3DEB45E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首轮评测报告</w:t>
            </w:r>
            <w:proofErr w:type="spellEnd"/>
          </w:p>
        </w:tc>
      </w:tr>
    </w:tbl>
    <w:p w14:paraId="3645487B" w14:textId="77777777" w:rsidR="00F62C2C" w:rsidRDefault="00F62C2C"/>
    <w:p w14:paraId="1AFA66A2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lastRenderedPageBreak/>
        <w:t>自动判分</w:t>
      </w:r>
      <w:r>
        <w:rPr>
          <w:lang w:eastAsia="zh-CN"/>
        </w:rPr>
        <w:t>：</w:t>
      </w:r>
      <w:r>
        <w:rPr>
          <w:rFonts w:ascii="Consolas" w:hAnsi="Consolas"/>
          <w:color w:val="B03030"/>
          <w:sz w:val="18"/>
          <w:lang w:eastAsia="zh-CN"/>
        </w:rPr>
        <w:t>run_eval.py</w:t>
      </w:r>
      <w:r>
        <w:rPr>
          <w:lang w:eastAsia="zh-CN"/>
        </w:rPr>
        <w:t xml:space="preserve"> 已实现 C1 / C3 / C4 的确定性判定，可</w:t>
      </w:r>
      <w:proofErr w:type="gramStart"/>
      <w:r>
        <w:rPr>
          <w:lang w:eastAsia="zh-CN"/>
        </w:rPr>
        <w:t>批量跑</w:t>
      </w:r>
      <w:proofErr w:type="gramEnd"/>
      <w:r>
        <w:rPr>
          <w:lang w:eastAsia="zh-CN"/>
        </w:rPr>
        <w:t>并输出违规明细。C2 / C5 / C6 需人工或 LLM 判。</w:t>
      </w:r>
    </w:p>
    <w:p w14:paraId="1340276D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t xml:space="preserve">5. </w:t>
      </w:r>
      <w:proofErr w:type="spellStart"/>
      <w:r>
        <w:rPr>
          <w:rFonts w:ascii="微软雅黑" w:eastAsia="微软雅黑" w:hAnsi="微软雅黑"/>
          <w:color w:val="3A3A3A"/>
          <w:sz w:val="24"/>
        </w:rPr>
        <w:t>发布闸门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660"/>
        <w:gridCol w:w="7752"/>
      </w:tblGrid>
      <w:tr w:rsidR="00F62C2C" w14:paraId="62E10963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1F353A8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条件</w:t>
            </w:r>
          </w:p>
        </w:tc>
        <w:tc>
          <w:tcPr>
            <w:tcW w:w="7751" w:type="dxa"/>
          </w:tcPr>
          <w:p w14:paraId="5812C37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规则</w:t>
            </w:r>
          </w:p>
        </w:tc>
      </w:tr>
      <w:tr w:rsidR="00F62C2C" w14:paraId="5E1F989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6E32096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达标线</w:t>
            </w:r>
          </w:p>
        </w:tc>
        <w:tc>
          <w:tcPr>
            <w:tcW w:w="7751" w:type="dxa"/>
          </w:tcPr>
          <w:p w14:paraId="109FD0F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合格率 ≥ 90%（初稿可直接使用比例）</w:t>
            </w:r>
          </w:p>
        </w:tc>
      </w:tr>
      <w:tr w:rsidR="00F62C2C" w14:paraId="0C8D0F4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7D2EFB4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一票否决项</w:t>
            </w:r>
          </w:p>
        </w:tc>
        <w:tc>
          <w:tcPr>
            <w:tcW w:w="7751" w:type="dxa"/>
          </w:tcPr>
          <w:p w14:paraId="0E69D13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出现 </w:t>
            </w:r>
            <w:r>
              <w:rPr>
                <w:b/>
                <w:sz w:val="18"/>
                <w:lang w:eastAsia="zh-CN"/>
              </w:rPr>
              <w:t>C1 确认违规</w:t>
            </w:r>
            <w:r>
              <w:rPr>
                <w:sz w:val="18"/>
                <w:lang w:eastAsia="zh-CN"/>
              </w:rPr>
              <w:t xml:space="preserve">或 </w:t>
            </w:r>
            <w:r>
              <w:rPr>
                <w:b/>
                <w:sz w:val="18"/>
                <w:lang w:eastAsia="zh-CN"/>
              </w:rPr>
              <w:t>C3 违规</w:t>
            </w:r>
            <w:r>
              <w:rPr>
                <w:sz w:val="18"/>
                <w:lang w:eastAsia="zh-CN"/>
              </w:rPr>
              <w:t xml:space="preserve"> → </w:t>
            </w:r>
            <w:r>
              <w:rPr>
                <w:b/>
                <w:sz w:val="18"/>
                <w:lang w:eastAsia="zh-CN"/>
              </w:rPr>
              <w:t>不得放行</w:t>
            </w:r>
            <w:r>
              <w:rPr>
                <w:sz w:val="18"/>
                <w:lang w:eastAsia="zh-CN"/>
              </w:rPr>
              <w:t>，无论总分多高</w:t>
            </w:r>
          </w:p>
        </w:tc>
      </w:tr>
      <w:tr w:rsidR="00F62C2C" w14:paraId="19CD74B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1A8F7215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结构回归</w:t>
            </w:r>
            <w:proofErr w:type="spellEnd"/>
          </w:p>
        </w:tc>
        <w:tc>
          <w:tcPr>
            <w:tcW w:w="7751" w:type="dxa"/>
          </w:tcPr>
          <w:p w14:paraId="0C1842F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C4 </w:t>
            </w:r>
            <w:proofErr w:type="gramStart"/>
            <w:r>
              <w:rPr>
                <w:sz w:val="18"/>
                <w:lang w:eastAsia="zh-CN"/>
              </w:rPr>
              <w:t>缺段</w:t>
            </w:r>
            <w:proofErr w:type="gramEnd"/>
            <w:r>
              <w:rPr>
                <w:sz w:val="18"/>
                <w:lang w:eastAsia="zh-CN"/>
              </w:rPr>
              <w:t xml:space="preserve"> / </w:t>
            </w:r>
            <w:proofErr w:type="gramStart"/>
            <w:r>
              <w:rPr>
                <w:sz w:val="18"/>
                <w:lang w:eastAsia="zh-CN"/>
              </w:rPr>
              <w:t>变序不</w:t>
            </w:r>
            <w:proofErr w:type="gramEnd"/>
            <w:r>
              <w:rPr>
                <w:sz w:val="18"/>
                <w:lang w:eastAsia="zh-CN"/>
              </w:rPr>
              <w:t>触发否决，但需记录并回归（</w:t>
            </w:r>
            <w:proofErr w:type="gramStart"/>
            <w:r>
              <w:rPr>
                <w:sz w:val="18"/>
                <w:lang w:eastAsia="zh-CN"/>
              </w:rPr>
              <w:t>防旧问题</w:t>
            </w:r>
            <w:proofErr w:type="gramEnd"/>
            <w:r>
              <w:rPr>
                <w:sz w:val="18"/>
                <w:lang w:eastAsia="zh-CN"/>
              </w:rPr>
              <w:t>复发）</w:t>
            </w:r>
          </w:p>
        </w:tc>
      </w:tr>
      <w:tr w:rsidR="00F62C2C" w14:paraId="2EC1462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7A04584A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版本放行</w:t>
            </w:r>
            <w:proofErr w:type="spellEnd"/>
          </w:p>
        </w:tc>
        <w:tc>
          <w:tcPr>
            <w:tcW w:w="7751" w:type="dxa"/>
          </w:tcPr>
          <w:p w14:paraId="13BC02B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新版本在金标集上的分数</w:t>
            </w:r>
            <w:r>
              <w:rPr>
                <w:b/>
                <w:sz w:val="18"/>
                <w:lang w:eastAsia="zh-CN"/>
              </w:rPr>
              <w:t>不得低于</w:t>
            </w:r>
            <w:r>
              <w:rPr>
                <w:sz w:val="18"/>
                <w:lang w:eastAsia="zh-CN"/>
              </w:rPr>
              <w:t>当前版本</w:t>
            </w:r>
          </w:p>
        </w:tc>
      </w:tr>
      <w:tr w:rsidR="00F62C2C" w14:paraId="259C4A2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47AD22EE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上线后追踪</w:t>
            </w:r>
            <w:proofErr w:type="spellEnd"/>
          </w:p>
        </w:tc>
        <w:tc>
          <w:tcPr>
            <w:tcW w:w="7751" w:type="dxa"/>
          </w:tcPr>
          <w:p w14:paraId="5821D95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上线后 1–2 周监控 badcase 增量与人工接管率</w:t>
            </w:r>
          </w:p>
        </w:tc>
      </w:tr>
    </w:tbl>
    <w:p w14:paraId="77D6A38B" w14:textId="77777777" w:rsidR="00F62C2C" w:rsidRDefault="00F62C2C"/>
    <w:p w14:paraId="004D0DBA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一票否决线必须在评测设计阶段写清楚，而不是出问题后补救。</w:t>
      </w:r>
    </w:p>
    <w:p w14:paraId="2714405C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一票否决项的取舍依据</w:t>
      </w:r>
      <w:r>
        <w:rPr>
          <w:i/>
          <w:color w:val="555555"/>
          <w:lang w:eastAsia="zh-CN"/>
        </w:rPr>
        <w:t>：只保留"</w:t>
      </w:r>
      <w:proofErr w:type="gramStart"/>
      <w:r>
        <w:rPr>
          <w:i/>
          <w:color w:val="555555"/>
          <w:lang w:eastAsia="zh-CN"/>
        </w:rPr>
        <w:t>误放代价</w:t>
      </w:r>
      <w:proofErr w:type="gramEnd"/>
      <w:r>
        <w:rPr>
          <w:i/>
          <w:color w:val="555555"/>
          <w:lang w:eastAsia="zh-CN"/>
        </w:rPr>
        <w:t>不可逆"的两项——C1（库外自创类比，等于对外输出未经验证的知识）与 C3（编造事实）。C5/C6/C2 属质量问题，可通过重试与人工兜底收敛，因此设为扣分项而非否决项。</w:t>
      </w:r>
    </w:p>
    <w:p w14:paraId="4EF5CE35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t xml:space="preserve">6. </w:t>
      </w:r>
      <w:proofErr w:type="spellStart"/>
      <w:r>
        <w:rPr>
          <w:rFonts w:ascii="微软雅黑" w:eastAsia="微软雅黑" w:hAnsi="微软雅黑"/>
          <w:color w:val="3A3A3A"/>
          <w:sz w:val="24"/>
        </w:rPr>
        <w:t>版本管理与回流</w:t>
      </w:r>
      <w:proofErr w:type="spellEnd"/>
    </w:p>
    <w:p w14:paraId="46F4A5BD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像代码一样管理</w:t>
      </w:r>
      <w:r>
        <w:rPr>
          <w:lang w:eastAsia="zh-CN"/>
        </w:rPr>
        <w:t>：每次新增/修改用例记录变更原因与日期；</w:t>
      </w:r>
    </w:p>
    <w:p w14:paraId="32871F60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明确 owner</w:t>
      </w:r>
      <w:r>
        <w:rPr>
          <w:lang w:eastAsia="zh-CN"/>
        </w:rPr>
        <w:t>：本文档与</w:t>
      </w:r>
      <w:proofErr w:type="gramStart"/>
      <w:r>
        <w:rPr>
          <w:lang w:eastAsia="zh-CN"/>
        </w:rPr>
        <w:t>用例表</w:t>
      </w:r>
      <w:proofErr w:type="gramEnd"/>
      <w:r>
        <w:rPr>
          <w:lang w:eastAsia="zh-CN"/>
        </w:rPr>
        <w:t>由产品负责人维护，避免集子随迭代过时；</w:t>
      </w:r>
    </w:p>
    <w:p w14:paraId="04CB65F1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开放贡献通道</w:t>
      </w:r>
      <w:r>
        <w:rPr>
          <w:lang w:eastAsia="zh-CN"/>
        </w:rPr>
        <w:t xml:space="preserve">：运营/编导发现的 </w:t>
      </w:r>
      <w:proofErr w:type="spellStart"/>
      <w:r>
        <w:rPr>
          <w:lang w:eastAsia="zh-CN"/>
        </w:rPr>
        <w:t>badcase</w:t>
      </w:r>
      <w:proofErr w:type="spellEnd"/>
      <w:r>
        <w:rPr>
          <w:lang w:eastAsia="zh-CN"/>
        </w:rPr>
        <w:t xml:space="preserve"> 可提交进入集子，不只靠算法侧维护；</w:t>
      </w:r>
    </w:p>
    <w:p w14:paraId="0A128DA5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警惕评测饱和</w:t>
      </w:r>
      <w:r>
        <w:rPr>
          <w:lang w:eastAsia="zh-CN"/>
        </w:rPr>
        <w:t>：</w:t>
      </w:r>
      <w:proofErr w:type="gramStart"/>
      <w:r>
        <w:rPr>
          <w:lang w:eastAsia="zh-CN"/>
        </w:rPr>
        <w:t>某能力项</w:t>
      </w:r>
      <w:proofErr w:type="gramEnd"/>
      <w:r>
        <w:rPr>
          <w:lang w:eastAsia="zh-CN"/>
        </w:rPr>
        <w:t>长期 100% 时，降级为</w:t>
      </w:r>
      <w:r>
        <w:rPr>
          <w:b/>
          <w:lang w:eastAsia="zh-CN"/>
        </w:rPr>
        <w:t>回归集</w:t>
      </w:r>
      <w:r>
        <w:rPr>
          <w:lang w:eastAsia="zh-CN"/>
        </w:rPr>
        <w:t>（</w:t>
      </w:r>
      <w:proofErr w:type="gramStart"/>
      <w:r>
        <w:rPr>
          <w:lang w:eastAsia="zh-CN"/>
        </w:rPr>
        <w:t>防旧问题</w:t>
      </w:r>
      <w:proofErr w:type="gramEnd"/>
      <w:r>
        <w:rPr>
          <w:lang w:eastAsia="zh-CN"/>
        </w:rPr>
        <w:t>复发），另开更难的新题；</w:t>
      </w:r>
    </w:p>
    <w:p w14:paraId="04D0A42C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回流节奏</w:t>
      </w:r>
      <w:r>
        <w:rPr>
          <w:lang w:eastAsia="zh-CN"/>
        </w:rPr>
        <w:t xml:space="preserve">：每周把线上发现的 </w:t>
      </w:r>
      <w:proofErr w:type="spellStart"/>
      <w:r>
        <w:rPr>
          <w:lang w:eastAsia="zh-CN"/>
        </w:rPr>
        <w:t>badcase</w:t>
      </w:r>
      <w:proofErr w:type="spellEnd"/>
      <w:r>
        <w:rPr>
          <w:lang w:eastAsia="zh-CN"/>
        </w:rPr>
        <w:t xml:space="preserve"> 按"约束编号 + 环节"归因后回流。</w:t>
      </w:r>
    </w:p>
    <w:p w14:paraId="5336EC6C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7. 当前状态与下一步</w:t>
      </w:r>
    </w:p>
    <w:p w14:paraId="7D18CD2A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7.1 已完成</w:t>
      </w:r>
    </w:p>
    <w:p w14:paraId="3B83AD9C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[x] 判分口径定稿（C1–C6 判定方式、判据、违规等级）</w:t>
      </w:r>
    </w:p>
    <w:p w14:paraId="45A7FC22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[x] 评分与分流规则（规则分 + 业务判定两层）</w:t>
      </w:r>
    </w:p>
    <w:p w14:paraId="5880829C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lastRenderedPageBreak/>
        <w:t>[x] 30 条用例规格（边界 6 条、对抗 4 条定稿；典型 8 条骨架已定）</w:t>
      </w:r>
    </w:p>
    <w:p w14:paraId="551F87D7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[x] 执行流程、发布闸门、版本管理规则</w:t>
      </w:r>
    </w:p>
    <w:p w14:paraId="35AB35E6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[x] 自动判分脚本（C1/C3/C4）</w:t>
      </w:r>
    </w:p>
    <w:p w14:paraId="043F7686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7.2 待补入（依赖原始素材迁移）</w:t>
      </w:r>
    </w:p>
    <w:p w14:paraId="11B2AE7A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 ] 典型 8 条用例的真实选题措辞</w:t>
      </w:r>
    </w:p>
    <w:p w14:paraId="0EDC2FDA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[ ] </w:t>
      </w:r>
      <w:proofErr w:type="spellStart"/>
      <w:r>
        <w:rPr>
          <w:lang w:eastAsia="zh-CN"/>
        </w:rPr>
        <w:t>badcase</w:t>
      </w:r>
      <w:proofErr w:type="spellEnd"/>
      <w:r>
        <w:rPr>
          <w:lang w:eastAsia="zh-CN"/>
        </w:rPr>
        <w:t xml:space="preserve"> 12 条的真实选题措辞（失败模式与受众已定稿）</w:t>
      </w:r>
    </w:p>
    <w:p w14:paraId="30247425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 ] 首轮跑分：</w:t>
      </w:r>
      <w:proofErr w:type="gramStart"/>
      <w:r>
        <w:rPr>
          <w:lang w:eastAsia="zh-CN"/>
        </w:rPr>
        <w:t>分维度</w:t>
      </w:r>
      <w:proofErr w:type="gramEnd"/>
      <w:r>
        <w:rPr>
          <w:lang w:eastAsia="zh-CN"/>
        </w:rPr>
        <w:t>通过率、失败模式占比</w:t>
      </w:r>
    </w:p>
    <w:p w14:paraId="018880E5" w14:textId="77777777" w:rsidR="00F62C2C" w:rsidRDefault="00000000">
      <w:pPr>
        <w:pStyle w:val="a0"/>
        <w:spacing w:after="60"/>
      </w:pPr>
      <w:r>
        <w:t xml:space="preserve">[ ] </w:t>
      </w:r>
      <w:proofErr w:type="spellStart"/>
      <w:r>
        <w:t>判分器与人工的一致率</w:t>
      </w:r>
      <w:proofErr w:type="spellEnd"/>
    </w:p>
    <w:p w14:paraId="6CC56F4F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[ ] 阈值再校准（C5 相似度 0.50、C6 长句 40 字；C1 阈值 0.25 已实测标定）</w:t>
      </w:r>
    </w:p>
    <w:p w14:paraId="6D4C2AA6" w14:textId="77777777" w:rsidR="00F62C2C" w:rsidRDefault="00000000">
      <w:pPr>
        <w:pStyle w:val="4"/>
        <w:spacing w:before="180" w:after="80"/>
      </w:pPr>
      <w:r>
        <w:rPr>
          <w:rFonts w:ascii="微软雅黑" w:eastAsia="微软雅黑" w:hAnsi="微软雅黑"/>
          <w:color w:val="3A3A3A"/>
          <w:sz w:val="22"/>
        </w:rPr>
        <w:t xml:space="preserve">7.3 </w:t>
      </w:r>
      <w:proofErr w:type="spellStart"/>
      <w:r>
        <w:rPr>
          <w:rFonts w:ascii="微软雅黑" w:eastAsia="微软雅黑" w:hAnsi="微软雅黑"/>
          <w:color w:val="3A3A3A"/>
          <w:sz w:val="22"/>
        </w:rPr>
        <w:t>下一步</w:t>
      </w:r>
      <w:proofErr w:type="spellEnd"/>
    </w:p>
    <w:p w14:paraId="1E0D1EEA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 xml:space="preserve">补入 30 条用例的真实选题措辞 → </w:t>
      </w:r>
      <w:proofErr w:type="gramStart"/>
      <w:r>
        <w:rPr>
          <w:lang w:eastAsia="zh-CN"/>
        </w:rPr>
        <w:t>用例表</w:t>
      </w:r>
      <w:proofErr w:type="gramEnd"/>
      <w:r>
        <w:rPr>
          <w:lang w:eastAsia="zh-CN"/>
        </w:rPr>
        <w:t>可跑；</w:t>
      </w:r>
    </w:p>
    <w:p w14:paraId="7867AD2E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 xml:space="preserve">原始素材迁移后跑首轮 → </w:t>
      </w:r>
      <w:proofErr w:type="gramStart"/>
      <w:r>
        <w:rPr>
          <w:lang w:eastAsia="zh-CN"/>
        </w:rPr>
        <w:t>填第</w:t>
      </w:r>
      <w:proofErr w:type="gramEnd"/>
      <w:r>
        <w:rPr>
          <w:lang w:eastAsia="zh-CN"/>
        </w:rPr>
        <w:t xml:space="preserve"> 7.2 各项；</w:t>
      </w:r>
    </w:p>
    <w:p w14:paraId="3C6BA410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按首轮数据校准阈值 → 出 v1.2。</w:t>
      </w:r>
    </w:p>
    <w:p w14:paraId="0881D873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附录 A：与其他文档的对应关系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222"/>
        <w:gridCol w:w="3056"/>
        <w:gridCol w:w="5134"/>
      </w:tblGrid>
      <w:tr w:rsidR="00F62C2C" w14:paraId="67130286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7859770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本文</w:t>
            </w:r>
            <w:proofErr w:type="spellEnd"/>
          </w:p>
        </w:tc>
        <w:tc>
          <w:tcPr>
            <w:tcW w:w="3055" w:type="dxa"/>
          </w:tcPr>
          <w:p w14:paraId="1B397F0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对应文档</w:t>
            </w:r>
          </w:p>
        </w:tc>
        <w:tc>
          <w:tcPr>
            <w:tcW w:w="5133" w:type="dxa"/>
          </w:tcPr>
          <w:p w14:paraId="07C9E2E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关系</w:t>
            </w:r>
          </w:p>
        </w:tc>
      </w:tr>
      <w:tr w:rsidR="00F62C2C" w14:paraId="7FF47E6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5F54AE8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C1–C6 判分口径</w:t>
            </w:r>
          </w:p>
        </w:tc>
        <w:tc>
          <w:tcPr>
            <w:tcW w:w="3055" w:type="dxa"/>
          </w:tcPr>
          <w:p w14:paraId="4EB7BDA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PRD 5.4《硬性约束》</w:t>
            </w:r>
          </w:p>
        </w:tc>
        <w:tc>
          <w:tcPr>
            <w:tcW w:w="5133" w:type="dxa"/>
          </w:tcPr>
          <w:p w14:paraId="79F3258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本文把"约束"转成"判据"</w:t>
            </w:r>
          </w:p>
        </w:tc>
      </w:tr>
      <w:tr w:rsidR="00F62C2C" w14:paraId="3E8F7F0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61A2B3C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评分与分流</w:t>
            </w:r>
          </w:p>
        </w:tc>
        <w:tc>
          <w:tcPr>
            <w:tcW w:w="3055" w:type="dxa"/>
          </w:tcPr>
          <w:p w14:paraId="39D88CB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PRD 5.6《动态评分校验》</w:t>
            </w:r>
          </w:p>
        </w:tc>
        <w:tc>
          <w:tcPr>
            <w:tcW w:w="5133" w:type="dxa"/>
          </w:tcPr>
          <w:p w14:paraId="439B797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本文的规则分与业务判定与之一致</w:t>
            </w:r>
          </w:p>
        </w:tc>
      </w:tr>
      <w:tr w:rsidR="00F62C2C" w14:paraId="6F7CE74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220A181A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用例来源</w:t>
            </w:r>
            <w:proofErr w:type="spellEnd"/>
          </w:p>
        </w:tc>
        <w:tc>
          <w:tcPr>
            <w:tcW w:w="3055" w:type="dxa"/>
          </w:tcPr>
          <w:p w14:paraId="784B530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PRD 第 9 章《异常与边界场景》</w:t>
            </w:r>
          </w:p>
        </w:tc>
        <w:tc>
          <w:tcPr>
            <w:tcW w:w="5133" w:type="dxa"/>
          </w:tcPr>
          <w:p w14:paraId="7CBCBBC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边界</w:t>
            </w:r>
            <w:proofErr w:type="spellEnd"/>
            <w:r>
              <w:rPr>
                <w:sz w:val="18"/>
              </w:rPr>
              <w:t xml:space="preserve"> 6 条 1:1 派生</w:t>
            </w:r>
          </w:p>
        </w:tc>
      </w:tr>
      <w:tr w:rsidR="00F62C2C" w14:paraId="2CA31C9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25C0B5B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验收方式</w:t>
            </w:r>
          </w:p>
        </w:tc>
        <w:tc>
          <w:tcPr>
            <w:tcW w:w="3055" w:type="dxa"/>
          </w:tcPr>
          <w:p w14:paraId="6D07956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PRD 第 10 章《验收标准》</w:t>
            </w:r>
          </w:p>
        </w:tc>
        <w:tc>
          <w:tcPr>
            <w:tcW w:w="5133" w:type="dxa"/>
          </w:tcPr>
          <w:p w14:paraId="56FC6B0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本文把"给定</w:t>
            </w:r>
            <w:proofErr w:type="gramStart"/>
            <w:r>
              <w:rPr>
                <w:sz w:val="18"/>
                <w:lang w:eastAsia="zh-CN"/>
              </w:rPr>
              <w:t>—当—</w:t>
            </w:r>
            <w:proofErr w:type="gramEnd"/>
            <w:r>
              <w:rPr>
                <w:sz w:val="18"/>
                <w:lang w:eastAsia="zh-CN"/>
              </w:rPr>
              <w:t>则"转成可执行用例</w:t>
            </w:r>
          </w:p>
        </w:tc>
      </w:tr>
      <w:tr w:rsidR="00F62C2C" w14:paraId="3F35233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088CFBBE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阈值参数</w:t>
            </w:r>
            <w:proofErr w:type="spellEnd"/>
          </w:p>
        </w:tc>
        <w:tc>
          <w:tcPr>
            <w:tcW w:w="3055" w:type="dxa"/>
          </w:tcPr>
          <w:p w14:paraId="23A2598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PRD 附录 B6</w:t>
            </w:r>
          </w:p>
        </w:tc>
        <w:tc>
          <w:tcPr>
            <w:tcW w:w="5133" w:type="dxa"/>
          </w:tcPr>
          <w:p w14:paraId="2652528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本文附录列明待校准阈值</w:t>
            </w:r>
          </w:p>
        </w:tc>
      </w:tr>
      <w:tr w:rsidR="00F62C2C" w14:paraId="1A6D539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7494DFD3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失败模式</w:t>
            </w:r>
            <w:proofErr w:type="spellEnd"/>
          </w:p>
        </w:tc>
        <w:tc>
          <w:tcPr>
            <w:tcW w:w="3055" w:type="dxa"/>
          </w:tcPr>
          <w:p w14:paraId="0E5BA29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PRD 第 12 章《风险与依赖》</w:t>
            </w:r>
          </w:p>
        </w:tc>
        <w:tc>
          <w:tcPr>
            <w:tcW w:w="5133" w:type="dxa"/>
          </w:tcPr>
          <w:p w14:paraId="6C79DF0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风险项转化为可测用例</w:t>
            </w:r>
          </w:p>
        </w:tc>
      </w:tr>
      <w:tr w:rsidR="00F62C2C" w14:paraId="384A4AD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2" w:type="dxa"/>
          </w:tcPr>
          <w:p w14:paraId="6F2D08CB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待同步</w:t>
            </w:r>
            <w:proofErr w:type="spellEnd"/>
          </w:p>
        </w:tc>
        <w:tc>
          <w:tcPr>
            <w:tcW w:w="3055" w:type="dxa"/>
          </w:tcPr>
          <w:p w14:paraId="2DB7496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PRD 5.3《骨架生产（7 段式）》与附录 B3</w:t>
            </w:r>
          </w:p>
        </w:tc>
        <w:tc>
          <w:tcPr>
            <w:tcW w:w="5133" w:type="dxa"/>
          </w:tcPr>
          <w:p w14:paraId="6B87155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⚠️ PRD 现写"7 段骨架"且标注为"设计还原"，与真实结构「一条主线 + 6 </w:t>
            </w:r>
            <w:proofErr w:type="gramStart"/>
            <w:r>
              <w:rPr>
                <w:sz w:val="18"/>
                <w:lang w:eastAsia="zh-CN"/>
              </w:rPr>
              <w:t>个</w:t>
            </w:r>
            <w:proofErr w:type="gramEnd"/>
            <w:r>
              <w:rPr>
                <w:sz w:val="18"/>
                <w:lang w:eastAsia="zh-CN"/>
              </w:rPr>
              <w:t>小论点」不一致，</w:t>
            </w:r>
            <w:r>
              <w:rPr>
                <w:b/>
                <w:sz w:val="18"/>
                <w:lang w:eastAsia="zh-CN"/>
              </w:rPr>
              <w:t>需回改 PRD</w:t>
            </w:r>
          </w:p>
        </w:tc>
      </w:tr>
    </w:tbl>
    <w:p w14:paraId="15255EB1" w14:textId="77777777" w:rsidR="00F62C2C" w:rsidRDefault="00F62C2C">
      <w:pPr>
        <w:rPr>
          <w:lang w:eastAsia="zh-CN"/>
        </w:rPr>
      </w:pPr>
    </w:p>
    <w:p w14:paraId="55AE5E34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lastRenderedPageBreak/>
        <w:t>附录</w:t>
      </w:r>
      <w:proofErr w:type="spellEnd"/>
      <w:r>
        <w:rPr>
          <w:rFonts w:ascii="微软雅黑" w:eastAsia="微软雅黑" w:hAnsi="微软雅黑"/>
          <w:color w:val="3A3A3A"/>
          <w:sz w:val="24"/>
        </w:rPr>
        <w:t xml:space="preserve"> </w:t>
      </w:r>
      <w:proofErr w:type="spellStart"/>
      <w:r>
        <w:rPr>
          <w:rFonts w:ascii="微软雅黑" w:eastAsia="微软雅黑" w:hAnsi="微软雅黑"/>
          <w:color w:val="3A3A3A"/>
          <w:sz w:val="24"/>
        </w:rPr>
        <w:t>B：术语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3620"/>
        <w:gridCol w:w="5792"/>
      </w:tblGrid>
      <w:tr w:rsidR="00F62C2C" w14:paraId="3D2AFE3B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1D60C9A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术语</w:t>
            </w:r>
          </w:p>
        </w:tc>
        <w:tc>
          <w:tcPr>
            <w:tcW w:w="5792" w:type="dxa"/>
          </w:tcPr>
          <w:p w14:paraId="2525FB6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</w:tr>
      <w:tr w:rsidR="00F62C2C" w14:paraId="755B4F6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3567E66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golden set（金标集）</w:t>
            </w:r>
          </w:p>
        </w:tc>
        <w:tc>
          <w:tcPr>
            <w:tcW w:w="5792" w:type="dxa"/>
          </w:tcPr>
          <w:p w14:paraId="6DFF473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用于发版闸门、"分数不退步才放行"的那一层用例</w:t>
            </w:r>
          </w:p>
        </w:tc>
      </w:tr>
      <w:tr w:rsidR="00F62C2C" w14:paraId="5DE95AB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4B034258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回归集</w:t>
            </w:r>
            <w:proofErr w:type="spellEnd"/>
          </w:p>
        </w:tc>
        <w:tc>
          <w:tcPr>
            <w:tcW w:w="5792" w:type="dxa"/>
          </w:tcPr>
          <w:p w14:paraId="57150EE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已饱和的旧题降级后的集合，</w:t>
            </w:r>
            <w:proofErr w:type="gramStart"/>
            <w:r>
              <w:rPr>
                <w:sz w:val="18"/>
                <w:lang w:eastAsia="zh-CN"/>
              </w:rPr>
              <w:t>用于防旧问题</w:t>
            </w:r>
            <w:proofErr w:type="gramEnd"/>
            <w:r>
              <w:rPr>
                <w:sz w:val="18"/>
                <w:lang w:eastAsia="zh-CN"/>
              </w:rPr>
              <w:t>复发</w:t>
            </w:r>
          </w:p>
        </w:tc>
      </w:tr>
      <w:tr w:rsidR="00F62C2C" w14:paraId="4B61364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5C4A9538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badcase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回流</w:t>
            </w:r>
            <w:proofErr w:type="spellEnd"/>
          </w:p>
        </w:tc>
        <w:tc>
          <w:tcPr>
            <w:tcW w:w="5792" w:type="dxa"/>
          </w:tcPr>
          <w:p w14:paraId="344B64A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把线上发现的错误案例沉淀进评测集并归因修复的闭环</w:t>
            </w:r>
          </w:p>
        </w:tc>
      </w:tr>
      <w:tr w:rsidR="00F62C2C" w14:paraId="6E66571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6B6D2DCB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一票否决项</w:t>
            </w:r>
            <w:proofErr w:type="spellEnd"/>
          </w:p>
        </w:tc>
        <w:tc>
          <w:tcPr>
            <w:tcW w:w="5792" w:type="dxa"/>
          </w:tcPr>
          <w:p w14:paraId="5682AE5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无论总分多高都不得放行的</w:t>
            </w:r>
            <w:proofErr w:type="gramStart"/>
            <w:r>
              <w:rPr>
                <w:sz w:val="18"/>
                <w:lang w:eastAsia="zh-CN"/>
              </w:rPr>
              <w:t>红线项</w:t>
            </w:r>
            <w:proofErr w:type="gramEnd"/>
          </w:p>
        </w:tc>
      </w:tr>
      <w:tr w:rsidR="00F62C2C" w14:paraId="6FC31CD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0" w:type="dxa"/>
          </w:tcPr>
          <w:p w14:paraId="67278B8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LLM-as-a-Judge</w:t>
            </w:r>
          </w:p>
        </w:tc>
        <w:tc>
          <w:tcPr>
            <w:tcW w:w="5792" w:type="dxa"/>
          </w:tcPr>
          <w:p w14:paraId="7321B90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用模型对输出打分的方法，需先验证与人工的一致率</w:t>
            </w:r>
          </w:p>
        </w:tc>
      </w:tr>
    </w:tbl>
    <w:p w14:paraId="2B36A7BF" w14:textId="77777777" w:rsidR="00F62C2C" w:rsidRDefault="00F62C2C">
      <w:pPr>
        <w:rPr>
          <w:lang w:eastAsia="zh-CN"/>
        </w:rPr>
      </w:pPr>
    </w:p>
    <w:p w14:paraId="6ACE080D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7D17C75E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项目：03-AI内容生产Agent系统/评测集</w:t>
      </w:r>
    </w:p>
    <w:p w14:paraId="144849AD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 xml:space="preserve">判分器校准记录（5 </w:t>
      </w:r>
      <w:proofErr w:type="gramStart"/>
      <w:r>
        <w:rPr>
          <w:rFonts w:ascii="微软雅黑" w:eastAsia="微软雅黑" w:hAnsi="微软雅黑"/>
          <w:color w:val="1B365D"/>
          <w:sz w:val="36"/>
          <w:lang w:eastAsia="zh-CN"/>
        </w:rPr>
        <w:t>个</w:t>
      </w:r>
      <w:proofErr w:type="gramEnd"/>
      <w:r>
        <w:rPr>
          <w:rFonts w:ascii="微软雅黑" w:eastAsia="微软雅黑" w:hAnsi="微软雅黑"/>
          <w:color w:val="1B365D"/>
          <w:sz w:val="36"/>
          <w:lang w:eastAsia="zh-CN"/>
        </w:rPr>
        <w:t>实测问题）</w:t>
      </w:r>
    </w:p>
    <w:p w14:paraId="343F344F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判分器校准记录 v1（C1 / C3 / C4）</w:t>
      </w:r>
    </w:p>
    <w:p w14:paraId="77C698F5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用途</w:t>
      </w:r>
      <w:r>
        <w:rPr>
          <w:lang w:eastAsia="zh-CN"/>
        </w:rPr>
        <w:t>：记录自动判分逻辑在开发中实际暴露的错误，以及修正方式。</w:t>
      </w:r>
    </w:p>
    <w:p w14:paraId="18E6DC2D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为什么值得留档</w:t>
      </w:r>
      <w:r>
        <w:rPr>
          <w:lang w:eastAsia="zh-CN"/>
        </w:rPr>
        <w:t>：这件事同时证明两件事——① 判分器不是"写完就算"，是需要被校准的；② 我自己会发现并</w:t>
      </w:r>
      <w:proofErr w:type="gramStart"/>
      <w:r>
        <w:rPr>
          <w:lang w:eastAsia="zh-CN"/>
        </w:rPr>
        <w:t>修掉假阳性</w:t>
      </w:r>
      <w:proofErr w:type="gramEnd"/>
      <w:r>
        <w:rPr>
          <w:lang w:eastAsia="zh-CN"/>
        </w:rPr>
        <w:t>/假阴性，而不是让它污染分数。</w:t>
      </w:r>
    </w:p>
    <w:p w14:paraId="6B9976D9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数据说明：本记录中的样本均为</w:t>
      </w:r>
      <w:r>
        <w:rPr>
          <w:b/>
          <w:i/>
          <w:color w:val="555555"/>
          <w:lang w:eastAsia="zh-CN"/>
        </w:rPr>
        <w:t>构造样本</w:t>
      </w:r>
      <w:r>
        <w:rPr>
          <w:i/>
          <w:color w:val="555555"/>
          <w:lang w:eastAsia="zh-CN"/>
        </w:rPr>
        <w:t>（用于验证规则），不代表真实生产数据。</w:t>
      </w:r>
    </w:p>
    <w:p w14:paraId="79714E20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背景：为什么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客观项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必须代码判、且代码判也必须被校准</w:t>
      </w:r>
    </w:p>
    <w:p w14:paraId="0ACF2607" w14:textId="77777777" w:rsidR="00F62C2C" w:rsidRDefault="00000000">
      <w:pPr>
        <w:rPr>
          <w:lang w:eastAsia="zh-CN"/>
        </w:rPr>
      </w:pPr>
      <w:r>
        <w:rPr>
          <w:lang w:eastAsia="zh-CN"/>
        </w:rPr>
        <w:t>C1（类比必须来自知识库）、C3（不引入未经验证的数据/事实）、C4（7 段骨架完整）被定义为一票否决项。一票否决项的特征是</w:t>
      </w:r>
      <w:r>
        <w:rPr>
          <w:b/>
          <w:lang w:eastAsia="zh-CN"/>
        </w:rPr>
        <w:t>误判代价不对称</w:t>
      </w:r>
      <w:r>
        <w:rPr>
          <w:lang w:eastAsia="zh-CN"/>
        </w:rPr>
        <w:t>：</w:t>
      </w:r>
    </w:p>
    <w:p w14:paraId="47F28C85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假阴性</w:t>
      </w:r>
      <w:r>
        <w:rPr>
          <w:lang w:eastAsia="zh-CN"/>
        </w:rPr>
        <w:t>（真</w:t>
      </w:r>
      <w:proofErr w:type="gramStart"/>
      <w:r>
        <w:rPr>
          <w:lang w:eastAsia="zh-CN"/>
        </w:rPr>
        <w:t>违规判成通过</w:t>
      </w:r>
      <w:proofErr w:type="gramEnd"/>
      <w:r>
        <w:rPr>
          <w:lang w:eastAsia="zh-CN"/>
        </w:rPr>
        <w:t>）→ 违规内容流出，是事故；</w:t>
      </w:r>
    </w:p>
    <w:p w14:paraId="3F05AA13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假阳性</w:t>
      </w:r>
      <w:r>
        <w:rPr>
          <w:lang w:eastAsia="zh-CN"/>
        </w:rPr>
        <w:t>（合</w:t>
      </w:r>
      <w:proofErr w:type="gramStart"/>
      <w:r>
        <w:rPr>
          <w:lang w:eastAsia="zh-CN"/>
        </w:rPr>
        <w:t>规内容判成违规</w:t>
      </w:r>
      <w:proofErr w:type="gramEnd"/>
      <w:r>
        <w:rPr>
          <w:lang w:eastAsia="zh-CN"/>
        </w:rPr>
        <w:t>）→ 正常稿件被拦，增加人工成本，久了团队会绕过评测。</w:t>
      </w:r>
    </w:p>
    <w:p w14:paraId="575A79FC" w14:textId="77777777" w:rsidR="00F62C2C" w:rsidRDefault="00000000">
      <w:pPr>
        <w:rPr>
          <w:lang w:eastAsia="zh-CN"/>
        </w:rPr>
      </w:pPr>
      <w:r>
        <w:rPr>
          <w:lang w:eastAsia="zh-CN"/>
        </w:rPr>
        <w:t>因此判分器必须双向验证。以下两个问题都是在这个验证过程中被发现的。</w:t>
      </w:r>
    </w:p>
    <w:p w14:paraId="4506A5A4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问题 1：出处识别把「段落标题」当成了引用（假阴性）</w:t>
      </w:r>
    </w:p>
    <w:p w14:paraId="2B0D7067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现象</w:t>
      </w:r>
      <w:r>
        <w:rPr>
          <w:lang w:eastAsia="zh-CN"/>
        </w:rPr>
        <w:t>：脚本</w:t>
      </w:r>
    </w:p>
    <w:p w14:paraId="3D9DE181" w14:textId="77777777" w:rsidR="00F62C2C" w:rsidRDefault="00000000">
      <w:pPr>
        <w:ind w:left="283"/>
        <w:rPr>
          <w:lang w:eastAsia="zh-CN"/>
        </w:rPr>
      </w:pPr>
      <w:r>
        <w:rPr>
          <w:rFonts w:ascii="Consolas" w:hAnsi="Consolas"/>
          <w:sz w:val="18"/>
          <w:lang w:eastAsia="zh-CN"/>
        </w:rPr>
        <w:t>【原理展开】</w:t>
      </w:r>
      <w:r>
        <w:rPr>
          <w:rFonts w:ascii="Consolas" w:hAnsi="Consolas"/>
          <w:sz w:val="18"/>
          <w:lang w:eastAsia="zh-CN"/>
        </w:rPr>
        <w:br/>
      </w:r>
      <w:r>
        <w:rPr>
          <w:rFonts w:ascii="Consolas" w:hAnsi="Consolas"/>
          <w:sz w:val="18"/>
          <w:lang w:eastAsia="zh-CN"/>
        </w:rPr>
        <w:t>南宋时期杭州人口超过一百万，是全国最大的城市。</w:t>
      </w:r>
    </w:p>
    <w:p w14:paraId="6CE0F3A4" w14:textId="77777777" w:rsidR="00F62C2C" w:rsidRDefault="00000000">
      <w:pPr>
        <w:rPr>
          <w:lang w:eastAsia="zh-CN"/>
        </w:rPr>
      </w:pPr>
      <w:r>
        <w:rPr>
          <w:rFonts w:ascii="Consolas" w:hAnsi="Consolas"/>
          <w:color w:val="B03030"/>
          <w:sz w:val="18"/>
          <w:lang w:eastAsia="zh-CN"/>
        </w:rPr>
        <w:t>一百万</w:t>
      </w:r>
      <w:r>
        <w:rPr>
          <w:lang w:eastAsia="zh-CN"/>
        </w:rPr>
        <w:t xml:space="preserve"> 属无出处数字，应判 C3 违规；实测却判为"通过"。</w:t>
      </w:r>
    </w:p>
    <w:p w14:paraId="0CEFDC5B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 xml:space="preserve">：出处正则最初把任意 </w:t>
      </w:r>
      <w:r>
        <w:rPr>
          <w:rFonts w:ascii="Consolas" w:hAnsi="Consolas"/>
          <w:color w:val="B03030"/>
          <w:sz w:val="18"/>
          <w:lang w:eastAsia="zh-CN"/>
        </w:rPr>
        <w:t>【</w:t>
      </w:r>
      <w:r>
        <w:rPr>
          <w:rFonts w:ascii="Consolas" w:hAnsi="Consolas"/>
          <w:color w:val="B03030"/>
          <w:sz w:val="18"/>
          <w:lang w:eastAsia="zh-CN"/>
        </w:rPr>
        <w:t>…</w:t>
      </w:r>
      <w:r>
        <w:rPr>
          <w:rFonts w:ascii="Consolas" w:hAnsi="Consolas"/>
          <w:color w:val="B03030"/>
          <w:sz w:val="18"/>
          <w:lang w:eastAsia="zh-CN"/>
        </w:rPr>
        <w:t>】</w:t>
      </w:r>
      <w:r>
        <w:rPr>
          <w:lang w:eastAsia="zh-CN"/>
        </w:rPr>
        <w:t xml:space="preserve"> 都视为引用标记，于是 7 段骨架的段落标题 </w:t>
      </w:r>
      <w:r>
        <w:rPr>
          <w:rFonts w:ascii="Consolas" w:hAnsi="Consolas"/>
          <w:color w:val="B03030"/>
          <w:sz w:val="18"/>
          <w:lang w:eastAsia="zh-CN"/>
        </w:rPr>
        <w:t>【原理展开】</w:t>
      </w:r>
      <w:r>
        <w:rPr>
          <w:lang w:eastAsia="zh-CN"/>
        </w:rPr>
        <w:t xml:space="preserve"> 被识别为"有出处"。</w:t>
      </w:r>
    </w:p>
    <w:p w14:paraId="68E5599C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lastRenderedPageBreak/>
        <w:t>危险性</w:t>
      </w:r>
      <w:r>
        <w:rPr>
          <w:lang w:eastAsia="zh-CN"/>
        </w:rPr>
        <w:t>：这是系统性的假阴性——</w:t>
      </w:r>
      <w:r>
        <w:rPr>
          <w:b/>
          <w:lang w:eastAsia="zh-CN"/>
        </w:rPr>
        <w:t>只要脚本按规范写段落标题，所有无出处数字都会被自动豁免</w:t>
      </w:r>
      <w:r>
        <w:rPr>
          <w:lang w:eastAsia="zh-CN"/>
        </w:rPr>
        <w:t>，等于 C3 这条一票否决项在生产环境里完全失效。</w:t>
      </w:r>
    </w:p>
    <w:p w14:paraId="41ABAB9C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修正</w:t>
      </w:r>
      <w:r>
        <w:rPr>
          <w:lang w:eastAsia="zh-CN"/>
        </w:rPr>
        <w:t>：只承认真正的引用写法，覆盖三类真实写法：</w:t>
      </w:r>
    </w:p>
    <w:p w14:paraId="71E355C3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段内注释：</w:t>
      </w:r>
      <w:r>
        <w:rPr>
          <w:rFonts w:ascii="Consolas" w:hAnsi="Consolas"/>
          <w:color w:val="B03030"/>
          <w:sz w:val="18"/>
          <w:lang w:eastAsia="zh-CN"/>
        </w:rPr>
        <w:t>（来源：省</w:t>
      </w:r>
      <w:proofErr w:type="gramStart"/>
      <w:r>
        <w:rPr>
          <w:rFonts w:ascii="Consolas" w:hAnsi="Consolas"/>
          <w:color w:val="B03030"/>
          <w:sz w:val="18"/>
          <w:lang w:eastAsia="zh-CN"/>
        </w:rPr>
        <w:t>文旅厅</w:t>
      </w:r>
      <w:proofErr w:type="gramEnd"/>
      <w:r>
        <w:rPr>
          <w:rFonts w:ascii="Consolas" w:hAnsi="Consolas"/>
          <w:color w:val="B03030"/>
          <w:sz w:val="18"/>
          <w:lang w:eastAsia="zh-CN"/>
        </w:rPr>
        <w:t>）</w:t>
      </w:r>
      <w:r>
        <w:rPr>
          <w:lang w:eastAsia="zh-CN"/>
        </w:rPr>
        <w:t>、</w:t>
      </w:r>
      <w:r>
        <w:rPr>
          <w:rFonts w:ascii="Consolas" w:hAnsi="Consolas"/>
          <w:color w:val="B03030"/>
          <w:sz w:val="18"/>
          <w:lang w:eastAsia="zh-CN"/>
        </w:rPr>
        <w:t>（出处：内部活动数据）</w:t>
      </w:r>
    </w:p>
    <w:p w14:paraId="395E0EBB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前置引用：</w:t>
      </w:r>
      <w:r>
        <w:rPr>
          <w:rFonts w:ascii="Consolas" w:hAnsi="Consolas"/>
          <w:color w:val="B03030"/>
          <w:sz w:val="18"/>
          <w:lang w:eastAsia="zh-CN"/>
        </w:rPr>
        <w:t>据《睡眠医学》</w:t>
      </w:r>
      <w:r>
        <w:rPr>
          <w:rFonts w:ascii="Consolas" w:hAnsi="Consolas"/>
          <w:color w:val="B03030"/>
          <w:sz w:val="18"/>
          <w:lang w:eastAsia="zh-CN"/>
        </w:rPr>
        <w:t>2023</w:t>
      </w:r>
      <w:r>
        <w:rPr>
          <w:rFonts w:ascii="Consolas" w:hAnsi="Consolas"/>
          <w:color w:val="B03030"/>
          <w:sz w:val="18"/>
          <w:lang w:eastAsia="zh-CN"/>
        </w:rPr>
        <w:t>年的研究</w:t>
      </w:r>
      <w:r>
        <w:rPr>
          <w:lang w:eastAsia="zh-CN"/>
        </w:rPr>
        <w:t>、</w:t>
      </w:r>
      <w:r>
        <w:rPr>
          <w:rFonts w:ascii="Consolas" w:hAnsi="Consolas"/>
          <w:color w:val="B03030"/>
          <w:sz w:val="18"/>
          <w:lang w:eastAsia="zh-CN"/>
        </w:rPr>
        <w:t>引自</w:t>
      </w:r>
      <w:r>
        <w:rPr>
          <w:rFonts w:ascii="Consolas" w:hAnsi="Consolas"/>
          <w:color w:val="B03030"/>
          <w:sz w:val="18"/>
          <w:lang w:eastAsia="zh-CN"/>
        </w:rPr>
        <w:t xml:space="preserve"> XX </w:t>
      </w:r>
      <w:r>
        <w:rPr>
          <w:rFonts w:ascii="Consolas" w:hAnsi="Consolas"/>
          <w:color w:val="B03030"/>
          <w:sz w:val="18"/>
          <w:lang w:eastAsia="zh-CN"/>
        </w:rPr>
        <w:t>报告</w:t>
      </w:r>
    </w:p>
    <w:p w14:paraId="6867DD32" w14:textId="77777777" w:rsidR="00F62C2C" w:rsidRDefault="00000000">
      <w:pPr>
        <w:pStyle w:val="a"/>
        <w:spacing w:after="60"/>
      </w:pPr>
      <w:proofErr w:type="spellStart"/>
      <w:r>
        <w:t>脚注编号</w:t>
      </w:r>
      <w:proofErr w:type="spellEnd"/>
      <w:r>
        <w:t>：</w:t>
      </w:r>
      <w:r>
        <w:rPr>
          <w:rFonts w:ascii="Consolas" w:hAnsi="Consolas"/>
          <w:color w:val="B03030"/>
          <w:sz w:val="18"/>
        </w:rPr>
        <w:t>[1]</w:t>
      </w:r>
    </w:p>
    <w:p w14:paraId="739DA905" w14:textId="77777777" w:rsidR="00F62C2C" w:rsidRDefault="00000000">
      <w:r>
        <w:rPr>
          <w:b/>
        </w:rPr>
        <w:t>回归验证</w:t>
      </w:r>
      <w:r>
        <w:t>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6590"/>
        <w:gridCol w:w="1411"/>
        <w:gridCol w:w="1411"/>
      </w:tblGrid>
      <w:tr w:rsidR="00F62C2C" w14:paraId="5BECACE4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026A073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输入</w:t>
            </w:r>
          </w:p>
        </w:tc>
        <w:tc>
          <w:tcPr>
            <w:tcW w:w="1411" w:type="dxa"/>
          </w:tcPr>
          <w:p w14:paraId="38A2F60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期望</w:t>
            </w:r>
          </w:p>
        </w:tc>
        <w:tc>
          <w:tcPr>
            <w:tcW w:w="1411" w:type="dxa"/>
          </w:tcPr>
          <w:p w14:paraId="5EC58E3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实测</w:t>
            </w:r>
          </w:p>
        </w:tc>
      </w:tr>
      <w:tr w:rsidR="00F62C2C" w14:paraId="5929F0D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21B17E6C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据《睡眠医学》2023年的研究…</w:t>
            </w:r>
          </w:p>
        </w:tc>
        <w:tc>
          <w:tcPr>
            <w:tcW w:w="1411" w:type="dxa"/>
          </w:tcPr>
          <w:p w14:paraId="314BB5A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豁免</w:t>
            </w:r>
            <w:proofErr w:type="spellEnd"/>
          </w:p>
        </w:tc>
        <w:tc>
          <w:tcPr>
            <w:tcW w:w="1411" w:type="dxa"/>
          </w:tcPr>
          <w:p w14:paraId="4085696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豁免</w:t>
            </w:r>
          </w:p>
        </w:tc>
      </w:tr>
      <w:tr w:rsidR="00F62C2C" w14:paraId="50DE3CB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3909EA3C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南宋时期杭州人口超过一百万。</w:t>
            </w:r>
          </w:p>
        </w:tc>
        <w:tc>
          <w:tcPr>
            <w:tcW w:w="1411" w:type="dxa"/>
          </w:tcPr>
          <w:p w14:paraId="4C6BD01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违规</w:t>
            </w:r>
            <w:proofErr w:type="spellEnd"/>
          </w:p>
        </w:tc>
        <w:tc>
          <w:tcPr>
            <w:tcW w:w="1411" w:type="dxa"/>
          </w:tcPr>
          <w:p w14:paraId="5F1C044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✅ 违规</w:t>
            </w:r>
          </w:p>
        </w:tc>
      </w:tr>
      <w:tr w:rsidR="00F62C2C" w14:paraId="299365A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78CD0A07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浙江省2024年接待游客超过3亿人次（来源：省</w:t>
            </w:r>
            <w:proofErr w:type="gramStart"/>
            <w:r>
              <w:rPr>
                <w:sz w:val="18"/>
                <w:lang w:eastAsia="zh-CN"/>
              </w:rPr>
              <w:t>文旅厅</w:t>
            </w:r>
            <w:proofErr w:type="gramEnd"/>
            <w:r>
              <w:rPr>
                <w:sz w:val="18"/>
                <w:lang w:eastAsia="zh-CN"/>
              </w:rPr>
              <w:t>）。</w:t>
            </w:r>
          </w:p>
        </w:tc>
        <w:tc>
          <w:tcPr>
            <w:tcW w:w="1411" w:type="dxa"/>
          </w:tcPr>
          <w:p w14:paraId="6D06B9E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豁免</w:t>
            </w:r>
            <w:proofErr w:type="spellEnd"/>
          </w:p>
        </w:tc>
        <w:tc>
          <w:tcPr>
            <w:tcW w:w="1411" w:type="dxa"/>
          </w:tcPr>
          <w:p w14:paraId="3616F3C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豁免</w:t>
            </w:r>
          </w:p>
        </w:tc>
      </w:tr>
      <w:tr w:rsidR="00F62C2C" w14:paraId="6664F74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16AE6B6B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南宋时期杭州人口超过一百万[1]。</w:t>
            </w:r>
          </w:p>
        </w:tc>
        <w:tc>
          <w:tcPr>
            <w:tcW w:w="1411" w:type="dxa"/>
          </w:tcPr>
          <w:p w14:paraId="3C5B958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豁免</w:t>
            </w:r>
            <w:proofErr w:type="spellEnd"/>
          </w:p>
        </w:tc>
        <w:tc>
          <w:tcPr>
            <w:tcW w:w="1411" w:type="dxa"/>
          </w:tcPr>
          <w:p w14:paraId="2083411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✅ 豁免</w:t>
            </w:r>
          </w:p>
        </w:tc>
      </w:tr>
      <w:tr w:rsidR="00F62C2C" w14:paraId="1FE7F7E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8" w:type="dxa"/>
          </w:tcPr>
          <w:p w14:paraId="4A6F5C86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【原理展开】南宋时期杭州人口超过一百万。</w:t>
            </w:r>
          </w:p>
        </w:tc>
        <w:tc>
          <w:tcPr>
            <w:tcW w:w="1411" w:type="dxa"/>
          </w:tcPr>
          <w:p w14:paraId="2D3D529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违规</w:t>
            </w:r>
            <w:proofErr w:type="spellEnd"/>
          </w:p>
        </w:tc>
        <w:tc>
          <w:tcPr>
            <w:tcW w:w="1411" w:type="dxa"/>
          </w:tcPr>
          <w:p w14:paraId="2495BFB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违规</w:t>
            </w:r>
          </w:p>
        </w:tc>
      </w:tr>
    </w:tbl>
    <w:p w14:paraId="211DB2B5" w14:textId="77777777" w:rsidR="00F62C2C" w:rsidRDefault="00F62C2C"/>
    <w:p w14:paraId="0B5D8B2B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问题 2：数字识别把口语量词当成数据（假阳性）</w:t>
      </w:r>
    </w:p>
    <w:p w14:paraId="1EB0BA0E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现象</w:t>
      </w:r>
      <w:r>
        <w:rPr>
          <w:lang w:eastAsia="zh-CN"/>
        </w:rPr>
        <w:t>：修正问题 1 后，"合</w:t>
      </w:r>
      <w:proofErr w:type="gramStart"/>
      <w:r>
        <w:rPr>
          <w:lang w:eastAsia="zh-CN"/>
        </w:rPr>
        <w:t>规</w:t>
      </w:r>
      <w:proofErr w:type="gramEnd"/>
      <w:r>
        <w:rPr>
          <w:lang w:eastAsia="zh-CN"/>
        </w:rPr>
        <w:t>样本"里</w:t>
      </w:r>
    </w:p>
    <w:p w14:paraId="7CDE5EDC" w14:textId="77777777" w:rsidR="00F62C2C" w:rsidRDefault="00000000">
      <w:pPr>
        <w:ind w:left="283"/>
        <w:rPr>
          <w:lang w:eastAsia="zh-CN"/>
        </w:rPr>
      </w:pPr>
      <w:r>
        <w:rPr>
          <w:rFonts w:ascii="Consolas" w:hAnsi="Consolas"/>
          <w:sz w:val="18"/>
          <w:lang w:eastAsia="zh-CN"/>
        </w:rPr>
        <w:t>就像手机后台开了一堆</w:t>
      </w:r>
      <w:r>
        <w:rPr>
          <w:rFonts w:ascii="Consolas" w:hAnsi="Consolas"/>
          <w:sz w:val="18"/>
          <w:lang w:eastAsia="zh-CN"/>
        </w:rPr>
        <w:t xml:space="preserve"> App…</w:t>
      </w:r>
    </w:p>
    <w:p w14:paraId="79EA0B77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被 C3 判为违规，抓出的"数字"是 </w:t>
      </w:r>
      <w:r>
        <w:rPr>
          <w:rFonts w:ascii="Consolas" w:hAnsi="Consolas"/>
          <w:color w:val="B03030"/>
          <w:sz w:val="18"/>
          <w:lang w:eastAsia="zh-CN"/>
        </w:rPr>
        <w:t>一个</w:t>
      </w:r>
      <w:r>
        <w:rPr>
          <w:lang w:eastAsia="zh-CN"/>
        </w:rPr>
        <w:t>。</w:t>
      </w:r>
    </w:p>
    <w:p w14:paraId="22C6C3A7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>：数字正则匹配"中文数字 + 量词"时过于宽松，无法区分</w:t>
      </w:r>
      <w:r>
        <w:rPr>
          <w:b/>
          <w:lang w:eastAsia="zh-CN"/>
        </w:rPr>
        <w:t>事实性数据</w:t>
      </w:r>
      <w:r>
        <w:rPr>
          <w:lang w:eastAsia="zh-CN"/>
        </w:rPr>
        <w:t>（"一百万""3 亿""五十条"）与</w:t>
      </w:r>
      <w:r>
        <w:rPr>
          <w:b/>
          <w:lang w:eastAsia="zh-CN"/>
        </w:rPr>
        <w:t>虚指量词</w:t>
      </w:r>
      <w:r>
        <w:rPr>
          <w:lang w:eastAsia="zh-CN"/>
        </w:rPr>
        <w:t>（"一个""两个""一堆"）。</w:t>
      </w:r>
    </w:p>
    <w:p w14:paraId="3E4C950A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危险性</w:t>
      </w:r>
      <w:r>
        <w:rPr>
          <w:lang w:eastAsia="zh-CN"/>
        </w:rPr>
        <w:t>：假阳性会淹没真问题——如果每篇稿子都因"一个"报违规，C3 的告警就没人看了。</w:t>
      </w:r>
    </w:p>
    <w:p w14:paraId="1AFE8364" w14:textId="77777777" w:rsidR="00F62C2C" w:rsidRDefault="00000000">
      <w:proofErr w:type="spellStart"/>
      <w:r>
        <w:rPr>
          <w:b/>
        </w:rPr>
        <w:t>修正</w:t>
      </w:r>
      <w:proofErr w:type="spellEnd"/>
      <w:r>
        <w:t>：</w:t>
      </w:r>
    </w:p>
    <w:p w14:paraId="3103563E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阿拉伯数字一律视为需核验数据（可带单位）；</w:t>
      </w:r>
    </w:p>
    <w:p w14:paraId="681043DD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中文数字仅在</w:t>
      </w:r>
      <w:r>
        <w:rPr>
          <w:b/>
          <w:lang w:eastAsia="zh-CN"/>
        </w:rPr>
        <w:t>数量级表达</w:t>
      </w:r>
      <w:r>
        <w:rPr>
          <w:lang w:eastAsia="zh-CN"/>
        </w:rPr>
        <w:t>（万/亿/千/百/</w:t>
      </w:r>
      <w:proofErr w:type="gramStart"/>
      <w:r>
        <w:rPr>
          <w:lang w:eastAsia="zh-CN"/>
        </w:rPr>
        <w:t>倍</w:t>
      </w:r>
      <w:proofErr w:type="gramEnd"/>
      <w:r>
        <w:rPr>
          <w:lang w:eastAsia="zh-CN"/>
        </w:rPr>
        <w:t>）或</w:t>
      </w:r>
      <w:r>
        <w:rPr>
          <w:b/>
          <w:lang w:eastAsia="zh-CN"/>
        </w:rPr>
        <w:t>带单位且非虚指量词</w:t>
      </w:r>
      <w:r>
        <w:rPr>
          <w:lang w:eastAsia="zh-CN"/>
        </w:rPr>
        <w:t>时才计入；</w:t>
      </w:r>
    </w:p>
    <w:p w14:paraId="53087017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明确排除"一个""两个"这类口语量词。</w:t>
      </w:r>
    </w:p>
    <w:p w14:paraId="05C11766" w14:textId="77777777" w:rsidR="00F62C2C" w:rsidRDefault="00000000">
      <w:proofErr w:type="spellStart"/>
      <w:r>
        <w:rPr>
          <w:b/>
        </w:rPr>
        <w:lastRenderedPageBreak/>
        <w:t>回归验证</w:t>
      </w:r>
      <w:proofErr w:type="spellEnd"/>
      <w:r>
        <w:t>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7322"/>
        <w:gridCol w:w="1045"/>
        <w:gridCol w:w="1045"/>
      </w:tblGrid>
      <w:tr w:rsidR="00F62C2C" w14:paraId="2DABB477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5BAB4CE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输入</w:t>
            </w:r>
          </w:p>
        </w:tc>
        <w:tc>
          <w:tcPr>
            <w:tcW w:w="1045" w:type="dxa"/>
          </w:tcPr>
          <w:p w14:paraId="55B1A07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期望</w:t>
            </w:r>
          </w:p>
        </w:tc>
        <w:tc>
          <w:tcPr>
            <w:tcW w:w="1045" w:type="dxa"/>
          </w:tcPr>
          <w:p w14:paraId="1A64F22F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实测</w:t>
            </w:r>
          </w:p>
        </w:tc>
      </w:tr>
      <w:tr w:rsidR="00F62C2C" w14:paraId="284F688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2F370655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南宋时期杭州人口超过一百万</w:t>
            </w:r>
          </w:p>
        </w:tc>
        <w:tc>
          <w:tcPr>
            <w:tcW w:w="1045" w:type="dxa"/>
          </w:tcPr>
          <w:p w14:paraId="6CFAC13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命中</w:t>
            </w:r>
            <w:proofErr w:type="spellEnd"/>
          </w:p>
        </w:tc>
        <w:tc>
          <w:tcPr>
            <w:tcW w:w="1045" w:type="dxa"/>
          </w:tcPr>
          <w:p w14:paraId="6AD27E9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命中</w:t>
            </w:r>
          </w:p>
        </w:tc>
      </w:tr>
      <w:tr w:rsidR="00F62C2C" w14:paraId="54DB9E8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096AF99D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提升了300% / 连续打卡66天 / 每天走3公里 / 阅读了1284篇 / </w:t>
            </w:r>
            <w:proofErr w:type="gramStart"/>
            <w:r>
              <w:rPr>
                <w:sz w:val="18"/>
                <w:lang w:eastAsia="zh-CN"/>
              </w:rPr>
              <w:t>涨粉一万</w:t>
            </w:r>
            <w:proofErr w:type="gramEnd"/>
            <w:r>
              <w:rPr>
                <w:sz w:val="18"/>
                <w:lang w:eastAsia="zh-CN"/>
              </w:rPr>
              <w:t xml:space="preserve"> / 复盘了五十条视频</w:t>
            </w:r>
          </w:p>
        </w:tc>
        <w:tc>
          <w:tcPr>
            <w:tcW w:w="1045" w:type="dxa"/>
          </w:tcPr>
          <w:p w14:paraId="67F6B05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命中</w:t>
            </w:r>
            <w:proofErr w:type="spellEnd"/>
          </w:p>
        </w:tc>
        <w:tc>
          <w:tcPr>
            <w:tcW w:w="1045" w:type="dxa"/>
          </w:tcPr>
          <w:p w14:paraId="7DD7A4D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✅ 全部命中</w:t>
            </w:r>
          </w:p>
        </w:tc>
      </w:tr>
      <w:tr w:rsidR="00F62C2C" w14:paraId="1E77DDB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085D7365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开了一堆 App，电量看着满</w:t>
            </w:r>
          </w:p>
        </w:tc>
        <w:tc>
          <w:tcPr>
            <w:tcW w:w="1045" w:type="dxa"/>
          </w:tcPr>
          <w:p w14:paraId="04208EB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不命中</w:t>
            </w:r>
            <w:proofErr w:type="spellEnd"/>
          </w:p>
        </w:tc>
        <w:tc>
          <w:tcPr>
            <w:tcW w:w="1045" w:type="dxa"/>
          </w:tcPr>
          <w:p w14:paraId="700F854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不命中</w:t>
            </w:r>
          </w:p>
        </w:tc>
      </w:tr>
      <w:tr w:rsidR="00F62C2C" w14:paraId="336D336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77826E4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第一个做法是先固定起床时间</w:t>
            </w:r>
          </w:p>
        </w:tc>
        <w:tc>
          <w:tcPr>
            <w:tcW w:w="1045" w:type="dxa"/>
          </w:tcPr>
          <w:p w14:paraId="61CE8D9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不命中</w:t>
            </w:r>
            <w:proofErr w:type="spellEnd"/>
          </w:p>
        </w:tc>
        <w:tc>
          <w:tcPr>
            <w:tcW w:w="1045" w:type="dxa"/>
          </w:tcPr>
          <w:p w14:paraId="4C1A990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✅ 不命中</w:t>
            </w:r>
          </w:p>
        </w:tc>
      </w:tr>
      <w:tr w:rsidR="00F62C2C" w14:paraId="14D1FE1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7F58CC8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这两个任务互斥</w:t>
            </w:r>
          </w:p>
        </w:tc>
        <w:tc>
          <w:tcPr>
            <w:tcW w:w="1045" w:type="dxa"/>
          </w:tcPr>
          <w:p w14:paraId="0CAC45E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不命中</w:t>
            </w:r>
          </w:p>
        </w:tc>
        <w:tc>
          <w:tcPr>
            <w:tcW w:w="1045" w:type="dxa"/>
          </w:tcPr>
          <w:p w14:paraId="480221A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不命中</w:t>
            </w:r>
          </w:p>
        </w:tc>
      </w:tr>
      <w:tr w:rsidR="00F62C2C" w14:paraId="7457695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0" w:type="dxa"/>
          </w:tcPr>
          <w:p w14:paraId="570DFDA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拿一个号排队</w:t>
            </w:r>
          </w:p>
        </w:tc>
        <w:tc>
          <w:tcPr>
            <w:tcW w:w="1045" w:type="dxa"/>
          </w:tcPr>
          <w:p w14:paraId="4EC8606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不命中</w:t>
            </w:r>
          </w:p>
        </w:tc>
        <w:tc>
          <w:tcPr>
            <w:tcW w:w="1045" w:type="dxa"/>
          </w:tcPr>
          <w:p w14:paraId="7826675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✅ 不命中</w:t>
            </w:r>
          </w:p>
        </w:tc>
      </w:tr>
    </w:tbl>
    <w:p w14:paraId="58712ECE" w14:textId="77777777" w:rsidR="00F62C2C" w:rsidRDefault="00F62C2C"/>
    <w:p w14:paraId="091D8CF3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已知边界（当前版本不做，写清以免被当成 bug）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506"/>
        <w:gridCol w:w="3953"/>
        <w:gridCol w:w="3953"/>
      </w:tblGrid>
      <w:tr w:rsidR="00F62C2C" w14:paraId="42D72603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4DB50045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边界</w:t>
            </w:r>
            <w:proofErr w:type="spellEnd"/>
          </w:p>
        </w:tc>
        <w:tc>
          <w:tcPr>
            <w:tcW w:w="3953" w:type="dxa"/>
          </w:tcPr>
          <w:p w14:paraId="33D8478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  <w:tc>
          <w:tcPr>
            <w:tcW w:w="3953" w:type="dxa"/>
          </w:tcPr>
          <w:p w14:paraId="0B3D1EE6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影响</w:t>
            </w:r>
          </w:p>
        </w:tc>
      </w:tr>
      <w:tr w:rsidR="00F62C2C" w14:paraId="5EAEFD8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52DA0D5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无数字</w:t>
            </w:r>
            <w:proofErr w:type="gramEnd"/>
            <w:r>
              <w:rPr>
                <w:sz w:val="18"/>
                <w:lang w:eastAsia="zh-CN"/>
              </w:rPr>
              <w:t>的事实断言判不出</w:t>
            </w:r>
          </w:p>
        </w:tc>
        <w:tc>
          <w:tcPr>
            <w:tcW w:w="3953" w:type="dxa"/>
          </w:tcPr>
          <w:p w14:paraId="123FA58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"睡眠周期被打断"这类</w:t>
            </w:r>
            <w:r>
              <w:rPr>
                <w:b/>
                <w:sz w:val="18"/>
                <w:lang w:eastAsia="zh-CN"/>
              </w:rPr>
              <w:t>不含数字</w:t>
            </w:r>
            <w:r>
              <w:rPr>
                <w:sz w:val="18"/>
                <w:lang w:eastAsia="zh-CN"/>
              </w:rPr>
              <w:t>的断言，C3 无法判</w:t>
            </w:r>
          </w:p>
        </w:tc>
        <w:tc>
          <w:tcPr>
            <w:tcW w:w="3953" w:type="dxa"/>
          </w:tcPr>
          <w:p w14:paraId="2EBE898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C3 只能覆盖"带</w:t>
            </w:r>
            <w:proofErr w:type="gramStart"/>
            <w:r>
              <w:rPr>
                <w:sz w:val="18"/>
                <w:lang w:eastAsia="zh-CN"/>
              </w:rPr>
              <w:t>量数字</w:t>
            </w:r>
            <w:proofErr w:type="gramEnd"/>
            <w:r>
              <w:rPr>
                <w:sz w:val="18"/>
                <w:lang w:eastAsia="zh-CN"/>
              </w:rPr>
              <w:t>"，纯事实性错误需人工或 LLM 复核</w:t>
            </w:r>
          </w:p>
        </w:tc>
      </w:tr>
      <w:tr w:rsidR="00F62C2C" w14:paraId="771171B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7A41C736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口播正文提取是启发式的</w:t>
            </w:r>
          </w:p>
        </w:tc>
        <w:tc>
          <w:tcPr>
            <w:tcW w:w="3953" w:type="dxa"/>
          </w:tcPr>
          <w:p w14:paraId="48845D4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提取依赖"制作</w:t>
            </w:r>
            <w:proofErr w:type="gramStart"/>
            <w:r>
              <w:rPr>
                <w:sz w:val="18"/>
                <w:lang w:eastAsia="zh-CN"/>
              </w:rPr>
              <w:t>元信息</w:t>
            </w:r>
            <w:proofErr w:type="gramEnd"/>
            <w:r>
              <w:rPr>
                <w:sz w:val="18"/>
                <w:lang w:eastAsia="zh-CN"/>
              </w:rPr>
              <w:t>行"的特征词匹配（时长/画幅/镜头/标签…）。</w:t>
            </w:r>
            <w:r>
              <w:rPr>
                <w:b/>
                <w:sz w:val="18"/>
                <w:lang w:eastAsia="zh-CN"/>
              </w:rPr>
              <w:t>如果输入是策划稿</w:t>
            </w:r>
            <w:r>
              <w:rPr>
                <w:sz w:val="18"/>
                <w:lang w:eastAsia="zh-CN"/>
              </w:rPr>
              <w:t>（含选店清单、路线、发布时间），仍有漏网数字进入判定</w:t>
            </w:r>
          </w:p>
        </w:tc>
        <w:tc>
          <w:tcPr>
            <w:tcW w:w="3953" w:type="dxa"/>
          </w:tcPr>
          <w:p w14:paraId="18FB2D9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已加低置信度护栏（见问题 5）：违规比例 &gt;60% 时判"结果</w:t>
            </w:r>
            <w:proofErr w:type="gramStart"/>
            <w:r>
              <w:rPr>
                <w:sz w:val="18"/>
                <w:lang w:eastAsia="zh-CN"/>
              </w:rPr>
              <w:t>不</w:t>
            </w:r>
            <w:proofErr w:type="gramEnd"/>
            <w:r>
              <w:rPr>
                <w:sz w:val="18"/>
                <w:lang w:eastAsia="zh-CN"/>
              </w:rPr>
              <w:t>可用"，不产生违规结论、不触发否决</w:t>
            </w:r>
          </w:p>
        </w:tc>
      </w:tr>
      <w:tr w:rsidR="00F62C2C" w14:paraId="22D54FF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73447496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出处"有没有"不等于"可不可信"</w:t>
            </w:r>
          </w:p>
        </w:tc>
        <w:tc>
          <w:tcPr>
            <w:tcW w:w="3953" w:type="dxa"/>
          </w:tcPr>
          <w:p w14:paraId="2439891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机器只判是否标注出处，不判出处本身是否真实</w:t>
            </w:r>
          </w:p>
        </w:tc>
        <w:tc>
          <w:tcPr>
            <w:tcW w:w="3953" w:type="dxa"/>
          </w:tcPr>
          <w:p w14:paraId="4E4E09A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输出中已注明"出处本身仍需人工复核"</w:t>
            </w:r>
          </w:p>
        </w:tc>
      </w:tr>
      <w:tr w:rsidR="00F62C2C" w14:paraId="21EC3E0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6C6A949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C1 </w:t>
            </w:r>
            <w:proofErr w:type="spellStart"/>
            <w:r>
              <w:rPr>
                <w:sz w:val="18"/>
              </w:rPr>
              <w:t>依赖类比库</w:t>
            </w:r>
            <w:proofErr w:type="spellEnd"/>
          </w:p>
        </w:tc>
        <w:tc>
          <w:tcPr>
            <w:tcW w:w="3953" w:type="dxa"/>
          </w:tcPr>
          <w:p w14:paraId="4FD281F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未提供类比库时 C1 判为"无法判定"，不会默认通过</w:t>
            </w:r>
          </w:p>
        </w:tc>
        <w:tc>
          <w:tcPr>
            <w:tcW w:w="3953" w:type="dxa"/>
          </w:tcPr>
          <w:p w14:paraId="59D02A1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避免在无依据时给出通过结论</w:t>
            </w:r>
          </w:p>
        </w:tc>
      </w:tr>
      <w:tr w:rsidR="00F62C2C" w14:paraId="6BB002A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7F15564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C2 / C5 / C6 </w:t>
            </w:r>
            <w:proofErr w:type="spellStart"/>
            <w:r>
              <w:rPr>
                <w:sz w:val="18"/>
              </w:rPr>
              <w:t>未实现</w:t>
            </w:r>
            <w:proofErr w:type="spellEnd"/>
          </w:p>
        </w:tc>
        <w:tc>
          <w:tcPr>
            <w:tcW w:w="3953" w:type="dxa"/>
          </w:tcPr>
          <w:p w14:paraId="709CE98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需人工 + LLM 双评，且 LLM </w:t>
            </w:r>
            <w:proofErr w:type="gramStart"/>
            <w:r>
              <w:rPr>
                <w:sz w:val="18"/>
                <w:lang w:eastAsia="zh-CN"/>
              </w:rPr>
              <w:t>判需先</w:t>
            </w:r>
            <w:proofErr w:type="gramEnd"/>
            <w:r>
              <w:rPr>
                <w:sz w:val="18"/>
                <w:lang w:eastAsia="zh-CN"/>
              </w:rPr>
              <w:t>验证与人工一致率 ≥80%</w:t>
            </w:r>
          </w:p>
        </w:tc>
        <w:tc>
          <w:tcPr>
            <w:tcW w:w="3953" w:type="dxa"/>
          </w:tcPr>
          <w:p w14:paraId="4EB75E7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见《判分口径速查》判定方式三分法</w:t>
            </w:r>
          </w:p>
        </w:tc>
      </w:tr>
      <w:tr w:rsidR="00F62C2C" w14:paraId="3F67D4A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5A619694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字符相似度识别不了重度改写</w:t>
            </w:r>
          </w:p>
        </w:tc>
        <w:tc>
          <w:tcPr>
            <w:tcW w:w="3953" w:type="dxa"/>
          </w:tcPr>
          <w:p w14:paraId="6CDA9FA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见问题 3；中度改写相似度 0.293 贴近阈值 0.25</w:t>
            </w:r>
          </w:p>
        </w:tc>
        <w:tc>
          <w:tcPr>
            <w:tcW w:w="3953" w:type="dxa"/>
          </w:tcPr>
          <w:p w14:paraId="1A2CAFF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需后续引入语义匹配或"一条类比 + 多别名"登记</w:t>
            </w:r>
          </w:p>
        </w:tc>
      </w:tr>
    </w:tbl>
    <w:p w14:paraId="0D56B5EF" w14:textId="77777777" w:rsidR="00F62C2C" w:rsidRDefault="00F62C2C">
      <w:pPr>
        <w:rPr>
          <w:lang w:eastAsia="zh-CN"/>
        </w:rPr>
      </w:pPr>
    </w:p>
    <w:p w14:paraId="528E576F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lastRenderedPageBreak/>
        <w:t>修正后的自测结果</w:t>
      </w:r>
      <w:proofErr w:type="spellEnd"/>
    </w:p>
    <w:p w14:paraId="39BD0D59" w14:textId="77777777" w:rsidR="00F62C2C" w:rsidRDefault="00000000">
      <w:pPr>
        <w:ind w:left="283"/>
      </w:pPr>
      <w:r>
        <w:rPr>
          <w:rFonts w:ascii="Consolas" w:hAnsi="Consolas"/>
          <w:sz w:val="18"/>
        </w:rPr>
        <w:t xml:space="preserve">SELF TEST 1: </w:t>
      </w:r>
      <w:r>
        <w:rPr>
          <w:rFonts w:ascii="Consolas" w:hAnsi="Consolas"/>
          <w:sz w:val="18"/>
        </w:rPr>
        <w:t>合规样本</w:t>
      </w:r>
      <w:r>
        <w:rPr>
          <w:rFonts w:ascii="Consolas" w:hAnsi="Consolas"/>
          <w:sz w:val="18"/>
        </w:rPr>
        <w:t xml:space="preserve">  → rule_score 100 / veto false / route </w:t>
      </w:r>
      <w:r>
        <w:rPr>
          <w:rFonts w:ascii="Consolas" w:hAnsi="Consolas"/>
          <w:sz w:val="18"/>
        </w:rPr>
        <w:t>通过</w:t>
      </w:r>
      <w:r>
        <w:rPr>
          <w:rFonts w:ascii="Consolas" w:hAnsi="Consolas"/>
          <w:sz w:val="18"/>
        </w:rPr>
        <w:br/>
        <w:t xml:space="preserve">SELF TEST 2: </w:t>
      </w:r>
      <w:r>
        <w:rPr>
          <w:rFonts w:ascii="Consolas" w:hAnsi="Consolas"/>
          <w:sz w:val="18"/>
        </w:rPr>
        <w:t>违规样本</w:t>
      </w:r>
      <w:r>
        <w:rPr>
          <w:rFonts w:ascii="Consolas" w:hAnsi="Consolas"/>
          <w:sz w:val="18"/>
        </w:rPr>
        <w:t xml:space="preserve">  → rule_score 59  / veto true  / route </w:t>
      </w:r>
      <w:r>
        <w:rPr>
          <w:rFonts w:ascii="Consolas" w:hAnsi="Consolas"/>
          <w:sz w:val="18"/>
        </w:rPr>
        <w:t>转人工（一票否决）</w:t>
      </w:r>
      <w:r>
        <w:rPr>
          <w:rFonts w:ascii="Consolas" w:hAnsi="Consolas"/>
          <w:sz w:val="18"/>
        </w:rPr>
        <w:br/>
        <w:t xml:space="preserve">  C1 </w:t>
      </w:r>
      <w:r>
        <w:rPr>
          <w:rFonts w:ascii="Consolas" w:hAnsi="Consolas"/>
          <w:sz w:val="18"/>
        </w:rPr>
        <w:t>不通过</w:t>
      </w:r>
      <w:r>
        <w:rPr>
          <w:rFonts w:ascii="Consolas" w:hAnsi="Consolas"/>
          <w:sz w:val="18"/>
        </w:rPr>
        <w:t xml:space="preserve"> 1 </w:t>
      </w:r>
      <w:r>
        <w:rPr>
          <w:rFonts w:ascii="Consolas" w:hAnsi="Consolas"/>
          <w:sz w:val="18"/>
        </w:rPr>
        <w:t>项（库外类比）</w:t>
      </w:r>
      <w:r>
        <w:rPr>
          <w:rFonts w:ascii="Consolas" w:hAnsi="Consolas"/>
          <w:sz w:val="18"/>
        </w:rPr>
        <w:br/>
        <w:t xml:space="preserve">  C3 </w:t>
      </w:r>
      <w:r>
        <w:rPr>
          <w:rFonts w:ascii="Consolas" w:hAnsi="Consolas"/>
          <w:sz w:val="18"/>
        </w:rPr>
        <w:t>不通过</w:t>
      </w:r>
      <w:r>
        <w:rPr>
          <w:rFonts w:ascii="Consolas" w:hAnsi="Consolas"/>
          <w:sz w:val="18"/>
        </w:rPr>
        <w:t xml:space="preserve"> 1 </w:t>
      </w:r>
      <w:r>
        <w:rPr>
          <w:rFonts w:ascii="Consolas" w:hAnsi="Consolas"/>
          <w:sz w:val="18"/>
        </w:rPr>
        <w:t>项（无出处数字：一百万）</w:t>
      </w:r>
      <w:r>
        <w:rPr>
          <w:rFonts w:ascii="Consolas" w:hAnsi="Consolas"/>
          <w:sz w:val="18"/>
        </w:rPr>
        <w:br/>
        <w:t xml:space="preserve">  C4 </w:t>
      </w:r>
      <w:r>
        <w:rPr>
          <w:rFonts w:ascii="Consolas" w:hAnsi="Consolas"/>
          <w:sz w:val="18"/>
        </w:rPr>
        <w:t>不通过</w:t>
      </w:r>
      <w:r>
        <w:rPr>
          <w:rFonts w:ascii="Consolas" w:hAnsi="Consolas"/>
          <w:sz w:val="18"/>
        </w:rPr>
        <w:t xml:space="preserve"> 1 </w:t>
      </w:r>
      <w:r>
        <w:rPr>
          <w:rFonts w:ascii="Consolas" w:hAnsi="Consolas"/>
          <w:sz w:val="18"/>
        </w:rPr>
        <w:t>项（缺段，仅扣分不否决）</w:t>
      </w:r>
      <w:r>
        <w:rPr>
          <w:rFonts w:ascii="Consolas" w:hAnsi="Consolas"/>
          <w:sz w:val="18"/>
        </w:rPr>
        <w:br/>
        <w:t xml:space="preserve">SELF TEST 3: C1 </w:t>
      </w:r>
      <w:r>
        <w:rPr>
          <w:rFonts w:ascii="Consolas" w:hAnsi="Consolas"/>
          <w:sz w:val="18"/>
        </w:rPr>
        <w:t>三档判定</w:t>
      </w:r>
      <w:r>
        <w:rPr>
          <w:rFonts w:ascii="Consolas" w:hAnsi="Consolas"/>
          <w:sz w:val="18"/>
        </w:rPr>
        <w:t xml:space="preserve"> → </w:t>
      </w:r>
      <w:r>
        <w:rPr>
          <w:rFonts w:ascii="Consolas" w:hAnsi="Consolas"/>
          <w:sz w:val="18"/>
        </w:rPr>
        <w:t>通过</w:t>
      </w:r>
      <w:r>
        <w:rPr>
          <w:rFonts w:ascii="Consolas" w:hAnsi="Consolas"/>
          <w:sz w:val="18"/>
        </w:rPr>
        <w:t xml:space="preserve"> / </w:t>
      </w:r>
      <w:r>
        <w:rPr>
          <w:rFonts w:ascii="Consolas" w:hAnsi="Consolas"/>
          <w:sz w:val="18"/>
        </w:rPr>
        <w:t>待人工复核</w:t>
      </w:r>
      <w:r>
        <w:rPr>
          <w:rFonts w:ascii="Consolas" w:hAnsi="Consolas"/>
          <w:sz w:val="18"/>
        </w:rPr>
        <w:t xml:space="preserve"> / </w:t>
      </w:r>
      <w:r>
        <w:rPr>
          <w:rFonts w:ascii="Consolas" w:hAnsi="Consolas"/>
          <w:sz w:val="18"/>
        </w:rPr>
        <w:t>不通过</w:t>
      </w:r>
      <w:r>
        <w:rPr>
          <w:rFonts w:ascii="Consolas" w:hAnsi="Consolas"/>
          <w:sz w:val="18"/>
        </w:rPr>
        <w:t xml:space="preserve"> </w:t>
      </w:r>
      <w:r>
        <w:rPr>
          <w:rFonts w:ascii="Consolas" w:hAnsi="Consolas"/>
          <w:sz w:val="18"/>
        </w:rPr>
        <w:t>三档均按预期</w:t>
      </w:r>
      <w:r>
        <w:rPr>
          <w:rFonts w:ascii="Consolas" w:hAnsi="Consolas"/>
          <w:sz w:val="18"/>
        </w:rPr>
        <w:br/>
        <w:t xml:space="preserve">SELF TEST 4: C4 </w:t>
      </w:r>
      <w:r>
        <w:rPr>
          <w:rFonts w:ascii="Consolas" w:hAnsi="Consolas"/>
          <w:sz w:val="18"/>
        </w:rPr>
        <w:t>双路径</w:t>
      </w:r>
      <w:r>
        <w:rPr>
          <w:rFonts w:ascii="Consolas" w:hAnsi="Consolas"/>
          <w:sz w:val="18"/>
        </w:rPr>
        <w:t xml:space="preserve">   → </w:t>
      </w:r>
      <w:r>
        <w:rPr>
          <w:rFonts w:ascii="Consolas" w:hAnsi="Consolas"/>
          <w:sz w:val="18"/>
        </w:rPr>
        <w:t>路径</w:t>
      </w:r>
      <w:r>
        <w:rPr>
          <w:rFonts w:ascii="Consolas" w:hAnsi="Consolas"/>
          <w:sz w:val="18"/>
        </w:rPr>
        <w:t>A</w:t>
      </w:r>
      <w:r>
        <w:rPr>
          <w:rFonts w:ascii="Consolas" w:hAnsi="Consolas"/>
          <w:sz w:val="18"/>
        </w:rPr>
        <w:t>（显式</w:t>
      </w:r>
      <w:r>
        <w:rPr>
          <w:rFonts w:ascii="Consolas" w:hAnsi="Consolas"/>
          <w:sz w:val="18"/>
        </w:rPr>
        <w:t>7</w:t>
      </w:r>
      <w:r>
        <w:rPr>
          <w:rFonts w:ascii="Consolas" w:hAnsi="Consolas"/>
          <w:sz w:val="18"/>
        </w:rPr>
        <w:t>段）</w:t>
      </w:r>
      <w:r>
        <w:rPr>
          <w:rFonts w:ascii="Consolas" w:hAnsi="Consolas"/>
          <w:sz w:val="18"/>
        </w:rPr>
        <w:t xml:space="preserve">/ </w:t>
      </w:r>
      <w:r>
        <w:rPr>
          <w:rFonts w:ascii="Consolas" w:hAnsi="Consolas"/>
          <w:sz w:val="18"/>
        </w:rPr>
        <w:t>路径</w:t>
      </w:r>
      <w:r>
        <w:rPr>
          <w:rFonts w:ascii="Consolas" w:hAnsi="Consolas"/>
          <w:sz w:val="18"/>
        </w:rPr>
        <w:t>B</w:t>
      </w:r>
      <w:r>
        <w:rPr>
          <w:rFonts w:ascii="Consolas" w:hAnsi="Consolas"/>
          <w:sz w:val="18"/>
        </w:rPr>
        <w:t>（主线</w:t>
      </w:r>
      <w:r>
        <w:rPr>
          <w:rFonts w:ascii="Consolas" w:hAnsi="Consolas"/>
          <w:sz w:val="18"/>
        </w:rPr>
        <w:t>+</w:t>
      </w:r>
      <w:r>
        <w:rPr>
          <w:rFonts w:ascii="Consolas" w:hAnsi="Consolas"/>
          <w:sz w:val="18"/>
        </w:rPr>
        <w:t>论点）均正确识别</w:t>
      </w:r>
      <w:r>
        <w:rPr>
          <w:rFonts w:ascii="Consolas" w:hAnsi="Consolas"/>
          <w:sz w:val="18"/>
        </w:rPr>
        <w:br/>
        <w:t>SELF TEST RESULT: PASS</w:t>
      </w:r>
    </w:p>
    <w:p w14:paraId="24B5E8E0" w14:textId="77777777" w:rsidR="00F62C2C" w:rsidRDefault="00000000">
      <w:r>
        <w:t>复现命令：</w:t>
      </w:r>
    </w:p>
    <w:p w14:paraId="71B38F2C" w14:textId="77777777" w:rsidR="00F62C2C" w:rsidRDefault="00000000">
      <w:pPr>
        <w:ind w:left="283"/>
      </w:pPr>
      <w:r>
        <w:rPr>
          <w:rFonts w:ascii="Consolas" w:hAnsi="Consolas"/>
          <w:sz w:val="18"/>
        </w:rPr>
        <w:t>python run_eval.py --self-test</w:t>
      </w:r>
    </w:p>
    <w:p w14:paraId="108874DC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t>问题 3：严格子串匹配把「合规改写」判成违规（假阳性）</w:t>
      </w:r>
    </w:p>
    <w:p w14:paraId="5DF7E8B9" w14:textId="77777777" w:rsidR="00F62C2C" w:rsidRDefault="00000000">
      <w:pPr>
        <w:rPr>
          <w:lang w:eastAsia="zh-CN"/>
        </w:rPr>
      </w:pPr>
      <w:r>
        <w:rPr>
          <w:b/>
        </w:rPr>
        <w:t>现象</w:t>
      </w:r>
      <w:r>
        <w:t>：评测集设计前假设"类比句必须能在库内精确命中"。</w:t>
      </w:r>
      <w:r>
        <w:rPr>
          <w:lang w:eastAsia="zh-CN"/>
        </w:rPr>
        <w:t>实测发现脚本会使用</w:t>
      </w:r>
      <w:r>
        <w:rPr>
          <w:b/>
          <w:lang w:eastAsia="zh-CN"/>
        </w:rPr>
        <w:t>知识库类比的改写版</w:t>
      </w:r>
      <w:r>
        <w:rPr>
          <w:lang w:eastAsia="zh-CN"/>
        </w:rPr>
        <w:t>（例如库内是"就像手机后台开了一堆 App，电量看着满，用起来掉得飞快"，脚本写成"就好比手机后台开了一堆 App，电量看着挺满，用起来掉得飞快"）。按严格匹配会判违规，触发一票否决——</w:t>
      </w:r>
      <w:r>
        <w:rPr>
          <w:b/>
          <w:lang w:eastAsia="zh-CN"/>
        </w:rPr>
        <w:t>把合规内容拦下</w:t>
      </w:r>
      <w:r>
        <w:rPr>
          <w:lang w:eastAsia="zh-CN"/>
        </w:rPr>
        <w:t>。</w:t>
      </w:r>
    </w:p>
    <w:p w14:paraId="0AA7E205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>：把"类比必须来自知识库"（语义要求）实现成了"字符串必须一致"（字面要求）。</w:t>
      </w:r>
    </w:p>
    <w:p w14:paraId="65968100" w14:textId="77777777" w:rsidR="00F62C2C" w:rsidRDefault="00000000">
      <w:r>
        <w:rPr>
          <w:b/>
        </w:rPr>
        <w:t>修正</w:t>
      </w:r>
      <w:r>
        <w:t xml:space="preserve">：C1 </w:t>
      </w:r>
      <w:proofErr w:type="spellStart"/>
      <w:r>
        <w:t>改为</w:t>
      </w:r>
      <w:r>
        <w:rPr>
          <w:b/>
        </w:rPr>
        <w:t>三档判定</w:t>
      </w:r>
      <w:r>
        <w:t>，并计算字符二元组</w:t>
      </w:r>
      <w:proofErr w:type="spellEnd"/>
      <w:r>
        <w:t xml:space="preserve"> Jaccard </w:t>
      </w:r>
      <w:proofErr w:type="spellStart"/>
      <w:r>
        <w:t>相似度</w:t>
      </w:r>
      <w:proofErr w:type="spellEnd"/>
      <w:r>
        <w:t>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2544"/>
        <w:gridCol w:w="3816"/>
        <w:gridCol w:w="1526"/>
      </w:tblGrid>
      <w:tr w:rsidR="00F62C2C" w14:paraId="2BF6FAC9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9DFDD2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档位</w:t>
            </w:r>
          </w:p>
        </w:tc>
        <w:tc>
          <w:tcPr>
            <w:tcW w:w="2543" w:type="dxa"/>
          </w:tcPr>
          <w:p w14:paraId="7C3305B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条件</w:t>
            </w:r>
          </w:p>
        </w:tc>
        <w:tc>
          <w:tcPr>
            <w:tcW w:w="3815" w:type="dxa"/>
          </w:tcPr>
          <w:p w14:paraId="4C6E34D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处理</w:t>
            </w:r>
          </w:p>
        </w:tc>
        <w:tc>
          <w:tcPr>
            <w:tcW w:w="1526" w:type="dxa"/>
          </w:tcPr>
          <w:p w14:paraId="3AECDD6A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是否触发否决</w:t>
            </w:r>
          </w:p>
        </w:tc>
      </w:tr>
      <w:tr w:rsidR="00F62C2C" w14:paraId="54246AB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CFFAB3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命中</w:t>
            </w:r>
          </w:p>
        </w:tc>
        <w:tc>
          <w:tcPr>
            <w:tcW w:w="2543" w:type="dxa"/>
          </w:tcPr>
          <w:p w14:paraId="3759222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含库内条目的关键片段</w:t>
            </w:r>
          </w:p>
        </w:tc>
        <w:tc>
          <w:tcPr>
            <w:tcW w:w="3815" w:type="dxa"/>
          </w:tcPr>
          <w:p w14:paraId="7180B1B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通过</w:t>
            </w:r>
            <w:proofErr w:type="spellEnd"/>
          </w:p>
        </w:tc>
        <w:tc>
          <w:tcPr>
            <w:tcW w:w="1526" w:type="dxa"/>
          </w:tcPr>
          <w:p w14:paraId="712FDC5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否</w:t>
            </w:r>
          </w:p>
        </w:tc>
      </w:tr>
      <w:tr w:rsidR="00F62C2C" w14:paraId="2B054EA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41FC7F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疑似改写</w:t>
            </w:r>
          </w:p>
        </w:tc>
        <w:tc>
          <w:tcPr>
            <w:tcW w:w="2543" w:type="dxa"/>
          </w:tcPr>
          <w:p w14:paraId="22478A3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相似度 ≥ 0.25</w:t>
            </w:r>
          </w:p>
        </w:tc>
        <w:tc>
          <w:tcPr>
            <w:tcW w:w="3815" w:type="dxa"/>
          </w:tcPr>
          <w:p w14:paraId="2D8DB23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送人工复核</w:t>
            </w:r>
            <w:r>
              <w:rPr>
                <w:sz w:val="18"/>
                <w:lang w:eastAsia="zh-CN"/>
              </w:rPr>
              <w:t>，不计入否决</w:t>
            </w:r>
          </w:p>
        </w:tc>
        <w:tc>
          <w:tcPr>
            <w:tcW w:w="1526" w:type="dxa"/>
          </w:tcPr>
          <w:p w14:paraId="2FFA290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否</w:t>
            </w:r>
          </w:p>
        </w:tc>
      </w:tr>
      <w:tr w:rsidR="00F62C2C" w14:paraId="509E264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5A75DB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确认违规</w:t>
            </w:r>
          </w:p>
        </w:tc>
        <w:tc>
          <w:tcPr>
            <w:tcW w:w="2543" w:type="dxa"/>
          </w:tcPr>
          <w:p w14:paraId="00C2474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相似度低于阈值</w:t>
            </w:r>
          </w:p>
        </w:tc>
        <w:tc>
          <w:tcPr>
            <w:tcW w:w="3815" w:type="dxa"/>
          </w:tcPr>
          <w:p w14:paraId="3834A7C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判违规</w:t>
            </w:r>
          </w:p>
        </w:tc>
        <w:tc>
          <w:tcPr>
            <w:tcW w:w="1526" w:type="dxa"/>
          </w:tcPr>
          <w:p w14:paraId="5714B63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✅ 是</w:t>
            </w:r>
          </w:p>
        </w:tc>
      </w:tr>
    </w:tbl>
    <w:p w14:paraId="5E2F5FA3" w14:textId="77777777" w:rsidR="00F62C2C" w:rsidRDefault="00F62C2C"/>
    <w:p w14:paraId="5A74D4FE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阈值实测标定</w:t>
      </w:r>
      <w:r>
        <w:rPr>
          <w:lang w:eastAsia="zh-CN"/>
        </w:rPr>
        <w:t>（不是拍脑袋定的）：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5687"/>
        <w:gridCol w:w="1372"/>
      </w:tblGrid>
      <w:tr w:rsidR="00F62C2C" w14:paraId="5773BA26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4F1BF9E0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样本类型</w:t>
            </w:r>
            <w:proofErr w:type="spellEnd"/>
          </w:p>
        </w:tc>
        <w:tc>
          <w:tcPr>
            <w:tcW w:w="5686" w:type="dxa"/>
          </w:tcPr>
          <w:p w14:paraId="7F4DEBE6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相似度</w:t>
            </w:r>
          </w:p>
        </w:tc>
        <w:tc>
          <w:tcPr>
            <w:tcW w:w="1372" w:type="dxa"/>
          </w:tcPr>
          <w:p w14:paraId="6B5FDB7A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目标判定</w:t>
            </w:r>
          </w:p>
        </w:tc>
      </w:tr>
      <w:tr w:rsidR="00F62C2C" w14:paraId="4260B4A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DB9342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原文</w:t>
            </w:r>
          </w:p>
        </w:tc>
        <w:tc>
          <w:tcPr>
            <w:tcW w:w="5686" w:type="dxa"/>
          </w:tcPr>
          <w:p w14:paraId="15116DD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1.000</w:t>
            </w:r>
          </w:p>
        </w:tc>
        <w:tc>
          <w:tcPr>
            <w:tcW w:w="1372" w:type="dxa"/>
          </w:tcPr>
          <w:p w14:paraId="58AEBB9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命中</w:t>
            </w:r>
          </w:p>
        </w:tc>
      </w:tr>
      <w:tr w:rsidR="00F62C2C" w14:paraId="50242BD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2FF481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轻度改写</w:t>
            </w:r>
          </w:p>
        </w:tc>
        <w:tc>
          <w:tcPr>
            <w:tcW w:w="5686" w:type="dxa"/>
          </w:tcPr>
          <w:p w14:paraId="667DFAB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0.742</w:t>
            </w:r>
          </w:p>
        </w:tc>
        <w:tc>
          <w:tcPr>
            <w:tcW w:w="1372" w:type="dxa"/>
          </w:tcPr>
          <w:p w14:paraId="0A072BB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疑似改写</w:t>
            </w:r>
          </w:p>
        </w:tc>
      </w:tr>
      <w:tr w:rsidR="00F62C2C" w14:paraId="54F5566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6B3EC8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保留核心片段</w:t>
            </w:r>
          </w:p>
        </w:tc>
        <w:tc>
          <w:tcPr>
            <w:tcW w:w="5686" w:type="dxa"/>
          </w:tcPr>
          <w:p w14:paraId="0F8664D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0.533</w:t>
            </w:r>
          </w:p>
        </w:tc>
        <w:tc>
          <w:tcPr>
            <w:tcW w:w="1372" w:type="dxa"/>
          </w:tcPr>
          <w:p w14:paraId="31D8605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疑似改写</w:t>
            </w:r>
          </w:p>
        </w:tc>
      </w:tr>
      <w:tr w:rsidR="00F62C2C" w14:paraId="141C7F5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2FFA07A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lastRenderedPageBreak/>
              <w:t>中度改写（</w:t>
            </w:r>
            <w:proofErr w:type="gramStart"/>
            <w:r>
              <w:rPr>
                <w:sz w:val="18"/>
                <w:lang w:eastAsia="zh-CN"/>
              </w:rPr>
              <w:t>换词不换</w:t>
            </w:r>
            <w:proofErr w:type="gramEnd"/>
            <w:r>
              <w:rPr>
                <w:sz w:val="18"/>
                <w:lang w:eastAsia="zh-CN"/>
              </w:rPr>
              <w:t>义）</w:t>
            </w:r>
          </w:p>
        </w:tc>
        <w:tc>
          <w:tcPr>
            <w:tcW w:w="5686" w:type="dxa"/>
          </w:tcPr>
          <w:p w14:paraId="03BC4EF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0.293</w:t>
            </w:r>
          </w:p>
        </w:tc>
        <w:tc>
          <w:tcPr>
            <w:tcW w:w="1372" w:type="dxa"/>
          </w:tcPr>
          <w:p w14:paraId="6A2E7A7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⚠️ 已知边界</w:t>
            </w:r>
          </w:p>
        </w:tc>
      </w:tr>
      <w:tr w:rsidR="00F62C2C" w14:paraId="412028A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244F211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重度改写</w:t>
            </w:r>
          </w:p>
        </w:tc>
        <w:tc>
          <w:tcPr>
            <w:tcW w:w="5686" w:type="dxa"/>
          </w:tcPr>
          <w:p w14:paraId="0AB4AD4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0.268</w:t>
            </w:r>
          </w:p>
        </w:tc>
        <w:tc>
          <w:tcPr>
            <w:tcW w:w="1372" w:type="dxa"/>
          </w:tcPr>
          <w:p w14:paraId="506801F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疑似改写</w:t>
            </w:r>
          </w:p>
        </w:tc>
      </w:tr>
      <w:tr w:rsidR="00F62C2C" w14:paraId="5E4BCCB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9C4C3A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无关类比 A/B/C/D</w:t>
            </w:r>
          </w:p>
        </w:tc>
        <w:tc>
          <w:tcPr>
            <w:tcW w:w="5686" w:type="dxa"/>
          </w:tcPr>
          <w:p w14:paraId="5C9177A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0.000 / 0.000 / 0.022 / 0.000</w:t>
            </w:r>
          </w:p>
        </w:tc>
        <w:tc>
          <w:tcPr>
            <w:tcW w:w="1372" w:type="dxa"/>
          </w:tcPr>
          <w:p w14:paraId="53A78FF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确认违规</w:t>
            </w:r>
          </w:p>
        </w:tc>
      </w:tr>
    </w:tbl>
    <w:p w14:paraId="1CF8EF88" w14:textId="77777777" w:rsidR="00F62C2C" w:rsidRDefault="00F62C2C"/>
    <w:p w14:paraId="1509FB97" w14:textId="77777777" w:rsidR="00F62C2C" w:rsidRDefault="00000000">
      <w:pPr>
        <w:rPr>
          <w:lang w:eastAsia="zh-CN"/>
        </w:rPr>
      </w:pPr>
      <w:r>
        <w:rPr>
          <w:lang w:eastAsia="zh-CN"/>
        </w:rPr>
        <w:t>阈值扫描结果：</w:t>
      </w:r>
      <w:r>
        <w:rPr>
          <w:b/>
          <w:lang w:eastAsia="zh-CN"/>
        </w:rPr>
        <w:t>取 0.25 时，无关类比 4/4 正确否决、改写样本 4/5 正确放行</w:t>
      </w:r>
      <w:r>
        <w:rPr>
          <w:lang w:eastAsia="zh-CN"/>
        </w:rPr>
        <w:t>；阈值抬高到 0.30 后改写样本只能放行 3/5，只会更差。故定为 0.25。</w:t>
      </w:r>
    </w:p>
    <w:p w14:paraId="3B0598C3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已知边界（如实记录，不掩盖）</w:t>
      </w:r>
      <w:r>
        <w:rPr>
          <w:lang w:eastAsia="zh-CN"/>
        </w:rPr>
        <w:t>：字符相似度</w:t>
      </w:r>
      <w:r>
        <w:rPr>
          <w:b/>
          <w:lang w:eastAsia="zh-CN"/>
        </w:rPr>
        <w:t>识别不了"</w:t>
      </w:r>
      <w:proofErr w:type="gramStart"/>
      <w:r>
        <w:rPr>
          <w:b/>
          <w:lang w:eastAsia="zh-CN"/>
        </w:rPr>
        <w:t>换词不换</w:t>
      </w:r>
      <w:proofErr w:type="gramEnd"/>
      <w:r>
        <w:rPr>
          <w:b/>
          <w:lang w:eastAsia="zh-CN"/>
        </w:rPr>
        <w:t>义"的重度改写</w:t>
      </w:r>
      <w:r>
        <w:rPr>
          <w:lang w:eastAsia="zh-CN"/>
        </w:rPr>
        <w:t>——中度改写 0.293 已贴近阈值，一旦低于 0.25 就会被误判为确认违规。正确解法是后续引入</w:t>
      </w:r>
      <w:r>
        <w:rPr>
          <w:b/>
          <w:lang w:eastAsia="zh-CN"/>
        </w:rPr>
        <w:t>语义匹配（向量检索）</w:t>
      </w:r>
      <w:r>
        <w:rPr>
          <w:lang w:eastAsia="zh-CN"/>
        </w:rPr>
        <w:t>，或把库内条目登记为"一条类比 + 多个别名"。</w:t>
      </w:r>
    </w:p>
    <w:p w14:paraId="60C24090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问题 4：C4 的判定对象搞错了（设计假设 vs 生产事实）</w:t>
      </w:r>
    </w:p>
    <w:p w14:paraId="1733B858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现象</w:t>
      </w:r>
      <w:r>
        <w:rPr>
          <w:lang w:eastAsia="zh-CN"/>
        </w:rPr>
        <w:t>：最初把 C4 定义为"完整保留 7 段骨架，不缺段不调序"，并</w:t>
      </w:r>
      <w:proofErr w:type="gramStart"/>
      <w:r>
        <w:rPr>
          <w:lang w:eastAsia="zh-CN"/>
        </w:rPr>
        <w:t>把</w:t>
      </w:r>
      <w:r>
        <w:rPr>
          <w:b/>
          <w:lang w:eastAsia="zh-CN"/>
        </w:rPr>
        <w:t>缺段设为</w:t>
      </w:r>
      <w:proofErr w:type="gramEnd"/>
      <w:r>
        <w:rPr>
          <w:b/>
          <w:lang w:eastAsia="zh-CN"/>
        </w:rPr>
        <w:t>一票否决项</w:t>
      </w:r>
      <w:r>
        <w:rPr>
          <w:lang w:eastAsia="zh-CN"/>
        </w:rPr>
        <w:t>。</w:t>
      </w:r>
    </w:p>
    <w:p w14:paraId="3633CE41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>：这个定义来自 PRD 5.3 的"7 段式骨架"，而该处在 PRD 附录 B3 中本就标注为「</w:t>
      </w:r>
      <w:r>
        <w:rPr>
          <w:b/>
          <w:lang w:eastAsia="zh-CN"/>
        </w:rPr>
        <w:t>设计还原</w:t>
      </w:r>
      <w:r>
        <w:rPr>
          <w:lang w:eastAsia="zh-CN"/>
        </w:rPr>
        <w:t>」（即作品集呈现所需、非原始实现）。作者确认的真实形态是：</w:t>
      </w:r>
      <w:r>
        <w:rPr>
          <w:b/>
          <w:lang w:eastAsia="zh-CN"/>
        </w:rPr>
        <w:t xml:space="preserve">一条主线 + 6 </w:t>
      </w:r>
      <w:proofErr w:type="gramStart"/>
      <w:r>
        <w:rPr>
          <w:b/>
          <w:lang w:eastAsia="zh-CN"/>
        </w:rPr>
        <w:t>个</w:t>
      </w:r>
      <w:proofErr w:type="gramEnd"/>
      <w:r>
        <w:rPr>
          <w:b/>
          <w:lang w:eastAsia="zh-CN"/>
        </w:rPr>
        <w:t>小论点逐步推进</w:t>
      </w:r>
      <w:r>
        <w:rPr>
          <w:lang w:eastAsia="zh-CN"/>
        </w:rPr>
        <w:t>——目的是既避免过于专业化，又保证大多数人看</w:t>
      </w:r>
      <w:proofErr w:type="gramStart"/>
      <w:r>
        <w:rPr>
          <w:lang w:eastAsia="zh-CN"/>
        </w:rPr>
        <w:t>得懂且信息密度</w:t>
      </w:r>
      <w:proofErr w:type="gramEnd"/>
      <w:r>
        <w:rPr>
          <w:lang w:eastAsia="zh-CN"/>
        </w:rPr>
        <w:t>足够。同时作者确认的生产失败模式里</w:t>
      </w:r>
      <w:r>
        <w:rPr>
          <w:b/>
          <w:lang w:eastAsia="zh-CN"/>
        </w:rPr>
        <w:t>根本没有"</w:t>
      </w:r>
      <w:proofErr w:type="gramStart"/>
      <w:r>
        <w:rPr>
          <w:b/>
          <w:lang w:eastAsia="zh-CN"/>
        </w:rPr>
        <w:t>缺段</w:t>
      </w:r>
      <w:proofErr w:type="gramEnd"/>
      <w:r>
        <w:rPr>
          <w:b/>
          <w:lang w:eastAsia="zh-CN"/>
        </w:rPr>
        <w:t>"</w:t>
      </w:r>
      <w:r>
        <w:rPr>
          <w:lang w:eastAsia="zh-CN"/>
        </w:rPr>
        <w:t>。</w:t>
      </w:r>
    </w:p>
    <w:p w14:paraId="7C7C559F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危险性</w:t>
      </w:r>
      <w:r>
        <w:rPr>
          <w:lang w:eastAsia="zh-CN"/>
        </w:rPr>
        <w:t>：评测集会去测一个生产中不存在的问题，同时把真正高频的失败（跑题 3 条、术语与书面语 3 条）权重压低。</w:t>
      </w:r>
    </w:p>
    <w:p w14:paraId="48EDB5F0" w14:textId="77777777" w:rsidR="00F62C2C" w:rsidRDefault="00000000">
      <w:proofErr w:type="spellStart"/>
      <w:r>
        <w:rPr>
          <w:b/>
        </w:rPr>
        <w:t>修正</w:t>
      </w:r>
      <w:proofErr w:type="spellEnd"/>
      <w:r>
        <w:t>：</w:t>
      </w:r>
    </w:p>
    <w:p w14:paraId="626997B8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C4 改为</w:t>
      </w:r>
      <w:r>
        <w:rPr>
          <w:b/>
          <w:lang w:eastAsia="zh-CN"/>
        </w:rPr>
        <w:t>双路径</w:t>
      </w:r>
      <w:r>
        <w:rPr>
          <w:lang w:eastAsia="zh-CN"/>
        </w:rPr>
        <w:t>：路径 A（显式 7 段，历史格式）</w:t>
      </w:r>
      <w:proofErr w:type="gramStart"/>
      <w:r>
        <w:rPr>
          <w:lang w:eastAsia="zh-CN"/>
        </w:rPr>
        <w:t>走段数</w:t>
      </w:r>
      <w:proofErr w:type="gramEnd"/>
      <w:r>
        <w:rPr>
          <w:lang w:eastAsia="zh-CN"/>
        </w:rPr>
        <w:t>/顺序检查；路径 B（真实格式）机器只</w:t>
      </w:r>
      <w:r>
        <w:rPr>
          <w:b/>
          <w:lang w:eastAsia="zh-CN"/>
        </w:rPr>
        <w:t>抽取</w:t>
      </w:r>
      <w:r>
        <w:rPr>
          <w:lang w:eastAsia="zh-CN"/>
        </w:rPr>
        <w:t>小论点数量，"各论点是否服务主线"交人工/LLM 判定；</w:t>
      </w:r>
    </w:p>
    <w:p w14:paraId="07EE5E64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C4 从一票否决项</w:t>
      </w:r>
      <w:r>
        <w:rPr>
          <w:b/>
          <w:lang w:eastAsia="zh-CN"/>
        </w:rPr>
        <w:t>降为结构回归检查</w:t>
      </w:r>
      <w:r>
        <w:rPr>
          <w:lang w:eastAsia="zh-CN"/>
        </w:rPr>
        <w:t>（</w:t>
      </w:r>
      <w:proofErr w:type="gramStart"/>
      <w:r>
        <w:rPr>
          <w:lang w:eastAsia="zh-CN"/>
        </w:rPr>
        <w:t>缺段</w:t>
      </w:r>
      <w:proofErr w:type="gramEnd"/>
      <w:r>
        <w:rPr>
          <w:lang w:eastAsia="zh-CN"/>
        </w:rPr>
        <w:t xml:space="preserve"> −10 / </w:t>
      </w:r>
      <w:proofErr w:type="gramStart"/>
      <w:r>
        <w:rPr>
          <w:lang w:eastAsia="zh-CN"/>
        </w:rPr>
        <w:t>变序</w:t>
      </w:r>
      <w:proofErr w:type="gramEnd"/>
      <w:r>
        <w:rPr>
          <w:lang w:eastAsia="zh-CN"/>
        </w:rPr>
        <w:t xml:space="preserve"> −5）；</w:t>
      </w:r>
    </w:p>
    <w:p w14:paraId="5EA7CF0F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一票</w:t>
      </w:r>
      <w:proofErr w:type="gramStart"/>
      <w:r>
        <w:rPr>
          <w:lang w:eastAsia="zh-CN"/>
        </w:rPr>
        <w:t>否决项收窄</w:t>
      </w:r>
      <w:proofErr w:type="gramEnd"/>
      <w:r>
        <w:rPr>
          <w:lang w:eastAsia="zh-CN"/>
        </w:rPr>
        <w:t xml:space="preserve">为 </w:t>
      </w:r>
      <w:r>
        <w:rPr>
          <w:b/>
          <w:lang w:eastAsia="zh-CN"/>
        </w:rPr>
        <w:t>C1（确认违规）+ C3</w:t>
      </w:r>
      <w:r>
        <w:rPr>
          <w:lang w:eastAsia="zh-CN"/>
        </w:rPr>
        <w:t>；</w:t>
      </w:r>
    </w:p>
    <w:p w14:paraId="66BF5D25" w14:textId="77777777" w:rsidR="00F62C2C" w:rsidRDefault="00000000">
      <w:pPr>
        <w:pStyle w:val="a"/>
        <w:spacing w:after="60"/>
        <w:rPr>
          <w:lang w:eastAsia="zh-CN"/>
        </w:rPr>
      </w:pPr>
      <w:proofErr w:type="spellStart"/>
      <w:r>
        <w:rPr>
          <w:lang w:eastAsia="zh-CN"/>
        </w:rPr>
        <w:t>badcase</w:t>
      </w:r>
      <w:proofErr w:type="spellEnd"/>
      <w:r>
        <w:rPr>
          <w:lang w:eastAsia="zh-CN"/>
        </w:rPr>
        <w:t xml:space="preserve"> 用例分布按真实失败模式重排：</w:t>
      </w:r>
      <w:r>
        <w:rPr>
          <w:b/>
          <w:lang w:eastAsia="zh-CN"/>
        </w:rPr>
        <w:t xml:space="preserve">C5 跑题 3 条、C6 术语与书面语 3 条、C1 两条、C3 两条、C2 一条，C4 仅保留 1 </w:t>
      </w:r>
      <w:proofErr w:type="gramStart"/>
      <w:r>
        <w:rPr>
          <w:b/>
          <w:lang w:eastAsia="zh-CN"/>
        </w:rPr>
        <w:t>条回归用例</w:t>
      </w:r>
      <w:proofErr w:type="gramEnd"/>
      <w:r>
        <w:rPr>
          <w:lang w:eastAsia="zh-CN"/>
        </w:rPr>
        <w:t>。</w:t>
      </w:r>
    </w:p>
    <w:p w14:paraId="56654775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lastRenderedPageBreak/>
        <w:t>连带发现</w:t>
      </w:r>
      <w:r>
        <w:rPr>
          <w:lang w:eastAsia="zh-CN"/>
        </w:rPr>
        <w:t>：PRD 5.3 的"7 段式骨架"与真实结构不一致，</w:t>
      </w:r>
      <w:r>
        <w:rPr>
          <w:b/>
          <w:lang w:eastAsia="zh-CN"/>
        </w:rPr>
        <w:t>PRD 需要回改</w:t>
      </w:r>
      <w:r>
        <w:rPr>
          <w:lang w:eastAsia="zh-CN"/>
        </w:rPr>
        <w:t>（已在《评测集设计说明》附录 A 标注待同步）。</w:t>
      </w:r>
    </w:p>
    <w:p w14:paraId="06732661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问题 5：C3 的判定范围错了——把制作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元信息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当成事实性数据</w:t>
      </w:r>
    </w:p>
    <w:p w14:paraId="0A9406AC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现象</w:t>
      </w:r>
      <w:r>
        <w:rPr>
          <w:lang w:eastAsia="zh-CN"/>
        </w:rPr>
        <w:t>：</w:t>
      </w:r>
      <w:proofErr w:type="gramStart"/>
      <w:r>
        <w:rPr>
          <w:lang w:eastAsia="zh-CN"/>
        </w:rPr>
        <w:t>拿作品</w:t>
      </w:r>
      <w:proofErr w:type="gramEnd"/>
      <w:r>
        <w:rPr>
          <w:lang w:eastAsia="zh-CN"/>
        </w:rPr>
        <w:t xml:space="preserve">集里真实存在的脚本 </w:t>
      </w:r>
      <w:r>
        <w:rPr>
          <w:rFonts w:ascii="Consolas" w:hAnsi="Consolas"/>
          <w:color w:val="B03030"/>
          <w:sz w:val="18"/>
          <w:lang w:eastAsia="zh-CN"/>
        </w:rPr>
        <w:t>02-</w:t>
      </w:r>
      <w:r>
        <w:rPr>
          <w:rFonts w:ascii="Consolas" w:hAnsi="Consolas"/>
          <w:color w:val="B03030"/>
          <w:sz w:val="18"/>
          <w:lang w:eastAsia="zh-CN"/>
        </w:rPr>
        <w:t>首条脚本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杭州运河</w:t>
      </w:r>
      <w:r>
        <w:rPr>
          <w:rFonts w:ascii="Consolas" w:hAnsi="Consolas"/>
          <w:color w:val="B03030"/>
          <w:sz w:val="18"/>
          <w:lang w:eastAsia="zh-CN"/>
        </w:rPr>
        <w:t>Citywalk.md</w:t>
      </w:r>
      <w:r>
        <w:rPr>
          <w:lang w:eastAsia="zh-CN"/>
        </w:rPr>
        <w:t xml:space="preserve"> 试跑，C3 判出 </w:t>
      </w:r>
      <w:r>
        <w:rPr>
          <w:b/>
          <w:lang w:eastAsia="zh-CN"/>
        </w:rPr>
        <w:t xml:space="preserve">46 条违规 / 47 </w:t>
      </w:r>
      <w:proofErr w:type="gramStart"/>
      <w:r>
        <w:rPr>
          <w:b/>
          <w:lang w:eastAsia="zh-CN"/>
        </w:rPr>
        <w:t>个</w:t>
      </w:r>
      <w:proofErr w:type="gramEnd"/>
      <w:r>
        <w:rPr>
          <w:b/>
          <w:lang w:eastAsia="zh-CN"/>
        </w:rPr>
        <w:t>数字</w:t>
      </w:r>
      <w:r>
        <w:rPr>
          <w:lang w:eastAsia="zh-CN"/>
        </w:rPr>
        <w:t>。抓出来的"无出处事实"包括：</w:t>
      </w:r>
      <w:r>
        <w:rPr>
          <w:rFonts w:ascii="Consolas" w:hAnsi="Consolas"/>
          <w:color w:val="B03030"/>
          <w:sz w:val="18"/>
          <w:lang w:eastAsia="zh-CN"/>
        </w:rPr>
        <w:t xml:space="preserve">40 </w:t>
      </w:r>
      <w:r>
        <w:rPr>
          <w:rFonts w:ascii="Consolas" w:hAnsi="Consolas"/>
          <w:color w:val="B03030"/>
          <w:sz w:val="18"/>
          <w:lang w:eastAsia="zh-CN"/>
        </w:rPr>
        <w:t>秒</w:t>
      </w:r>
      <w:r>
        <w:rPr>
          <w:lang w:eastAsia="zh-CN"/>
        </w:rPr>
        <w:t>（视频时长）、</w:t>
      </w:r>
      <w:r>
        <w:rPr>
          <w:rFonts w:ascii="Consolas" w:hAnsi="Consolas"/>
          <w:color w:val="B03030"/>
          <w:sz w:val="18"/>
          <w:lang w:eastAsia="zh-CN"/>
        </w:rPr>
        <w:t>9:16</w:t>
      </w:r>
      <w:r>
        <w:rPr>
          <w:lang w:eastAsia="zh-CN"/>
        </w:rPr>
        <w:t>（画幅）、</w:t>
      </w:r>
      <w:r>
        <w:rPr>
          <w:rFonts w:ascii="Consolas" w:hAnsi="Consolas"/>
          <w:color w:val="B03030"/>
          <w:sz w:val="18"/>
          <w:lang w:eastAsia="zh-CN"/>
        </w:rPr>
        <w:t>地铁</w:t>
      </w:r>
      <w:r>
        <w:rPr>
          <w:rFonts w:ascii="Consolas" w:hAnsi="Consolas"/>
          <w:color w:val="B03030"/>
          <w:sz w:val="18"/>
          <w:lang w:eastAsia="zh-CN"/>
        </w:rPr>
        <w:t xml:space="preserve"> 3 </w:t>
      </w:r>
      <w:r>
        <w:rPr>
          <w:rFonts w:ascii="Consolas" w:hAnsi="Consolas"/>
          <w:color w:val="B03030"/>
          <w:sz w:val="18"/>
          <w:lang w:eastAsia="zh-CN"/>
        </w:rPr>
        <w:t>号线</w:t>
      </w:r>
      <w:r>
        <w:rPr>
          <w:lang w:eastAsia="zh-CN"/>
        </w:rPr>
        <w:t>（交通方式）、</w:t>
      </w:r>
      <w:r>
        <w:rPr>
          <w:rFonts w:ascii="Consolas" w:hAnsi="Consolas"/>
          <w:color w:val="B03030"/>
          <w:sz w:val="18"/>
          <w:lang w:eastAsia="zh-CN"/>
        </w:rPr>
        <w:t>步行约</w:t>
      </w:r>
      <w:r>
        <w:rPr>
          <w:rFonts w:ascii="Consolas" w:hAnsi="Consolas"/>
          <w:color w:val="B03030"/>
          <w:sz w:val="18"/>
          <w:lang w:eastAsia="zh-CN"/>
        </w:rPr>
        <w:t xml:space="preserve"> 15 </w:t>
      </w:r>
      <w:r>
        <w:rPr>
          <w:rFonts w:ascii="Consolas" w:hAnsi="Consolas"/>
          <w:color w:val="B03030"/>
          <w:sz w:val="18"/>
          <w:lang w:eastAsia="zh-CN"/>
        </w:rPr>
        <w:t>分钟</w:t>
      </w:r>
      <w:r>
        <w:rPr>
          <w:lang w:eastAsia="zh-CN"/>
        </w:rPr>
        <w:t>（路线）、</w:t>
      </w:r>
      <w:r>
        <w:rPr>
          <w:rFonts w:ascii="Consolas" w:hAnsi="Consolas"/>
          <w:color w:val="B03030"/>
          <w:sz w:val="18"/>
          <w:lang w:eastAsia="zh-CN"/>
        </w:rPr>
        <w:t xml:space="preserve">1 </w:t>
      </w:r>
      <w:r>
        <w:rPr>
          <w:rFonts w:ascii="Consolas" w:hAnsi="Consolas"/>
          <w:color w:val="B03030"/>
          <w:sz w:val="18"/>
          <w:lang w:eastAsia="zh-CN"/>
        </w:rPr>
        <w:t>甜品</w:t>
      </w:r>
      <w:r>
        <w:rPr>
          <w:lang w:eastAsia="zh-CN"/>
        </w:rPr>
        <w:t>（选店配置）。</w:t>
      </w:r>
    </w:p>
    <w:p w14:paraId="6BD0A722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>：C3 的判据是"数字必须有出处"，但</w:t>
      </w:r>
      <w:r>
        <w:rPr>
          <w:b/>
          <w:lang w:eastAsia="zh-CN"/>
        </w:rPr>
        <w:t>没有限定判定范围</w:t>
      </w:r>
      <w:r>
        <w:rPr>
          <w:lang w:eastAsia="zh-CN"/>
        </w:rPr>
        <w:t>——脚本文件里除了口播正文，还有大量面向制作的元信息（时长、画幅、镜头、路线、标签、发布时间）。这些不是讲给</w:t>
      </w:r>
      <w:proofErr w:type="gramStart"/>
      <w:r>
        <w:rPr>
          <w:lang w:eastAsia="zh-CN"/>
        </w:rPr>
        <w:t>受众听的</w:t>
      </w:r>
      <w:proofErr w:type="gramEnd"/>
      <w:r>
        <w:rPr>
          <w:lang w:eastAsia="zh-CN"/>
        </w:rPr>
        <w:t>内容，不需要出处。</w:t>
      </w:r>
    </w:p>
    <w:p w14:paraId="3EA8BB76" w14:textId="77777777" w:rsidR="00F62C2C" w:rsidRDefault="00000000">
      <w:r>
        <w:rPr>
          <w:b/>
          <w:lang w:eastAsia="zh-CN"/>
        </w:rPr>
        <w:t>危险性</w:t>
      </w:r>
      <w:r>
        <w:rPr>
          <w:lang w:eastAsia="zh-CN"/>
        </w:rPr>
        <w:t>：如果直接用，</w:t>
      </w:r>
      <w:r>
        <w:rPr>
          <w:b/>
          <w:lang w:eastAsia="zh-CN"/>
        </w:rPr>
        <w:t>任何一份正常脚本都会被判一票否决</w:t>
      </w:r>
      <w:r>
        <w:rPr>
          <w:lang w:eastAsia="zh-CN"/>
        </w:rPr>
        <w:t>。</w:t>
      </w:r>
      <w:proofErr w:type="spellStart"/>
      <w:r>
        <w:t>实测中它把</w:t>
      </w:r>
      <w:proofErr w:type="spellEnd"/>
      <w:r>
        <w:t xml:space="preserve"> summary </w:t>
      </w:r>
      <w:proofErr w:type="spellStart"/>
      <w:r>
        <w:t>直接推成"转人工（一票否决</w:t>
      </w:r>
      <w:proofErr w:type="spellEnd"/>
      <w:r>
        <w:t>）"。</w:t>
      </w:r>
    </w:p>
    <w:p w14:paraId="6A2C7E4C" w14:textId="77777777" w:rsidR="00F62C2C" w:rsidRDefault="00000000">
      <w:r>
        <w:rPr>
          <w:b/>
        </w:rPr>
        <w:t>修正</w:t>
      </w:r>
      <w:r>
        <w:t>：</w:t>
      </w:r>
    </w:p>
    <w:p w14:paraId="47F6210B" w14:textId="77777777" w:rsidR="00F62C2C" w:rsidRDefault="00000000">
      <w:pPr>
        <w:pStyle w:val="a"/>
        <w:spacing w:after="60"/>
      </w:pPr>
      <w:r>
        <w:t xml:space="preserve">新增 </w:t>
      </w:r>
      <w:r>
        <w:rPr>
          <w:rFonts w:ascii="Consolas" w:hAnsi="Consolas"/>
          <w:color w:val="B03030"/>
          <w:sz w:val="18"/>
        </w:rPr>
        <w:t>extract_narration()</w:t>
      </w:r>
      <w:r>
        <w:t>：按制作元信息特征词（时长/画幅/竖版/镜头/标签/POI…）跳过非正文行，C3 默认只在</w:t>
      </w:r>
      <w:r>
        <w:rPr>
          <w:b/>
        </w:rPr>
        <w:t>口播正文</w:t>
      </w:r>
      <w:r>
        <w:t>上判定；输出中记录跳过了多少行；</w:t>
      </w:r>
    </w:p>
    <w:p w14:paraId="485E915E" w14:textId="77777777" w:rsidR="00F62C2C" w:rsidRDefault="00000000">
      <w:pPr>
        <w:pStyle w:val="a"/>
        <w:spacing w:after="60"/>
      </w:pPr>
      <w:r>
        <w:t xml:space="preserve">增加 </w:t>
      </w:r>
      <w:r>
        <w:rPr>
          <w:rFonts w:ascii="Consolas" w:hAnsi="Consolas"/>
          <w:color w:val="B03030"/>
          <w:sz w:val="18"/>
        </w:rPr>
        <w:t>--no-narration-filter</w:t>
      </w:r>
      <w:r>
        <w:t xml:space="preserve"> 开关，用于在全文本上复核；</w:t>
      </w:r>
    </w:p>
    <w:p w14:paraId="6EFB8BFA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增加低置信度护栏</w:t>
      </w:r>
      <w:r>
        <w:rPr>
          <w:lang w:eastAsia="zh-CN"/>
        </w:rPr>
        <w:t>：若违规比例超过 60%，判"</w:t>
      </w:r>
      <w:r>
        <w:rPr>
          <w:b/>
          <w:lang w:eastAsia="zh-CN"/>
        </w:rPr>
        <w:t>结果</w:t>
      </w:r>
      <w:proofErr w:type="gramStart"/>
      <w:r>
        <w:rPr>
          <w:b/>
          <w:lang w:eastAsia="zh-CN"/>
        </w:rPr>
        <w:t>不</w:t>
      </w:r>
      <w:proofErr w:type="gramEnd"/>
      <w:r>
        <w:rPr>
          <w:b/>
          <w:lang w:eastAsia="zh-CN"/>
        </w:rPr>
        <w:t>可用（低置信度）</w:t>
      </w:r>
      <w:r>
        <w:rPr>
          <w:lang w:eastAsia="zh-CN"/>
        </w:rPr>
        <w:t>"，不产生违规结论、不触发否决，并提示"输入很可能</w:t>
      </w:r>
      <w:proofErr w:type="gramStart"/>
      <w:r>
        <w:rPr>
          <w:lang w:eastAsia="zh-CN"/>
        </w:rPr>
        <w:t>不是纯口播</w:t>
      </w:r>
      <w:proofErr w:type="gramEnd"/>
      <w:r>
        <w:rPr>
          <w:lang w:eastAsia="zh-CN"/>
        </w:rPr>
        <w:t>稿"。</w:t>
      </w:r>
    </w:p>
    <w:p w14:paraId="4335E4F0" w14:textId="77777777" w:rsidR="00F62C2C" w:rsidRDefault="00000000">
      <w:proofErr w:type="spellStart"/>
      <w:r>
        <w:rPr>
          <w:b/>
        </w:rPr>
        <w:t>修正后实测</w:t>
      </w:r>
      <w:proofErr w:type="spellEnd"/>
      <w:r>
        <w:t>：</w:t>
      </w:r>
    </w:p>
    <w:p w14:paraId="059CB36B" w14:textId="77777777" w:rsidR="00F62C2C" w:rsidRDefault="00000000">
      <w:pPr>
        <w:ind w:left="283"/>
      </w:pPr>
      <w:r>
        <w:rPr>
          <w:rFonts w:ascii="Consolas" w:hAnsi="Consolas"/>
          <w:sz w:val="18"/>
        </w:rPr>
        <w:t xml:space="preserve">C3: </w:t>
      </w:r>
      <w:r>
        <w:rPr>
          <w:rFonts w:ascii="Consolas" w:hAnsi="Consolas"/>
          <w:sz w:val="18"/>
        </w:rPr>
        <w:t>结果不可用（低置信度）</w:t>
      </w:r>
      <w:r>
        <w:rPr>
          <w:rFonts w:ascii="Consolas" w:hAnsi="Consolas"/>
          <w:sz w:val="18"/>
        </w:rPr>
        <w:br/>
        <w:t xml:space="preserve">warning: </w:t>
      </w:r>
      <w:r>
        <w:rPr>
          <w:rFonts w:ascii="Consolas" w:hAnsi="Consolas"/>
          <w:sz w:val="18"/>
        </w:rPr>
        <w:t>违规比例</w:t>
      </w:r>
      <w:r>
        <w:rPr>
          <w:rFonts w:ascii="Consolas" w:hAnsi="Consolas"/>
          <w:sz w:val="18"/>
        </w:rPr>
        <w:t xml:space="preserve"> 34/35 </w:t>
      </w:r>
      <w:r>
        <w:rPr>
          <w:rFonts w:ascii="Consolas" w:hAnsi="Consolas"/>
          <w:sz w:val="18"/>
        </w:rPr>
        <w:t>超过</w:t>
      </w:r>
      <w:r>
        <w:rPr>
          <w:rFonts w:ascii="Consolas" w:hAnsi="Consolas"/>
          <w:sz w:val="18"/>
        </w:rPr>
        <w:t xml:space="preserve"> 60%</w:t>
      </w:r>
      <w:r>
        <w:rPr>
          <w:rFonts w:ascii="Consolas" w:hAnsi="Consolas"/>
          <w:sz w:val="18"/>
        </w:rPr>
        <w:t>：输入很可能不是纯口播稿</w:t>
      </w:r>
      <w:r>
        <w:rPr>
          <w:rFonts w:ascii="Consolas" w:hAnsi="Consolas"/>
          <w:sz w:val="18"/>
        </w:rPr>
        <w:br/>
        <w:t xml:space="preserve">         </w:t>
      </w:r>
      <w:r>
        <w:rPr>
          <w:rFonts w:ascii="Consolas" w:hAnsi="Consolas"/>
          <w:sz w:val="18"/>
        </w:rPr>
        <w:t>（含选店清单</w:t>
      </w:r>
      <w:r>
        <w:rPr>
          <w:rFonts w:ascii="Consolas" w:hAnsi="Consolas"/>
          <w:sz w:val="18"/>
        </w:rPr>
        <w:t>/</w:t>
      </w:r>
      <w:r>
        <w:rPr>
          <w:rFonts w:ascii="Consolas" w:hAnsi="Consolas"/>
          <w:sz w:val="18"/>
        </w:rPr>
        <w:t>路线</w:t>
      </w:r>
      <w:r>
        <w:rPr>
          <w:rFonts w:ascii="Consolas" w:hAnsi="Consolas"/>
          <w:sz w:val="18"/>
        </w:rPr>
        <w:t>/</w:t>
      </w:r>
      <w:r>
        <w:rPr>
          <w:rFonts w:ascii="Consolas" w:hAnsi="Consolas"/>
          <w:sz w:val="18"/>
        </w:rPr>
        <w:t>时长等非受众内容），请提供纯口播正文后再判</w:t>
      </w:r>
      <w:r>
        <w:rPr>
          <w:rFonts w:ascii="Consolas" w:hAnsi="Consolas"/>
          <w:sz w:val="18"/>
        </w:rPr>
        <w:br/>
        <w:t xml:space="preserve">summary: rule_score 100 / veto_triggered false / route </w:t>
      </w:r>
      <w:r>
        <w:rPr>
          <w:rFonts w:ascii="Consolas" w:hAnsi="Consolas"/>
          <w:sz w:val="18"/>
        </w:rPr>
        <w:t>通过</w:t>
      </w:r>
    </w:p>
    <w:p w14:paraId="679BB662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如实说明这个结果的局限</w:t>
      </w:r>
      <w:r>
        <w:rPr>
          <w:lang w:eastAsia="zh-CN"/>
        </w:rPr>
        <w:t>：</w:t>
      </w:r>
      <w:r>
        <w:rPr>
          <w:rFonts w:ascii="Consolas" w:hAnsi="Consolas"/>
          <w:color w:val="B03030"/>
          <w:sz w:val="18"/>
          <w:lang w:eastAsia="zh-CN"/>
        </w:rPr>
        <w:t>02-</w:t>
      </w:r>
      <w:r>
        <w:rPr>
          <w:rFonts w:ascii="Consolas" w:hAnsi="Consolas"/>
          <w:color w:val="B03030"/>
          <w:sz w:val="18"/>
          <w:lang w:eastAsia="zh-CN"/>
        </w:rPr>
        <w:t>首条脚本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杭州运河</w:t>
      </w:r>
      <w:r>
        <w:rPr>
          <w:rFonts w:ascii="Consolas" w:hAnsi="Consolas"/>
          <w:color w:val="B03030"/>
          <w:sz w:val="18"/>
          <w:lang w:eastAsia="zh-CN"/>
        </w:rPr>
        <w:t>Citywalk.md</w:t>
      </w:r>
      <w:r>
        <w:rPr>
          <w:lang w:eastAsia="zh-CN"/>
        </w:rPr>
        <w:t xml:space="preserve"> 本质是</w:t>
      </w:r>
      <w:r>
        <w:rPr>
          <w:b/>
          <w:lang w:eastAsia="zh-CN"/>
        </w:rPr>
        <w:t>策划稿</w:t>
      </w:r>
      <w:r>
        <w:rPr>
          <w:lang w:eastAsia="zh-CN"/>
        </w:rPr>
        <w:t>（含选店清单与路线），</w:t>
      </w:r>
      <w:proofErr w:type="gramStart"/>
      <w:r>
        <w:rPr>
          <w:lang w:eastAsia="zh-CN"/>
        </w:rPr>
        <w:t>不是纯口播</w:t>
      </w:r>
      <w:proofErr w:type="gramEnd"/>
      <w:r>
        <w:rPr>
          <w:lang w:eastAsia="zh-CN"/>
        </w:rPr>
        <w:t>稿，所以正文提取只能算启发式。护栏的作用不是"判对了"，而是</w:t>
      </w:r>
      <w:r>
        <w:rPr>
          <w:b/>
          <w:lang w:eastAsia="zh-CN"/>
        </w:rPr>
        <w:t>拦住一个会误导决策的错误分数</w:t>
      </w:r>
      <w:r>
        <w:rPr>
          <w:lang w:eastAsia="zh-CN"/>
        </w:rPr>
        <w:t>——真正的修法是评测用例统一</w:t>
      </w:r>
      <w:proofErr w:type="gramStart"/>
      <w:r>
        <w:rPr>
          <w:lang w:eastAsia="zh-CN"/>
        </w:rPr>
        <w:t>使用纯口播</w:t>
      </w:r>
      <w:proofErr w:type="gramEnd"/>
      <w:r>
        <w:rPr>
          <w:lang w:eastAsia="zh-CN"/>
        </w:rPr>
        <w:t>正文格式，这已列入待办。</w:t>
      </w:r>
    </w:p>
    <w:p w14:paraId="5BB0B560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lastRenderedPageBreak/>
        <w:t>问题 6：知识库规模——设计值与实测值不一致</w:t>
      </w:r>
    </w:p>
    <w:p w14:paraId="252B13AC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现象</w:t>
      </w:r>
      <w:r>
        <w:rPr>
          <w:lang w:eastAsia="zh-CN"/>
        </w:rPr>
        <w:t xml:space="preserve">：PRD 中记录的知识库规模为「脚本原文 1,284 篇 / 类比技法 367 条」，而本作品集内放的是 </w:t>
      </w:r>
      <w:r>
        <w:rPr>
          <w:rFonts w:ascii="Consolas" w:hAnsi="Consolas"/>
          <w:color w:val="B03030"/>
          <w:sz w:val="18"/>
          <w:lang w:eastAsia="zh-CN"/>
        </w:rPr>
        <w:t>知识库语料</w:t>
      </w:r>
      <w:r>
        <w:rPr>
          <w:rFonts w:ascii="Consolas" w:hAnsi="Consolas"/>
          <w:color w:val="B03030"/>
          <w:sz w:val="18"/>
          <w:lang w:eastAsia="zh-CN"/>
        </w:rPr>
        <w:t>/</w:t>
      </w:r>
      <w:r>
        <w:rPr>
          <w:lang w:eastAsia="zh-CN"/>
        </w:rPr>
        <w:t xml:space="preserve"> 下的 </w:t>
      </w:r>
      <w:r>
        <w:rPr>
          <w:b/>
          <w:lang w:eastAsia="zh-CN"/>
        </w:rPr>
        <w:t>31 篇示范样本</w:t>
      </w:r>
      <w:r>
        <w:rPr>
          <w:lang w:eastAsia="zh-CN"/>
        </w:rPr>
        <w:t xml:space="preserve">（完整语料在另一台设备，未迁移）（12,445 句，抽出 30 条类比候选）。两个数字相差约 40 </w:t>
      </w:r>
      <w:proofErr w:type="gramStart"/>
      <w:r>
        <w:rPr>
          <w:lang w:eastAsia="zh-CN"/>
        </w:rPr>
        <w:t>倍</w:t>
      </w:r>
      <w:proofErr w:type="gramEnd"/>
      <w:r>
        <w:rPr>
          <w:lang w:eastAsia="zh-CN"/>
        </w:rPr>
        <w:t>。</w:t>
      </w:r>
    </w:p>
    <w:p w14:paraId="009E6144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>：PRD 的该处数据与「7 段式骨架」一样属于</w:t>
      </w:r>
      <w:r>
        <w:rPr>
          <w:b/>
          <w:lang w:eastAsia="zh-CN"/>
        </w:rPr>
        <w:t>设计还原项</w:t>
      </w:r>
      <w:r>
        <w:rPr>
          <w:lang w:eastAsia="zh-CN"/>
        </w:rPr>
        <w:t>（PRD 附录 B 已标注），不是对实际知识库的盘点；而评测集的 C1 判定必须建立在</w:t>
      </w:r>
      <w:r>
        <w:rPr>
          <w:b/>
          <w:lang w:eastAsia="zh-CN"/>
        </w:rPr>
        <w:t>真实</w:t>
      </w:r>
      <w:r>
        <w:rPr>
          <w:lang w:eastAsia="zh-CN"/>
        </w:rPr>
        <w:t>的类比库上。</w:t>
      </w:r>
    </w:p>
    <w:p w14:paraId="57060E85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为什么必须写出来</w:t>
      </w:r>
      <w:r>
        <w:rPr>
          <w:lang w:eastAsia="zh-CN"/>
        </w:rPr>
        <w:t>：C1 是"类比必须来自知识库"这条一票否决项。</w:t>
      </w:r>
      <w:r>
        <w:rPr>
          <w:b/>
          <w:lang w:eastAsia="zh-CN"/>
        </w:rPr>
        <w:t>如果</w:t>
      </w:r>
      <w:proofErr w:type="gramStart"/>
      <w:r>
        <w:rPr>
          <w:b/>
          <w:lang w:eastAsia="zh-CN"/>
        </w:rPr>
        <w:t>类比库不完整</w:t>
      </w:r>
      <w:proofErr w:type="gramEnd"/>
      <w:r>
        <w:rPr>
          <w:b/>
          <w:lang w:eastAsia="zh-CN"/>
        </w:rPr>
        <w:t>，C1 会把大量合法类比误判为"库外自创"</w:t>
      </w:r>
      <w:r>
        <w:rPr>
          <w:lang w:eastAsia="zh-CN"/>
        </w:rPr>
        <w:t>——</w:t>
      </w:r>
      <w:proofErr w:type="gramStart"/>
      <w:r>
        <w:rPr>
          <w:lang w:eastAsia="zh-CN"/>
        </w:rPr>
        <w:t>库越小</w:t>
      </w:r>
      <w:proofErr w:type="gramEnd"/>
      <w:r>
        <w:rPr>
          <w:lang w:eastAsia="zh-CN"/>
        </w:rPr>
        <w:t>，假</w:t>
      </w:r>
      <w:proofErr w:type="gramStart"/>
      <w:r>
        <w:rPr>
          <w:lang w:eastAsia="zh-CN"/>
        </w:rPr>
        <w:t>阳性越</w:t>
      </w:r>
      <w:proofErr w:type="gramEnd"/>
      <w:r>
        <w:rPr>
          <w:lang w:eastAsia="zh-CN"/>
        </w:rPr>
        <w:t>高。这是比判分器 bug 更根本的风险。</w:t>
      </w:r>
    </w:p>
    <w:p w14:paraId="1E67F397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处理方式</w:t>
      </w:r>
      <w:r>
        <w:rPr>
          <w:lang w:eastAsia="zh-CN"/>
        </w:rPr>
        <w:t>：</w:t>
      </w:r>
    </w:p>
    <w:p w14:paraId="14F89CAF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 xml:space="preserve">本文与设计说明中所有语料规模表述改以 </w:t>
      </w:r>
      <w:r>
        <w:rPr>
          <w:b/>
          <w:lang w:eastAsia="zh-CN"/>
        </w:rPr>
        <w:t>31 篇实测值</w:t>
      </w:r>
      <w:r>
        <w:rPr>
          <w:lang w:eastAsia="zh-CN"/>
        </w:rPr>
        <w:t>为准，并显式标注 PRD 设计</w:t>
      </w:r>
      <w:proofErr w:type="gramStart"/>
      <w:r>
        <w:rPr>
          <w:lang w:eastAsia="zh-CN"/>
        </w:rPr>
        <w:t>值不可</w:t>
      </w:r>
      <w:proofErr w:type="gramEnd"/>
      <w:r>
        <w:rPr>
          <w:lang w:eastAsia="zh-CN"/>
        </w:rPr>
        <w:t>核实；</w:t>
      </w:r>
    </w:p>
    <w:p w14:paraId="209F9B3A" w14:textId="77777777" w:rsidR="00F62C2C" w:rsidRDefault="00000000">
      <w:pPr>
        <w:pStyle w:val="a"/>
        <w:spacing w:after="60"/>
        <w:rPr>
          <w:lang w:eastAsia="zh-CN"/>
        </w:rPr>
      </w:pPr>
      <w:r>
        <w:rPr>
          <w:rFonts w:ascii="Consolas" w:hAnsi="Consolas"/>
          <w:color w:val="B03030"/>
          <w:sz w:val="18"/>
          <w:lang w:eastAsia="zh-CN"/>
        </w:rPr>
        <w:t>kb_analogies.txt</w:t>
      </w:r>
      <w:r>
        <w:rPr>
          <w:lang w:eastAsia="zh-CN"/>
        </w:rPr>
        <w:t xml:space="preserve"> 定性为</w:t>
      </w:r>
      <w:r>
        <w:rPr>
          <w:b/>
          <w:lang w:eastAsia="zh-CN"/>
        </w:rPr>
        <w:t>初稿</w:t>
      </w:r>
      <w:r>
        <w:rPr>
          <w:lang w:eastAsia="zh-CN"/>
        </w:rPr>
        <w:t>（30 条自动抽取结果），需人工筛选后才能作为 C1 基线；</w:t>
      </w:r>
    </w:p>
    <w:p w14:paraId="2612B5A5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在比对结论中增加前提说明：</w:t>
      </w:r>
      <w:r>
        <w:rPr>
          <w:b/>
          <w:lang w:eastAsia="zh-CN"/>
        </w:rPr>
        <w:t>评测结果的有效性以"类比库完整度"为前提</w:t>
      </w:r>
      <w:r>
        <w:rPr>
          <w:lang w:eastAsia="zh-CN"/>
        </w:rPr>
        <w:t>，类比库未补全前，C1 的"确认违规"结论需人工复核。</w:t>
      </w:r>
    </w:p>
    <w:p w14:paraId="36CF4FE9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问题 7：库内类比被误判——整句与半句的匹配错位</w:t>
      </w:r>
    </w:p>
    <w:p w14:paraId="4A3976BC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现象</w:t>
      </w:r>
      <w:r>
        <w:rPr>
          <w:lang w:eastAsia="zh-CN"/>
        </w:rPr>
        <w:t>：把筛选后的正式类比库接上判分器联调时发现，</w:t>
      </w:r>
      <w:r>
        <w:rPr>
          <w:b/>
          <w:lang w:eastAsia="zh-CN"/>
        </w:rPr>
        <w:t>库里真实存在的类比被判为「待人工复核」甚至「确认违规」</w:t>
      </w:r>
      <w:r>
        <w:rPr>
          <w:lang w:eastAsia="zh-CN"/>
        </w:rPr>
        <w:t>。</w:t>
      </w:r>
    </w:p>
    <w:p w14:paraId="198CE304" w14:textId="77777777" w:rsidR="00F62C2C" w:rsidRDefault="00000000">
      <w:pPr>
        <w:rPr>
          <w:lang w:eastAsia="zh-CN"/>
        </w:rPr>
      </w:pPr>
      <w:r>
        <w:rPr>
          <w:lang w:eastAsia="zh-CN"/>
        </w:rPr>
        <w:t>例：库内条目是整句「就像外卖系统给外卖员设置计件以及送达时间的deadline一样，我们都知道deadline可以批量生产马路神仙」，</w:t>
      </w:r>
    </w:p>
    <w:p w14:paraId="4CEDC653" w14:textId="77777777" w:rsidR="00F62C2C" w:rsidRDefault="00000000">
      <w:pPr>
        <w:rPr>
          <w:lang w:eastAsia="zh-CN"/>
        </w:rPr>
      </w:pPr>
      <w:r>
        <w:rPr>
          <w:lang w:eastAsia="zh-CN"/>
        </w:rPr>
        <w:t>而脚本里类比常写成半句「就像外卖系统给外卖员设置计件以及送达时间的deadline一样」——精确包含匹配失败。</w:t>
      </w:r>
    </w:p>
    <w:p w14:paraId="58DE4EFE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根因</w:t>
      </w:r>
      <w:r>
        <w:rPr>
          <w:lang w:eastAsia="zh-CN"/>
        </w:rPr>
        <w:t>：判分器用「</w:t>
      </w:r>
      <w:proofErr w:type="gramStart"/>
      <w:r>
        <w:rPr>
          <w:lang w:eastAsia="zh-CN"/>
        </w:rPr>
        <w:t>子串包含</w:t>
      </w:r>
      <w:proofErr w:type="gramEnd"/>
      <w:r>
        <w:rPr>
          <w:lang w:eastAsia="zh-CN"/>
        </w:rPr>
        <w:t>」判定命中，但</w:t>
      </w:r>
      <w:r>
        <w:rPr>
          <w:b/>
          <w:lang w:eastAsia="zh-CN"/>
        </w:rPr>
        <w:t>库存整句、脚本抽半句</w:t>
      </w:r>
      <w:r>
        <w:rPr>
          <w:lang w:eastAsia="zh-CN"/>
        </w:rPr>
        <w:t>时两者互不包含。这会造成系统性假阳性：库里的类比越多，</w:t>
      </w:r>
    </w:p>
    <w:p w14:paraId="6389553E" w14:textId="77777777" w:rsidR="00F62C2C" w:rsidRDefault="00000000">
      <w:pPr>
        <w:rPr>
          <w:lang w:eastAsia="zh-CN"/>
        </w:rPr>
      </w:pPr>
      <w:r>
        <w:rPr>
          <w:lang w:eastAsia="zh-CN"/>
        </w:rPr>
        <w:t>脚本写法越灵活，误判越多——</w:t>
      </w:r>
      <w:r>
        <w:rPr>
          <w:b/>
          <w:lang w:eastAsia="zh-CN"/>
        </w:rPr>
        <w:t>等于把一票否决</w:t>
      </w:r>
      <w:proofErr w:type="gramStart"/>
      <w:r>
        <w:rPr>
          <w:b/>
          <w:lang w:eastAsia="zh-CN"/>
        </w:rPr>
        <w:t>项变成</w:t>
      </w:r>
      <w:proofErr w:type="gramEnd"/>
      <w:r>
        <w:rPr>
          <w:b/>
          <w:lang w:eastAsia="zh-CN"/>
        </w:rPr>
        <w:t>了随机否决</w:t>
      </w:r>
      <w:r>
        <w:rPr>
          <w:lang w:eastAsia="zh-CN"/>
        </w:rPr>
        <w:t>。</w:t>
      </w:r>
    </w:p>
    <w:p w14:paraId="269805BD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lastRenderedPageBreak/>
        <w:t>修正</w:t>
      </w:r>
      <w:r>
        <w:rPr>
          <w:lang w:eastAsia="zh-CN"/>
        </w:rPr>
        <w:t>（三档判定顺序）：</w:t>
      </w:r>
    </w:p>
    <w:p w14:paraId="3120F1D0" w14:textId="77777777" w:rsidR="00F62C2C" w:rsidRDefault="00000000">
      <w:pPr>
        <w:pStyle w:val="a"/>
        <w:spacing w:after="60"/>
      </w:pPr>
      <w:proofErr w:type="spellStart"/>
      <w:r>
        <w:rPr>
          <w:b/>
        </w:rPr>
        <w:t>精确包含</w:t>
      </w:r>
      <w:proofErr w:type="spellEnd"/>
      <w:r>
        <w:t xml:space="preserve"> → </w:t>
      </w:r>
      <w:proofErr w:type="spellStart"/>
      <w:r>
        <w:t>通过</w:t>
      </w:r>
      <w:proofErr w:type="spellEnd"/>
      <w:r>
        <w:t>；</w:t>
      </w:r>
    </w:p>
    <w:p w14:paraId="57E97D58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最长公共子串（LCS）≥ 库条目的 60%</w:t>
      </w:r>
      <w:r>
        <w:rPr>
          <w:lang w:eastAsia="zh-CN"/>
        </w:rPr>
        <w:t xml:space="preserve"> → 视为同一类比，通过；</w:t>
      </w:r>
    </w:p>
    <w:p w14:paraId="337A8F6E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否则计算字符二元组相似度，≥0.25 送人工复核，低于阈值判确认违规。</w:t>
      </w:r>
    </w:p>
    <w:p w14:paraId="7FDD4F77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实测 LCS 比率</w:t>
      </w:r>
      <w:r>
        <w:rPr>
          <w:lang w:eastAsia="zh-CN"/>
        </w:rPr>
        <w:t>（标定依据）：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502"/>
        <w:gridCol w:w="2455"/>
        <w:gridCol w:w="2455"/>
      </w:tblGrid>
      <w:tr w:rsidR="00F62C2C" w14:paraId="009882C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14:paraId="683E86A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样本</w:t>
            </w:r>
            <w:proofErr w:type="spellEnd"/>
          </w:p>
        </w:tc>
        <w:tc>
          <w:tcPr>
            <w:tcW w:w="2455" w:type="dxa"/>
          </w:tcPr>
          <w:p w14:paraId="41BFDF2D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LCS 比率</w:t>
            </w:r>
          </w:p>
        </w:tc>
        <w:tc>
          <w:tcPr>
            <w:tcW w:w="2455" w:type="dxa"/>
          </w:tcPr>
          <w:p w14:paraId="78E1918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判定</w:t>
            </w:r>
          </w:p>
        </w:tc>
      </w:tr>
      <w:tr w:rsidR="00F62C2C" w14:paraId="284F25E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14:paraId="75DE79B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库内原句</w:t>
            </w:r>
          </w:p>
        </w:tc>
        <w:tc>
          <w:tcPr>
            <w:tcW w:w="2455" w:type="dxa"/>
          </w:tcPr>
          <w:p w14:paraId="72F1394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1.00</w:t>
            </w:r>
          </w:p>
        </w:tc>
        <w:tc>
          <w:tcPr>
            <w:tcW w:w="2455" w:type="dxa"/>
          </w:tcPr>
          <w:p w14:paraId="2B2E3FB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通过</w:t>
            </w:r>
          </w:p>
        </w:tc>
      </w:tr>
      <w:tr w:rsidR="00F62C2C" w14:paraId="34F1358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14:paraId="7F6CC66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轻度改写</w:t>
            </w:r>
          </w:p>
        </w:tc>
        <w:tc>
          <w:tcPr>
            <w:tcW w:w="2455" w:type="dxa"/>
          </w:tcPr>
          <w:p w14:paraId="0B04814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0.97</w:t>
            </w:r>
          </w:p>
        </w:tc>
        <w:tc>
          <w:tcPr>
            <w:tcW w:w="2455" w:type="dxa"/>
          </w:tcPr>
          <w:p w14:paraId="46E0B0F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通过</w:t>
            </w:r>
          </w:p>
        </w:tc>
      </w:tr>
      <w:tr w:rsidR="00F62C2C" w14:paraId="45E7E93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14:paraId="249FD21D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中度改写（</w:t>
            </w:r>
            <w:proofErr w:type="gramStart"/>
            <w:r>
              <w:rPr>
                <w:sz w:val="18"/>
                <w:lang w:eastAsia="zh-CN"/>
              </w:rPr>
              <w:t>换词不换</w:t>
            </w:r>
            <w:proofErr w:type="gramEnd"/>
            <w:r>
              <w:rPr>
                <w:sz w:val="18"/>
                <w:lang w:eastAsia="zh-CN"/>
              </w:rPr>
              <w:t>义）</w:t>
            </w:r>
          </w:p>
        </w:tc>
        <w:tc>
          <w:tcPr>
            <w:tcW w:w="2455" w:type="dxa"/>
          </w:tcPr>
          <w:p w14:paraId="224C7A5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0.70</w:t>
            </w:r>
          </w:p>
        </w:tc>
        <w:tc>
          <w:tcPr>
            <w:tcW w:w="2455" w:type="dxa"/>
          </w:tcPr>
          <w:p w14:paraId="6AFEA40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通过</w:t>
            </w:r>
          </w:p>
        </w:tc>
      </w:tr>
      <w:tr w:rsidR="00F62C2C" w14:paraId="53A749A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14:paraId="6CEA342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保留核心片段</w:t>
            </w:r>
          </w:p>
        </w:tc>
        <w:tc>
          <w:tcPr>
            <w:tcW w:w="2455" w:type="dxa"/>
          </w:tcPr>
          <w:p w14:paraId="6FDF81D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0.60</w:t>
            </w:r>
          </w:p>
        </w:tc>
        <w:tc>
          <w:tcPr>
            <w:tcW w:w="2455" w:type="dxa"/>
          </w:tcPr>
          <w:p w14:paraId="6C855F5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待人工复核</w:t>
            </w:r>
          </w:p>
        </w:tc>
      </w:tr>
      <w:tr w:rsidR="00F62C2C" w14:paraId="0F80124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1" w:type="dxa"/>
          </w:tcPr>
          <w:p w14:paraId="53C226D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无关类比</w:t>
            </w:r>
          </w:p>
        </w:tc>
        <w:tc>
          <w:tcPr>
            <w:tcW w:w="2455" w:type="dxa"/>
          </w:tcPr>
          <w:p w14:paraId="5A58303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≈0.00</w:t>
            </w:r>
          </w:p>
        </w:tc>
        <w:tc>
          <w:tcPr>
            <w:tcW w:w="2455" w:type="dxa"/>
          </w:tcPr>
          <w:p w14:paraId="043F67D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确认违规</w:t>
            </w:r>
          </w:p>
        </w:tc>
      </w:tr>
    </w:tbl>
    <w:p w14:paraId="3F49FFD7" w14:textId="77777777" w:rsidR="00F62C2C" w:rsidRDefault="00F62C2C"/>
    <w:p w14:paraId="14E8B0FA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连带收益</w:t>
      </w:r>
      <w:r>
        <w:rPr>
          <w:lang w:eastAsia="zh-CN"/>
        </w:rPr>
        <w:t>：此前记录的「已知边界——中度改写 0.293 会被误判为违规」</w:t>
      </w:r>
      <w:r>
        <w:rPr>
          <w:b/>
          <w:lang w:eastAsia="zh-CN"/>
        </w:rPr>
        <w:t>已被修复</w:t>
      </w:r>
      <w:r>
        <w:rPr>
          <w:lang w:eastAsia="zh-CN"/>
        </w:rPr>
        <w:t>：LCS 判定把它正确识别为同一类比。</w:t>
      </w:r>
    </w:p>
    <w:p w14:paraId="3DDA2071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同时修掉的次要问题</w:t>
      </w:r>
      <w:r>
        <w:rPr>
          <w:lang w:eastAsia="zh-CN"/>
        </w:rPr>
        <w:t>：类比常横跨逗号，原按句号切分会切出</w:t>
      </w:r>
      <w:proofErr w:type="gramStart"/>
      <w:r>
        <w:rPr>
          <w:lang w:eastAsia="zh-CN"/>
        </w:rPr>
        <w:t>与库对不上</w:t>
      </w:r>
      <w:proofErr w:type="gramEnd"/>
      <w:r>
        <w:rPr>
          <w:lang w:eastAsia="zh-CN"/>
        </w:rPr>
        <w:t xml:space="preserve">的片段；已改为「整句 + </w:t>
      </w:r>
      <w:proofErr w:type="gramStart"/>
      <w:r>
        <w:rPr>
          <w:lang w:eastAsia="zh-CN"/>
        </w:rPr>
        <w:t>逗号级</w:t>
      </w:r>
      <w:proofErr w:type="gramEnd"/>
      <w:r>
        <w:rPr>
          <w:lang w:eastAsia="zh-CN"/>
        </w:rPr>
        <w:t>分句」两级提取，</w:t>
      </w:r>
    </w:p>
    <w:p w14:paraId="741B5CAC" w14:textId="77777777" w:rsidR="00F62C2C" w:rsidRDefault="00000000">
      <w:pPr>
        <w:rPr>
          <w:lang w:eastAsia="zh-CN"/>
        </w:rPr>
      </w:pPr>
      <w:r>
        <w:rPr>
          <w:lang w:eastAsia="zh-CN"/>
        </w:rPr>
        <w:t>并对结论去重（整句已命中时，其分句不再重复报告）。</w:t>
      </w:r>
    </w:p>
    <w:p w14:paraId="58BF3994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结论与下一步</w:t>
      </w:r>
      <w:proofErr w:type="spellEnd"/>
    </w:p>
    <w:p w14:paraId="3B10CFC9" w14:textId="77777777" w:rsidR="00F62C2C" w:rsidRDefault="00000000">
      <w:pPr>
        <w:pStyle w:val="a"/>
        <w:spacing w:after="60"/>
      </w:pPr>
      <w:r>
        <w:rPr>
          <w:lang w:eastAsia="zh-CN"/>
        </w:rPr>
        <w:t>一票否决项的判分器</w:t>
      </w:r>
      <w:r>
        <w:rPr>
          <w:b/>
          <w:lang w:eastAsia="zh-CN"/>
        </w:rPr>
        <w:t>必须双向验证</w:t>
      </w:r>
      <w:r>
        <w:rPr>
          <w:lang w:eastAsia="zh-CN"/>
        </w:rPr>
        <w:t>（</w:t>
      </w:r>
      <w:proofErr w:type="gramStart"/>
      <w:r>
        <w:rPr>
          <w:lang w:eastAsia="zh-CN"/>
        </w:rPr>
        <w:t>既测该拦</w:t>
      </w:r>
      <w:proofErr w:type="gramEnd"/>
      <w:r>
        <w:rPr>
          <w:lang w:eastAsia="zh-CN"/>
        </w:rPr>
        <w:t>的、也测不该拦的）。</w:t>
      </w:r>
      <w:proofErr w:type="spellStart"/>
      <w:r>
        <w:t>本次五个问题分别是</w:t>
      </w:r>
      <w:proofErr w:type="spellEnd"/>
      <w:r>
        <w:t>：</w:t>
      </w:r>
    </w:p>
    <w:p w14:paraId="0F0036E0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问题 1 </w:t>
      </w:r>
      <w:r>
        <w:rPr>
          <w:b/>
          <w:lang w:eastAsia="zh-CN"/>
        </w:rPr>
        <w:t>假阴性</w:t>
      </w:r>
      <w:r>
        <w:rPr>
          <w:lang w:eastAsia="zh-CN"/>
        </w:rPr>
        <w:t>（最危险：会让 C3 完全失效）；</w:t>
      </w:r>
    </w:p>
    <w:p w14:paraId="1645F596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问题 2 </w:t>
      </w:r>
      <w:r>
        <w:rPr>
          <w:b/>
          <w:lang w:eastAsia="zh-CN"/>
        </w:rPr>
        <w:t>假阳性</w:t>
      </w:r>
      <w:r>
        <w:rPr>
          <w:lang w:eastAsia="zh-CN"/>
        </w:rPr>
        <w:t>（会让告警被淹没）；</w:t>
      </w:r>
    </w:p>
    <w:p w14:paraId="14EB368A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问题 3 </w:t>
      </w:r>
      <w:r>
        <w:rPr>
          <w:b/>
          <w:lang w:eastAsia="zh-CN"/>
        </w:rPr>
        <w:t>字面/语义混淆</w:t>
      </w:r>
      <w:r>
        <w:rPr>
          <w:lang w:eastAsia="zh-CN"/>
        </w:rPr>
        <w:t>（会把合</w:t>
      </w:r>
      <w:proofErr w:type="gramStart"/>
      <w:r>
        <w:rPr>
          <w:lang w:eastAsia="zh-CN"/>
        </w:rPr>
        <w:t>规</w:t>
      </w:r>
      <w:proofErr w:type="gramEnd"/>
      <w:r>
        <w:rPr>
          <w:lang w:eastAsia="zh-CN"/>
        </w:rPr>
        <w:t>改写拦下）；</w:t>
      </w:r>
    </w:p>
    <w:p w14:paraId="1E9804B5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问题 4 </w:t>
      </w:r>
      <w:r>
        <w:rPr>
          <w:b/>
          <w:lang w:eastAsia="zh-CN"/>
        </w:rPr>
        <w:t>判定对象错误</w:t>
      </w:r>
      <w:r>
        <w:rPr>
          <w:lang w:eastAsia="zh-CN"/>
        </w:rPr>
        <w:t>（测了生产中不存在的问题）；</w:t>
      </w:r>
    </w:p>
    <w:p w14:paraId="48F94C8D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问题 5 </w:t>
      </w:r>
      <w:r>
        <w:rPr>
          <w:b/>
          <w:lang w:eastAsia="zh-CN"/>
        </w:rPr>
        <w:t>判定范围错误</w:t>
      </w:r>
      <w:r>
        <w:rPr>
          <w:lang w:eastAsia="zh-CN"/>
        </w:rPr>
        <w:t>（会把任何正常脚本判死）。</w:t>
      </w:r>
    </w:p>
    <w:p w14:paraId="1EFA8AED" w14:textId="77777777" w:rsidR="00F62C2C" w:rsidRDefault="00000000">
      <w:pPr>
        <w:rPr>
          <w:lang w:eastAsia="zh-CN"/>
        </w:rPr>
      </w:pPr>
      <w:r>
        <w:rPr>
          <w:lang w:eastAsia="zh-CN"/>
        </w:rPr>
        <w:t>五类都不是"写代码时的粗心"，而是</w:t>
      </w:r>
      <w:r>
        <w:rPr>
          <w:b/>
          <w:lang w:eastAsia="zh-CN"/>
        </w:rPr>
        <w:t>判据设计问题</w:t>
      </w:r>
      <w:r>
        <w:rPr>
          <w:lang w:eastAsia="zh-CN"/>
        </w:rPr>
        <w:t>——这正是评测</w:t>
      </w:r>
      <w:proofErr w:type="gramStart"/>
      <w:r>
        <w:rPr>
          <w:lang w:eastAsia="zh-CN"/>
        </w:rPr>
        <w:t>集必须</w:t>
      </w:r>
      <w:proofErr w:type="gramEnd"/>
      <w:r>
        <w:rPr>
          <w:lang w:eastAsia="zh-CN"/>
        </w:rPr>
        <w:t>先做校准、不能</w:t>
      </w:r>
      <w:proofErr w:type="gramStart"/>
      <w:r>
        <w:rPr>
          <w:lang w:eastAsia="zh-CN"/>
        </w:rPr>
        <w:t>直接跑分的</w:t>
      </w:r>
      <w:proofErr w:type="gramEnd"/>
      <w:r>
        <w:rPr>
          <w:lang w:eastAsia="zh-CN"/>
        </w:rPr>
        <w:t>原因。</w:t>
      </w:r>
    </w:p>
    <w:p w14:paraId="0CB06770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t xml:space="preserve">另有问题 6 </w:t>
      </w:r>
      <w:proofErr w:type="gramStart"/>
      <w:r>
        <w:rPr>
          <w:lang w:eastAsia="zh-CN"/>
        </w:rPr>
        <w:t>属</w:t>
      </w:r>
      <w:r>
        <w:rPr>
          <w:b/>
          <w:lang w:eastAsia="zh-CN"/>
        </w:rPr>
        <w:t>数据</w:t>
      </w:r>
      <w:proofErr w:type="gramEnd"/>
      <w:r>
        <w:rPr>
          <w:b/>
          <w:lang w:eastAsia="zh-CN"/>
        </w:rPr>
        <w:t>基础问题</w:t>
      </w:r>
      <w:r>
        <w:rPr>
          <w:lang w:eastAsia="zh-CN"/>
        </w:rPr>
        <w:t>（判分器正确性会被类比库完整度决定），问题 7 属</w:t>
      </w:r>
      <w:r>
        <w:rPr>
          <w:b/>
          <w:lang w:eastAsia="zh-CN"/>
        </w:rPr>
        <w:t>匹配算法问题</w:t>
      </w:r>
      <w:r>
        <w:rPr>
          <w:lang w:eastAsia="zh-CN"/>
        </w:rPr>
        <w:t>（库存整句、脚本抽半句导致系统性命中失败）。</w:t>
      </w:r>
    </w:p>
    <w:p w14:paraId="667CF626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判定对象与范围必须来自生产事实，不能来自设计文档的假设</w:t>
      </w:r>
      <w:r>
        <w:rPr>
          <w:lang w:eastAsia="zh-CN"/>
        </w:rPr>
        <w:t>——问题 4、5 是同一类错误的两面：一个是"</w:t>
      </w:r>
      <w:proofErr w:type="gramStart"/>
      <w:r>
        <w:rPr>
          <w:lang w:eastAsia="zh-CN"/>
        </w:rPr>
        <w:t>测错了</w:t>
      </w:r>
      <w:proofErr w:type="gramEnd"/>
      <w:r>
        <w:rPr>
          <w:lang w:eastAsia="zh-CN"/>
        </w:rPr>
        <w:t>东西"，一个是"在错误的文本上测"；</w:t>
      </w:r>
    </w:p>
    <w:p w14:paraId="62FBEE10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阈值类参数（C6 长句 40 字、C5 相似度 0.50）仍是初始值；C1 阈值 0.25 已实测标定，但受"字符相似度"方法限制；</w:t>
      </w:r>
    </w:p>
    <w:p w14:paraId="75E8C8FB" w14:textId="77777777" w:rsidR="00F62C2C" w:rsidRDefault="00000000">
      <w:pPr>
        <w:pStyle w:val="a"/>
        <w:spacing w:after="60"/>
      </w:pPr>
      <w:proofErr w:type="spellStart"/>
      <w:r>
        <w:t>下一步</w:t>
      </w:r>
      <w:proofErr w:type="spellEnd"/>
      <w:r>
        <w:t>：</w:t>
      </w:r>
    </w:p>
    <w:p w14:paraId="7E7337F8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评测用例统一</w:t>
      </w:r>
      <w:proofErr w:type="gramStart"/>
      <w:r>
        <w:rPr>
          <w:lang w:eastAsia="zh-CN"/>
        </w:rPr>
        <w:t>改用</w:t>
      </w:r>
      <w:r>
        <w:rPr>
          <w:b/>
          <w:lang w:eastAsia="zh-CN"/>
        </w:rPr>
        <w:t>纯口播</w:t>
      </w:r>
      <w:proofErr w:type="gramEnd"/>
      <w:r>
        <w:rPr>
          <w:b/>
          <w:lang w:eastAsia="zh-CN"/>
        </w:rPr>
        <w:t>正文</w:t>
      </w:r>
      <w:r>
        <w:rPr>
          <w:lang w:eastAsia="zh-CN"/>
        </w:rPr>
        <w:t>格式，避免再</w:t>
      </w:r>
      <w:proofErr w:type="gramStart"/>
      <w:r>
        <w:rPr>
          <w:lang w:eastAsia="zh-CN"/>
        </w:rPr>
        <w:t>触发低置信</w:t>
      </w:r>
      <w:proofErr w:type="gramEnd"/>
      <w:r>
        <w:rPr>
          <w:lang w:eastAsia="zh-CN"/>
        </w:rPr>
        <w:t>度护栏；</w:t>
      </w:r>
    </w:p>
    <w:p w14:paraId="25372FCA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把双向验证思路扩到全部 30 条用例，统计判分器与人工判断的一致率，</w:t>
      </w:r>
      <w:r>
        <w:rPr>
          <w:b/>
          <w:lang w:eastAsia="zh-CN"/>
        </w:rPr>
        <w:t>低于 80% 的维度不得放量</w:t>
      </w:r>
      <w:r>
        <w:rPr>
          <w:lang w:eastAsia="zh-CN"/>
        </w:rPr>
        <w:t>。</w:t>
      </w:r>
    </w:p>
    <w:p w14:paraId="51311440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62E2BA1B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项目：03-AI内容生产Agent系统/评测集</w:t>
      </w:r>
    </w:p>
    <w:p w14:paraId="2F0A9C5D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成本与延迟预算（文字链路）</w:t>
      </w:r>
    </w:p>
    <w:p w14:paraId="451D6D9B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成本与延迟预算（选题与脚本生成 · 文字链路）</w:t>
      </w:r>
    </w:p>
    <w:p w14:paraId="1502BAA3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归属</w:t>
      </w:r>
      <w:r>
        <w:rPr>
          <w:lang w:eastAsia="zh-CN"/>
        </w:rPr>
        <w:t xml:space="preserve">：本文核算 </w:t>
      </w:r>
      <w:r>
        <w:rPr>
          <w:b/>
          <w:lang w:eastAsia="zh-CN"/>
        </w:rPr>
        <w:t>AI 内容生产 Agent 系统</w:t>
      </w:r>
      <w:r>
        <w:rPr>
          <w:lang w:eastAsia="zh-CN"/>
        </w:rPr>
        <w:t>（选题 + 脚本生成）的成本，属</w:t>
      </w:r>
      <w:r>
        <w:rPr>
          <w:b/>
          <w:lang w:eastAsia="zh-CN"/>
        </w:rPr>
        <w:t>文字链路</w:t>
      </w:r>
      <w:r>
        <w:rPr>
          <w:lang w:eastAsia="zh-CN"/>
        </w:rPr>
        <w:t>。</w:t>
      </w:r>
    </w:p>
    <w:p w14:paraId="24BEC533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与其它文档的边界</w:t>
      </w:r>
      <w:r>
        <w:rPr>
          <w:lang w:eastAsia="zh-CN"/>
        </w:rPr>
        <w:t xml:space="preserve">：画面生成成本见 </w:t>
      </w:r>
      <w:r>
        <w:rPr>
          <w:rFonts w:ascii="Consolas" w:hAnsi="Consolas"/>
          <w:color w:val="B03030"/>
          <w:sz w:val="18"/>
          <w:lang w:eastAsia="zh-CN"/>
        </w:rPr>
        <w:t>02-</w:t>
      </w:r>
      <w:r>
        <w:rPr>
          <w:rFonts w:ascii="Consolas" w:hAnsi="Consolas"/>
          <w:color w:val="B03030"/>
          <w:sz w:val="18"/>
          <w:lang w:eastAsia="zh-CN"/>
        </w:rPr>
        <w:t>数字</w:t>
      </w:r>
      <w:proofErr w:type="gramStart"/>
      <w:r>
        <w:rPr>
          <w:rFonts w:ascii="Consolas" w:hAnsi="Consolas"/>
          <w:color w:val="B03030"/>
          <w:sz w:val="18"/>
          <w:lang w:eastAsia="zh-CN"/>
        </w:rPr>
        <w:t>人内容</w:t>
      </w:r>
      <w:proofErr w:type="gramEnd"/>
      <w:r>
        <w:rPr>
          <w:rFonts w:ascii="Consolas" w:hAnsi="Consolas"/>
          <w:color w:val="B03030"/>
          <w:sz w:val="18"/>
          <w:lang w:eastAsia="zh-CN"/>
        </w:rPr>
        <w:t>流水线</w:t>
      </w:r>
      <w:r>
        <w:rPr>
          <w:rFonts w:ascii="Consolas" w:hAnsi="Consolas"/>
          <w:color w:val="B03030"/>
          <w:sz w:val="18"/>
          <w:lang w:eastAsia="zh-CN"/>
        </w:rPr>
        <w:t>/</w:t>
      </w:r>
      <w:r>
        <w:rPr>
          <w:rFonts w:ascii="Consolas" w:hAnsi="Consolas"/>
          <w:color w:val="B03030"/>
          <w:sz w:val="18"/>
          <w:lang w:eastAsia="zh-CN"/>
        </w:rPr>
        <w:t>成本核算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生视频</w:t>
      </w:r>
      <w:r>
        <w:rPr>
          <w:rFonts w:ascii="Consolas" w:hAnsi="Consolas"/>
          <w:color w:val="B03030"/>
          <w:sz w:val="18"/>
          <w:lang w:eastAsia="zh-CN"/>
        </w:rPr>
        <w:t>.md</w:t>
      </w:r>
      <w:r>
        <w:rPr>
          <w:lang w:eastAsia="zh-CN"/>
        </w:rPr>
        <w:t>，两者不重叠。</w:t>
      </w:r>
    </w:p>
    <w:p w14:paraId="45A00207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v1.2 修正说明</w:t>
      </w:r>
      <w:r>
        <w:rPr>
          <w:i/>
          <w:color w:val="555555"/>
          <w:lang w:eastAsia="zh-CN"/>
        </w:rPr>
        <w:t>：本文件早期版本混入了视频生成成本（</w:t>
      </w:r>
      <w:proofErr w:type="spellStart"/>
      <w:r>
        <w:rPr>
          <w:i/>
          <w:color w:val="555555"/>
          <w:lang w:eastAsia="zh-CN"/>
        </w:rPr>
        <w:t>RunningHub</w:t>
      </w:r>
      <w:proofErr w:type="spellEnd"/>
      <w:r>
        <w:rPr>
          <w:i/>
          <w:color w:val="555555"/>
          <w:lang w:eastAsia="zh-CN"/>
        </w:rPr>
        <w:t xml:space="preserve"> / </w:t>
      </w:r>
      <w:proofErr w:type="spellStart"/>
      <w:r>
        <w:rPr>
          <w:i/>
          <w:color w:val="555555"/>
          <w:lang w:eastAsia="zh-CN"/>
        </w:rPr>
        <w:t>MiniMax</w:t>
      </w:r>
      <w:proofErr w:type="spellEnd"/>
      <w:r>
        <w:rPr>
          <w:i/>
          <w:color w:val="555555"/>
          <w:lang w:eastAsia="zh-CN"/>
        </w:rPr>
        <w:t xml:space="preserve"> H3），</w:t>
      </w:r>
    </w:p>
    <w:p w14:paraId="267AB1D8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属于归类错误——那部分不属于本系统。现已拆分，视频成本移出。</w:t>
      </w:r>
    </w:p>
    <w:p w14:paraId="4C056324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一、实测调用结构</w:t>
      </w:r>
    </w:p>
    <w:p w14:paraId="05B93459" w14:textId="77777777" w:rsidR="00F62C2C" w:rsidRDefault="00000000">
      <w:pPr>
        <w:rPr>
          <w:lang w:eastAsia="zh-CN"/>
        </w:rPr>
      </w:pPr>
      <w:r>
        <w:rPr>
          <w:lang w:eastAsia="zh-CN"/>
        </w:rPr>
        <w:t xml:space="preserve">依据 </w:t>
      </w:r>
      <w:r>
        <w:rPr>
          <w:rFonts w:ascii="Consolas" w:hAnsi="Consolas"/>
          <w:color w:val="B03030"/>
          <w:sz w:val="18"/>
          <w:lang w:eastAsia="zh-CN"/>
        </w:rPr>
        <w:t>02-</w:t>
      </w:r>
      <w:r>
        <w:rPr>
          <w:rFonts w:ascii="Consolas" w:hAnsi="Consolas"/>
          <w:color w:val="B03030"/>
          <w:sz w:val="18"/>
          <w:lang w:eastAsia="zh-CN"/>
        </w:rPr>
        <w:t>数字</w:t>
      </w:r>
      <w:proofErr w:type="gramStart"/>
      <w:r>
        <w:rPr>
          <w:rFonts w:ascii="Consolas" w:hAnsi="Consolas"/>
          <w:color w:val="B03030"/>
          <w:sz w:val="18"/>
          <w:lang w:eastAsia="zh-CN"/>
        </w:rPr>
        <w:t>人内容</w:t>
      </w:r>
      <w:proofErr w:type="gramEnd"/>
      <w:r>
        <w:rPr>
          <w:rFonts w:ascii="Consolas" w:hAnsi="Consolas"/>
          <w:color w:val="B03030"/>
          <w:sz w:val="18"/>
          <w:lang w:eastAsia="zh-CN"/>
        </w:rPr>
        <w:t>流水线</w:t>
      </w:r>
      <w:r>
        <w:rPr>
          <w:rFonts w:ascii="Consolas" w:hAnsi="Consolas"/>
          <w:color w:val="B03030"/>
          <w:sz w:val="18"/>
          <w:lang w:eastAsia="zh-CN"/>
        </w:rPr>
        <w:t>/04-</w:t>
      </w:r>
      <w:r>
        <w:rPr>
          <w:rFonts w:ascii="Consolas" w:hAnsi="Consolas"/>
          <w:color w:val="B03030"/>
          <w:sz w:val="18"/>
          <w:lang w:eastAsia="zh-CN"/>
        </w:rPr>
        <w:t>脚本与台账</w:t>
      </w:r>
      <w:r>
        <w:rPr>
          <w:rFonts w:ascii="Consolas" w:hAnsi="Consolas"/>
          <w:color w:val="B03030"/>
          <w:sz w:val="18"/>
          <w:lang w:eastAsia="zh-CN"/>
        </w:rPr>
        <w:t>/N8N-WF1-</w:t>
      </w:r>
      <w:r>
        <w:rPr>
          <w:rFonts w:ascii="Consolas" w:hAnsi="Consolas"/>
          <w:color w:val="B03030"/>
          <w:sz w:val="18"/>
          <w:lang w:eastAsia="zh-CN"/>
        </w:rPr>
        <w:t>选题与脚本</w:t>
      </w:r>
      <w:r>
        <w:rPr>
          <w:rFonts w:ascii="Consolas" w:hAnsi="Consolas"/>
          <w:color w:val="B03030"/>
          <w:sz w:val="18"/>
          <w:lang w:eastAsia="zh-CN"/>
        </w:rPr>
        <w:t>.</w:t>
      </w:r>
      <w:proofErr w:type="spellStart"/>
      <w:r>
        <w:rPr>
          <w:rFonts w:ascii="Consolas" w:hAnsi="Consolas"/>
          <w:color w:val="B03030"/>
          <w:sz w:val="18"/>
          <w:lang w:eastAsia="zh-CN"/>
        </w:rPr>
        <w:t>json</w:t>
      </w:r>
      <w:proofErr w:type="spellEnd"/>
      <w:r>
        <w:rPr>
          <w:lang w:eastAsia="zh-CN"/>
        </w:rPr>
        <w:t>（16 节点）逐节点核对，</w:t>
      </w:r>
      <w:r>
        <w:rPr>
          <w:b/>
          <w:lang w:eastAsia="zh-CN"/>
        </w:rPr>
        <w:t xml:space="preserve">只有 2 </w:t>
      </w:r>
      <w:proofErr w:type="gramStart"/>
      <w:r>
        <w:rPr>
          <w:b/>
          <w:lang w:eastAsia="zh-CN"/>
        </w:rPr>
        <w:t>个</w:t>
      </w:r>
      <w:proofErr w:type="gramEnd"/>
      <w:r>
        <w:rPr>
          <w:b/>
          <w:lang w:eastAsia="zh-CN"/>
        </w:rPr>
        <w:t>节点调用 LLM</w:t>
      </w:r>
      <w:r>
        <w:rPr>
          <w:lang w:eastAsia="zh-CN"/>
        </w:rPr>
        <w:t>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819"/>
        <w:gridCol w:w="954"/>
        <w:gridCol w:w="1227"/>
        <w:gridCol w:w="1227"/>
        <w:gridCol w:w="5185"/>
      </w:tblGrid>
      <w:tr w:rsidR="00F62C2C" w14:paraId="651B78F3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14:paraId="2D19ECC3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环节</w:t>
            </w:r>
            <w:proofErr w:type="spellEnd"/>
          </w:p>
        </w:tc>
        <w:tc>
          <w:tcPr>
            <w:tcW w:w="954" w:type="dxa"/>
          </w:tcPr>
          <w:p w14:paraId="569CB1AE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每轮次数</w:t>
            </w:r>
          </w:p>
        </w:tc>
        <w:tc>
          <w:tcPr>
            <w:tcW w:w="1227" w:type="dxa"/>
          </w:tcPr>
          <w:p w14:paraId="54594CEE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输入 tokens</w:t>
            </w:r>
          </w:p>
        </w:tc>
        <w:tc>
          <w:tcPr>
            <w:tcW w:w="1227" w:type="dxa"/>
          </w:tcPr>
          <w:p w14:paraId="00E935CF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输出 tokens</w:t>
            </w:r>
          </w:p>
        </w:tc>
        <w:tc>
          <w:tcPr>
            <w:tcW w:w="5183" w:type="dxa"/>
          </w:tcPr>
          <w:p w14:paraId="0DC1F688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备注</w:t>
            </w:r>
          </w:p>
        </w:tc>
      </w:tr>
      <w:tr w:rsidR="00F62C2C" w14:paraId="01E7AEF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14:paraId="69FBFAC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选题生成</w:t>
            </w:r>
          </w:p>
        </w:tc>
        <w:tc>
          <w:tcPr>
            <w:tcW w:w="954" w:type="dxa"/>
          </w:tcPr>
          <w:p w14:paraId="02D157A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</w:t>
            </w:r>
          </w:p>
        </w:tc>
        <w:tc>
          <w:tcPr>
            <w:tcW w:w="1227" w:type="dxa"/>
          </w:tcPr>
          <w:p w14:paraId="341C589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140</w:t>
            </w:r>
          </w:p>
        </w:tc>
        <w:tc>
          <w:tcPr>
            <w:tcW w:w="1227" w:type="dxa"/>
          </w:tcPr>
          <w:p w14:paraId="3E7F782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~400</w:t>
            </w:r>
          </w:p>
        </w:tc>
        <w:tc>
          <w:tcPr>
            <w:tcW w:w="5183" w:type="dxa"/>
          </w:tcPr>
          <w:p w14:paraId="3B31D5E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system 54 字 + user 157 字；输出 5 个选题 JSON</w:t>
            </w:r>
          </w:p>
        </w:tc>
      </w:tr>
      <w:tr w:rsidR="00F62C2C" w14:paraId="1DA82B4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14:paraId="302F645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脚本生成</w:t>
            </w:r>
          </w:p>
        </w:tc>
        <w:tc>
          <w:tcPr>
            <w:tcW w:w="954" w:type="dxa"/>
          </w:tcPr>
          <w:p w14:paraId="25282835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1227" w:type="dxa"/>
          </w:tcPr>
          <w:p w14:paraId="109B4D4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183</w:t>
            </w:r>
          </w:p>
        </w:tc>
        <w:tc>
          <w:tcPr>
            <w:tcW w:w="1227" w:type="dxa"/>
          </w:tcPr>
          <w:p w14:paraId="30EF5B7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~600</w:t>
            </w:r>
          </w:p>
        </w:tc>
        <w:tc>
          <w:tcPr>
            <w:tcW w:w="5183" w:type="dxa"/>
          </w:tcPr>
          <w:p w14:paraId="69953F3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每个选题 1 次；输入只注入选题四字段</w:t>
            </w:r>
          </w:p>
        </w:tc>
      </w:tr>
      <w:tr w:rsidR="00F62C2C" w14:paraId="525BDA5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dxa"/>
          </w:tcPr>
          <w:p w14:paraId="57902E8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合计</w:t>
            </w:r>
            <w:proofErr w:type="spellEnd"/>
          </w:p>
        </w:tc>
        <w:tc>
          <w:tcPr>
            <w:tcW w:w="954" w:type="dxa"/>
          </w:tcPr>
          <w:p w14:paraId="51551F8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6 次</w:t>
            </w:r>
          </w:p>
        </w:tc>
        <w:tc>
          <w:tcPr>
            <w:tcW w:w="1227" w:type="dxa"/>
          </w:tcPr>
          <w:p w14:paraId="49A7198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1,055</w:t>
            </w:r>
          </w:p>
        </w:tc>
        <w:tc>
          <w:tcPr>
            <w:tcW w:w="1227" w:type="dxa"/>
          </w:tcPr>
          <w:p w14:paraId="2A8BB66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3,400</w:t>
            </w:r>
          </w:p>
        </w:tc>
        <w:tc>
          <w:tcPr>
            <w:tcW w:w="5183" w:type="dxa"/>
          </w:tcPr>
          <w:p w14:paraId="4CE0424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4,455 tokens/轮（5 条脚本）</w:t>
            </w:r>
          </w:p>
        </w:tc>
      </w:tr>
    </w:tbl>
    <w:p w14:paraId="28D30934" w14:textId="77777777" w:rsidR="00F62C2C" w:rsidRDefault="00F62C2C"/>
    <w:p w14:paraId="4314D713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三处与设计文档不一致（实测发现）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884"/>
        <w:gridCol w:w="4707"/>
        <w:gridCol w:w="1821"/>
      </w:tblGrid>
      <w:tr w:rsidR="00F62C2C" w14:paraId="78DFE27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118BBCD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PRD </w:t>
            </w:r>
            <w:proofErr w:type="spellStart"/>
            <w:r>
              <w:rPr>
                <w:sz w:val="18"/>
              </w:rPr>
              <w:t>里的假设</w:t>
            </w:r>
            <w:proofErr w:type="spellEnd"/>
          </w:p>
        </w:tc>
        <w:tc>
          <w:tcPr>
            <w:tcW w:w="4706" w:type="dxa"/>
          </w:tcPr>
          <w:p w14:paraId="38D720E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工作流实测</w:t>
            </w:r>
          </w:p>
        </w:tc>
        <w:tc>
          <w:tcPr>
            <w:tcW w:w="1821" w:type="dxa"/>
          </w:tcPr>
          <w:p w14:paraId="3016E1C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影响</w:t>
            </w:r>
          </w:p>
        </w:tc>
      </w:tr>
      <w:tr w:rsidR="00F62C2C" w14:paraId="6655714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4000976C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有"动态评分 → 自动重试 ≤2 次"</w:t>
            </w:r>
          </w:p>
        </w:tc>
        <w:tc>
          <w:tcPr>
            <w:tcW w:w="4706" w:type="dxa"/>
          </w:tcPr>
          <w:p w14:paraId="71BDE51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WF1 没有评分与重试节点</w:t>
            </w:r>
          </w:p>
        </w:tc>
        <w:tc>
          <w:tcPr>
            <w:tcW w:w="1821" w:type="dxa"/>
          </w:tcPr>
          <w:p w14:paraId="1D0BBCC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成本模型不含重试倍数</w:t>
            </w:r>
          </w:p>
        </w:tc>
      </w:tr>
      <w:tr w:rsidR="00F62C2C" w14:paraId="6DB2202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76E6EACF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走 RAG 召回知识库原文</w:t>
            </w:r>
          </w:p>
        </w:tc>
        <w:tc>
          <w:tcPr>
            <w:tcW w:w="4706" w:type="dxa"/>
          </w:tcPr>
          <w:p w14:paraId="13CAEE6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脚本节点只注入选题四字段，</w:t>
            </w:r>
            <w:r>
              <w:rPr>
                <w:b/>
                <w:sz w:val="18"/>
                <w:lang w:eastAsia="zh-CN"/>
              </w:rPr>
              <w:t>知识库原文未进 prompt</w:t>
            </w:r>
          </w:p>
        </w:tc>
        <w:tc>
          <w:tcPr>
            <w:tcW w:w="1821" w:type="dxa"/>
          </w:tcPr>
          <w:p w14:paraId="6B27B75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无检索</w:t>
            </w:r>
            <w:proofErr w:type="spellEnd"/>
            <w:r>
              <w:rPr>
                <w:sz w:val="18"/>
              </w:rPr>
              <w:t xml:space="preserve"> token </w:t>
            </w:r>
            <w:proofErr w:type="spellStart"/>
            <w:r>
              <w:rPr>
                <w:sz w:val="18"/>
              </w:rPr>
              <w:t>成本</w:t>
            </w:r>
            <w:proofErr w:type="spellEnd"/>
          </w:p>
        </w:tc>
      </w:tr>
      <w:tr w:rsidR="00F62C2C" w14:paraId="1EC76A8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4" w:type="dxa"/>
          </w:tcPr>
          <w:p w14:paraId="65879EC7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脚本可能按</w:t>
            </w:r>
            <w:proofErr w:type="gramStart"/>
            <w:r>
              <w:rPr>
                <w:sz w:val="18"/>
                <w:lang w:eastAsia="zh-CN"/>
              </w:rPr>
              <w:t>段多次</w:t>
            </w:r>
            <w:proofErr w:type="gramEnd"/>
            <w:r>
              <w:rPr>
                <w:sz w:val="18"/>
                <w:lang w:eastAsia="zh-CN"/>
              </w:rPr>
              <w:t>调用</w:t>
            </w:r>
          </w:p>
        </w:tc>
        <w:tc>
          <w:tcPr>
            <w:tcW w:w="4706" w:type="dxa"/>
          </w:tcPr>
          <w:p w14:paraId="1EE31DD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每选题</w:t>
            </w:r>
            <w:r>
              <w:rPr>
                <w:b/>
                <w:sz w:val="18"/>
              </w:rPr>
              <w:t>恰好</w:t>
            </w:r>
            <w:proofErr w:type="spellEnd"/>
            <w:r>
              <w:rPr>
                <w:b/>
                <w:sz w:val="18"/>
              </w:rPr>
              <w:t xml:space="preserve"> 1 次</w:t>
            </w:r>
          </w:p>
        </w:tc>
        <w:tc>
          <w:tcPr>
            <w:tcW w:w="1821" w:type="dxa"/>
          </w:tcPr>
          <w:p w14:paraId="09FBDFD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调用次数可确定</w:t>
            </w:r>
          </w:p>
        </w:tc>
      </w:tr>
    </w:tbl>
    <w:p w14:paraId="634E05E5" w14:textId="77777777" w:rsidR="00F62C2C" w:rsidRDefault="00F62C2C"/>
    <w:p w14:paraId="43450805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lastRenderedPageBreak/>
        <w:t>二、单篇成本（按不同模型单价）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3877"/>
        <w:gridCol w:w="1477"/>
        <w:gridCol w:w="1476"/>
        <w:gridCol w:w="1291"/>
        <w:gridCol w:w="1291"/>
      </w:tblGrid>
      <w:tr w:rsidR="00F62C2C" w14:paraId="07763DB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4A517BE3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模型</w:t>
            </w:r>
            <w:proofErr w:type="spellEnd"/>
          </w:p>
        </w:tc>
        <w:tc>
          <w:tcPr>
            <w:tcW w:w="1476" w:type="dxa"/>
          </w:tcPr>
          <w:p w14:paraId="330A85AA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输入（元/百万）</w:t>
            </w:r>
          </w:p>
        </w:tc>
        <w:tc>
          <w:tcPr>
            <w:tcW w:w="1476" w:type="dxa"/>
          </w:tcPr>
          <w:p w14:paraId="35B6883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输出（元/百万）</w:t>
            </w:r>
          </w:p>
        </w:tc>
        <w:tc>
          <w:tcPr>
            <w:tcW w:w="1291" w:type="dxa"/>
          </w:tcPr>
          <w:p w14:paraId="3693E44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单轮（5 篇）</w:t>
            </w:r>
          </w:p>
        </w:tc>
        <w:tc>
          <w:tcPr>
            <w:tcW w:w="1291" w:type="dxa"/>
          </w:tcPr>
          <w:p w14:paraId="62A8F97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单篇</w:t>
            </w:r>
          </w:p>
        </w:tc>
      </w:tr>
      <w:tr w:rsidR="00F62C2C" w14:paraId="59F2D33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5E2B65C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Doubao 1.5 Lite 32k</w:t>
            </w:r>
          </w:p>
        </w:tc>
        <w:tc>
          <w:tcPr>
            <w:tcW w:w="1476" w:type="dxa"/>
          </w:tcPr>
          <w:p w14:paraId="41EBA51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0.3</w:t>
            </w:r>
          </w:p>
        </w:tc>
        <w:tc>
          <w:tcPr>
            <w:tcW w:w="1476" w:type="dxa"/>
          </w:tcPr>
          <w:p w14:paraId="0829F0A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0.6</w:t>
            </w:r>
          </w:p>
        </w:tc>
        <w:tc>
          <w:tcPr>
            <w:tcW w:w="1291" w:type="dxa"/>
          </w:tcPr>
          <w:p w14:paraId="4C01E31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¥0.0024</w:t>
            </w:r>
          </w:p>
        </w:tc>
        <w:tc>
          <w:tcPr>
            <w:tcW w:w="1291" w:type="dxa"/>
          </w:tcPr>
          <w:p w14:paraId="7F722B4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¥0.0005</w:t>
            </w:r>
          </w:p>
        </w:tc>
      </w:tr>
      <w:tr w:rsidR="00F62C2C" w14:paraId="10F51F9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539D435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Doubao 1.5 Pro 32k</w:t>
            </w:r>
          </w:p>
        </w:tc>
        <w:tc>
          <w:tcPr>
            <w:tcW w:w="1476" w:type="dxa"/>
          </w:tcPr>
          <w:p w14:paraId="532D251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0.8</w:t>
            </w:r>
          </w:p>
        </w:tc>
        <w:tc>
          <w:tcPr>
            <w:tcW w:w="1476" w:type="dxa"/>
          </w:tcPr>
          <w:p w14:paraId="05F4BDF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2.0</w:t>
            </w:r>
          </w:p>
        </w:tc>
        <w:tc>
          <w:tcPr>
            <w:tcW w:w="1291" w:type="dxa"/>
          </w:tcPr>
          <w:p w14:paraId="1927B78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¥0.0076</w:t>
            </w:r>
          </w:p>
        </w:tc>
        <w:tc>
          <w:tcPr>
            <w:tcW w:w="1291" w:type="dxa"/>
          </w:tcPr>
          <w:p w14:paraId="23B9260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¥0.0015</w:t>
            </w:r>
          </w:p>
        </w:tc>
      </w:tr>
      <w:tr w:rsidR="00F62C2C" w14:paraId="763062D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26CA4C3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Doubao Seed 1.6 Flash</w:t>
            </w:r>
          </w:p>
        </w:tc>
        <w:tc>
          <w:tcPr>
            <w:tcW w:w="1476" w:type="dxa"/>
          </w:tcPr>
          <w:p w14:paraId="39DA715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0.15</w:t>
            </w:r>
          </w:p>
        </w:tc>
        <w:tc>
          <w:tcPr>
            <w:tcW w:w="1476" w:type="dxa"/>
          </w:tcPr>
          <w:p w14:paraId="0C3BA3A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1.5</w:t>
            </w:r>
          </w:p>
        </w:tc>
        <w:tc>
          <w:tcPr>
            <w:tcW w:w="1291" w:type="dxa"/>
          </w:tcPr>
          <w:p w14:paraId="6702E1B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¥0.0053</w:t>
            </w:r>
          </w:p>
        </w:tc>
        <w:tc>
          <w:tcPr>
            <w:tcW w:w="1291" w:type="dxa"/>
          </w:tcPr>
          <w:p w14:paraId="749AEAD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¥0.0011</w:t>
            </w:r>
          </w:p>
        </w:tc>
      </w:tr>
      <w:tr w:rsidR="00F62C2C" w14:paraId="466ED4E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394CD46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DeepSeek flash（低谷）</w:t>
            </w:r>
          </w:p>
        </w:tc>
        <w:tc>
          <w:tcPr>
            <w:tcW w:w="1476" w:type="dxa"/>
          </w:tcPr>
          <w:p w14:paraId="537D6ED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1.07</w:t>
            </w:r>
          </w:p>
        </w:tc>
        <w:tc>
          <w:tcPr>
            <w:tcW w:w="1476" w:type="dxa"/>
          </w:tcPr>
          <w:p w14:paraId="0E1174B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4.26</w:t>
            </w:r>
          </w:p>
        </w:tc>
        <w:tc>
          <w:tcPr>
            <w:tcW w:w="1291" w:type="dxa"/>
          </w:tcPr>
          <w:p w14:paraId="4EB73EB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¥0.0156</w:t>
            </w:r>
          </w:p>
        </w:tc>
        <w:tc>
          <w:tcPr>
            <w:tcW w:w="1291" w:type="dxa"/>
          </w:tcPr>
          <w:p w14:paraId="66EDA8B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¥0.0031</w:t>
            </w:r>
          </w:p>
        </w:tc>
      </w:tr>
    </w:tbl>
    <w:p w14:paraId="24EA0932" w14:textId="77777777" w:rsidR="00F62C2C" w:rsidRDefault="00F62C2C"/>
    <w:p w14:paraId="416F78E3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结论：文字链路的成本可以忽略</w:t>
      </w:r>
      <w:r>
        <w:rPr>
          <w:lang w:eastAsia="zh-CN"/>
        </w:rPr>
        <w:t xml:space="preserve">——单篇约 ¥0.0015，日更 10 </w:t>
      </w:r>
      <w:proofErr w:type="gramStart"/>
      <w:r>
        <w:rPr>
          <w:lang w:eastAsia="zh-CN"/>
        </w:rPr>
        <w:t>篇月成本</w:t>
      </w:r>
      <w:proofErr w:type="gramEnd"/>
      <w:r>
        <w:rPr>
          <w:lang w:eastAsia="zh-CN"/>
        </w:rPr>
        <w:t>约 ¥0.5。</w:t>
      </w:r>
    </w:p>
    <w:p w14:paraId="6C7D7F5E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三、量级外推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033"/>
        <w:gridCol w:w="5379"/>
      </w:tblGrid>
      <w:tr w:rsidR="00F62C2C" w14:paraId="326C4388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3" w:type="dxa"/>
          </w:tcPr>
          <w:p w14:paraId="258C305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日产量</w:t>
            </w:r>
          </w:p>
        </w:tc>
        <w:tc>
          <w:tcPr>
            <w:tcW w:w="5378" w:type="dxa"/>
          </w:tcPr>
          <w:p w14:paraId="0E2812F7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月 LLM 成本</w:t>
            </w:r>
          </w:p>
        </w:tc>
      </w:tr>
      <w:tr w:rsidR="00F62C2C" w14:paraId="06289FE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3" w:type="dxa"/>
          </w:tcPr>
          <w:p w14:paraId="7E677BE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1 篇/天</w:t>
            </w:r>
          </w:p>
        </w:tc>
        <w:tc>
          <w:tcPr>
            <w:tcW w:w="5378" w:type="dxa"/>
          </w:tcPr>
          <w:p w14:paraId="6309B31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≈ ¥0.05</w:t>
            </w:r>
          </w:p>
        </w:tc>
      </w:tr>
      <w:tr w:rsidR="00F62C2C" w14:paraId="116CBB36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3" w:type="dxa"/>
          </w:tcPr>
          <w:p w14:paraId="5F8BF26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3 篇/天</w:t>
            </w:r>
          </w:p>
        </w:tc>
        <w:tc>
          <w:tcPr>
            <w:tcW w:w="5378" w:type="dxa"/>
          </w:tcPr>
          <w:p w14:paraId="16DF592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≈ ¥0.14</w:t>
            </w:r>
          </w:p>
        </w:tc>
      </w:tr>
      <w:tr w:rsidR="00F62C2C" w14:paraId="6D56664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3" w:type="dxa"/>
          </w:tcPr>
          <w:p w14:paraId="1356D25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10 篇/天</w:t>
            </w:r>
          </w:p>
        </w:tc>
        <w:tc>
          <w:tcPr>
            <w:tcW w:w="5378" w:type="dxa"/>
          </w:tcPr>
          <w:p w14:paraId="04D1527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≈ ¥0.46</w:t>
            </w:r>
          </w:p>
        </w:tc>
      </w:tr>
    </w:tbl>
    <w:p w14:paraId="269F1FC4" w14:textId="77777777" w:rsidR="00F62C2C" w:rsidRDefault="00F62C2C"/>
    <w:p w14:paraId="419277D9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四、延迟结构（待实测）</w:t>
      </w:r>
    </w:p>
    <w:p w14:paraId="2B0C8AE9" w14:textId="77777777" w:rsidR="00F62C2C" w:rsidRDefault="00000000">
      <w:pPr>
        <w:rPr>
          <w:lang w:eastAsia="zh-CN"/>
        </w:rPr>
      </w:pPr>
      <w:r>
        <w:rPr>
          <w:lang w:eastAsia="zh-CN"/>
        </w:rPr>
        <w:t>延迟结构与成本结构相反：</w:t>
      </w:r>
      <w:r>
        <w:rPr>
          <w:b/>
          <w:lang w:eastAsia="zh-CN"/>
        </w:rPr>
        <w:t xml:space="preserve">LLM 只占 16 </w:t>
      </w:r>
      <w:proofErr w:type="gramStart"/>
      <w:r>
        <w:rPr>
          <w:b/>
          <w:lang w:eastAsia="zh-CN"/>
        </w:rPr>
        <w:t>个</w:t>
      </w:r>
      <w:proofErr w:type="gramEnd"/>
      <w:r>
        <w:rPr>
          <w:b/>
          <w:lang w:eastAsia="zh-CN"/>
        </w:rPr>
        <w:t>节点中的少数，人工审批（Wait）才是耗时主体</w:t>
      </w:r>
      <w:r>
        <w:rPr>
          <w:lang w:eastAsia="zh-CN"/>
        </w:rPr>
        <w:t>。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3875"/>
        <w:gridCol w:w="2215"/>
        <w:gridCol w:w="1661"/>
        <w:gridCol w:w="1661"/>
      </w:tblGrid>
      <w:tr w:rsidR="00F62C2C" w14:paraId="61170CAB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1B39E6A3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环节</w:t>
            </w:r>
            <w:proofErr w:type="spellEnd"/>
          </w:p>
        </w:tc>
        <w:tc>
          <w:tcPr>
            <w:tcW w:w="2214" w:type="dxa"/>
          </w:tcPr>
          <w:p w14:paraId="1751B476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类型</w:t>
            </w:r>
          </w:p>
        </w:tc>
        <w:tc>
          <w:tcPr>
            <w:tcW w:w="1660" w:type="dxa"/>
          </w:tcPr>
          <w:p w14:paraId="3484E40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P50</w:t>
            </w:r>
          </w:p>
        </w:tc>
        <w:tc>
          <w:tcPr>
            <w:tcW w:w="1660" w:type="dxa"/>
          </w:tcPr>
          <w:p w14:paraId="692C3C6D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P95</w:t>
            </w:r>
          </w:p>
        </w:tc>
      </w:tr>
      <w:tr w:rsidR="00F62C2C" w14:paraId="0249182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4C4DEB9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选题生成</w:t>
            </w:r>
          </w:p>
        </w:tc>
        <w:tc>
          <w:tcPr>
            <w:tcW w:w="2214" w:type="dxa"/>
          </w:tcPr>
          <w:p w14:paraId="6454CAA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LLM</w:t>
            </w:r>
          </w:p>
        </w:tc>
        <w:tc>
          <w:tcPr>
            <w:tcW w:w="1660" w:type="dxa"/>
          </w:tcPr>
          <w:p w14:paraId="23EFB36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  <w:tc>
          <w:tcPr>
            <w:tcW w:w="1660" w:type="dxa"/>
          </w:tcPr>
          <w:p w14:paraId="3DC32401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</w:tr>
      <w:tr w:rsidR="00F62C2C" w14:paraId="50CEBB1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493139B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脚本生成 ×5</w:t>
            </w:r>
          </w:p>
        </w:tc>
        <w:tc>
          <w:tcPr>
            <w:tcW w:w="2214" w:type="dxa"/>
          </w:tcPr>
          <w:p w14:paraId="007FB9E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LLM（可并行）</w:t>
            </w:r>
          </w:p>
        </w:tc>
        <w:tc>
          <w:tcPr>
            <w:tcW w:w="1660" w:type="dxa"/>
          </w:tcPr>
          <w:p w14:paraId="3F0BF25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  <w:tc>
          <w:tcPr>
            <w:tcW w:w="1660" w:type="dxa"/>
          </w:tcPr>
          <w:p w14:paraId="485DC80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</w:tr>
      <w:tr w:rsidR="00F62C2C" w14:paraId="3C35B99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25EC03F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飞书写入/回填</w:t>
            </w:r>
          </w:p>
        </w:tc>
        <w:tc>
          <w:tcPr>
            <w:tcW w:w="2214" w:type="dxa"/>
          </w:tcPr>
          <w:p w14:paraId="6A613E2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HTTP</w:t>
            </w:r>
          </w:p>
        </w:tc>
        <w:tc>
          <w:tcPr>
            <w:tcW w:w="1660" w:type="dxa"/>
          </w:tcPr>
          <w:p w14:paraId="2F9A17B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  <w:tc>
          <w:tcPr>
            <w:tcW w:w="1660" w:type="dxa"/>
          </w:tcPr>
          <w:p w14:paraId="458C8E2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</w:tr>
      <w:tr w:rsidR="00F62C2C" w14:paraId="4C7B41B6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741CDC3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人工审批（Wait）</w:t>
            </w:r>
          </w:p>
        </w:tc>
        <w:tc>
          <w:tcPr>
            <w:tcW w:w="2214" w:type="dxa"/>
          </w:tcPr>
          <w:p w14:paraId="123A3E4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人工</w:t>
            </w:r>
            <w:proofErr w:type="spellEnd"/>
          </w:p>
        </w:tc>
        <w:tc>
          <w:tcPr>
            <w:tcW w:w="1660" w:type="dxa"/>
          </w:tcPr>
          <w:p w14:paraId="5F74A22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  <w:tc>
          <w:tcPr>
            <w:tcW w:w="1660" w:type="dxa"/>
          </w:tcPr>
          <w:p w14:paraId="187E9DD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</w:tr>
      <w:tr w:rsidR="00F62C2C" w14:paraId="2C2A88C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2F94CAD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端到端（含人工）</w:t>
            </w:r>
          </w:p>
        </w:tc>
        <w:tc>
          <w:tcPr>
            <w:tcW w:w="2214" w:type="dxa"/>
          </w:tcPr>
          <w:p w14:paraId="7A359CB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—</w:t>
            </w:r>
          </w:p>
        </w:tc>
        <w:tc>
          <w:tcPr>
            <w:tcW w:w="1660" w:type="dxa"/>
          </w:tcPr>
          <w:p w14:paraId="75CB500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  <w:tc>
          <w:tcPr>
            <w:tcW w:w="1660" w:type="dxa"/>
          </w:tcPr>
          <w:p w14:paraId="13C94A0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⬜</w:t>
            </w:r>
          </w:p>
        </w:tc>
      </w:tr>
    </w:tbl>
    <w:p w14:paraId="76CEDD29" w14:textId="77777777" w:rsidR="00F62C2C" w:rsidRDefault="00F62C2C"/>
    <w:p w14:paraId="7907730A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判断</w:t>
      </w:r>
      <w:r>
        <w:rPr>
          <w:lang w:eastAsia="zh-CN"/>
        </w:rPr>
        <w:t>：所谓"周期压缩 70%"，压缩的是</w:t>
      </w:r>
      <w:r>
        <w:rPr>
          <w:b/>
          <w:lang w:eastAsia="zh-CN"/>
        </w:rPr>
        <w:t>人工等待与返工</w:t>
      </w:r>
      <w:r>
        <w:rPr>
          <w:lang w:eastAsia="zh-CN"/>
        </w:rPr>
        <w:t>，不是机器耗时。</w:t>
      </w:r>
    </w:p>
    <w:p w14:paraId="2DD53E4B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lastRenderedPageBreak/>
        <w:t>五、诚实边界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660"/>
        <w:gridCol w:w="7752"/>
      </w:tblGrid>
      <w:tr w:rsidR="00F62C2C" w14:paraId="3B5B808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68C3A03B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项</w:t>
            </w:r>
          </w:p>
        </w:tc>
        <w:tc>
          <w:tcPr>
            <w:tcW w:w="7751" w:type="dxa"/>
          </w:tcPr>
          <w:p w14:paraId="33E6E13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</w:tr>
      <w:tr w:rsidR="00F62C2C" w14:paraId="3D8B847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405FA58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实测</w:t>
            </w:r>
          </w:p>
        </w:tc>
        <w:tc>
          <w:tcPr>
            <w:tcW w:w="7751" w:type="dxa"/>
          </w:tcPr>
          <w:p w14:paraId="305EBD2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调用次数、prompt 字数（直接解析工作流 JSON）</w:t>
            </w:r>
          </w:p>
        </w:tc>
      </w:tr>
      <w:tr w:rsidR="00F62C2C" w14:paraId="237ED2C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2C64C5E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牌价</w:t>
            </w:r>
          </w:p>
        </w:tc>
        <w:tc>
          <w:tcPr>
            <w:tcW w:w="7751" w:type="dxa"/>
          </w:tcPr>
          <w:p w14:paraId="310838F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各模型单价来自公开价格页，</w:t>
            </w:r>
            <w:r>
              <w:rPr>
                <w:b/>
                <w:sz w:val="18"/>
                <w:lang w:eastAsia="zh-CN"/>
              </w:rPr>
              <w:t>以你实际账单为准</w:t>
            </w:r>
          </w:p>
        </w:tc>
      </w:tr>
      <w:tr w:rsidR="00F62C2C" w14:paraId="283DA0D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0" w:type="dxa"/>
          </w:tcPr>
          <w:p w14:paraId="5368A46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未核实</w:t>
            </w:r>
            <w:proofErr w:type="spellEnd"/>
          </w:p>
        </w:tc>
        <w:tc>
          <w:tcPr>
            <w:tcW w:w="7751" w:type="dxa"/>
          </w:tcPr>
          <w:p w14:paraId="7077351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端到端耗时、人工</w:t>
            </w:r>
            <w:proofErr w:type="gramStart"/>
            <w:r>
              <w:rPr>
                <w:sz w:val="18"/>
                <w:lang w:eastAsia="zh-CN"/>
              </w:rPr>
              <w:t>审批占</w:t>
            </w:r>
            <w:proofErr w:type="gramEnd"/>
            <w:r>
              <w:rPr>
                <w:sz w:val="18"/>
                <w:lang w:eastAsia="zh-CN"/>
              </w:rPr>
              <w:t>比、重试是否真的未实现</w:t>
            </w:r>
          </w:p>
        </w:tc>
      </w:tr>
    </w:tbl>
    <w:p w14:paraId="5F50CD32" w14:textId="77777777" w:rsidR="00F62C2C" w:rsidRDefault="00F62C2C">
      <w:pPr>
        <w:rPr>
          <w:lang w:eastAsia="zh-CN"/>
        </w:rPr>
      </w:pPr>
    </w:p>
    <w:p w14:paraId="39DCD6A0" w14:textId="77777777" w:rsidR="00F62C2C" w:rsidRDefault="00000000">
      <w:pPr>
        <w:ind w:left="340"/>
        <w:rPr>
          <w:lang w:eastAsia="zh-CN"/>
        </w:rPr>
      </w:pPr>
      <w:proofErr w:type="gramStart"/>
      <w:r>
        <w:rPr>
          <w:i/>
          <w:color w:val="555555"/>
          <w:lang w:eastAsia="zh-CN"/>
        </w:rPr>
        <w:t>不</w:t>
      </w:r>
      <w:proofErr w:type="gramEnd"/>
      <w:r>
        <w:rPr>
          <w:i/>
          <w:color w:val="555555"/>
          <w:lang w:eastAsia="zh-CN"/>
        </w:rPr>
        <w:t>编造声明：本表的单位成本为"实测用量 × 公开单价"的推算，非实际账单数字。</w:t>
      </w:r>
    </w:p>
    <w:p w14:paraId="68227B55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DE26976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项目：02-数字</w:t>
      </w:r>
      <w:proofErr w:type="gramStart"/>
      <w:r>
        <w:rPr>
          <w:color w:val="999999"/>
          <w:sz w:val="18"/>
          <w:lang w:eastAsia="zh-CN"/>
        </w:rPr>
        <w:t>人内容</w:t>
      </w:r>
      <w:proofErr w:type="gramEnd"/>
      <w:r>
        <w:rPr>
          <w:color w:val="999999"/>
          <w:sz w:val="18"/>
          <w:lang w:eastAsia="zh-CN"/>
        </w:rPr>
        <w:t>流水线</w:t>
      </w:r>
    </w:p>
    <w:p w14:paraId="41F497D4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数字</w:t>
      </w:r>
      <w:proofErr w:type="gramStart"/>
      <w:r>
        <w:rPr>
          <w:rFonts w:ascii="微软雅黑" w:eastAsia="微软雅黑" w:hAnsi="微软雅黑"/>
          <w:color w:val="1B365D"/>
          <w:sz w:val="36"/>
          <w:lang w:eastAsia="zh-CN"/>
        </w:rPr>
        <w:t>人内容</w:t>
      </w:r>
      <w:proofErr w:type="gramEnd"/>
      <w:r>
        <w:rPr>
          <w:rFonts w:ascii="微软雅黑" w:eastAsia="微软雅黑" w:hAnsi="微软雅黑"/>
          <w:color w:val="1B365D"/>
          <w:sz w:val="36"/>
          <w:lang w:eastAsia="zh-CN"/>
        </w:rPr>
        <w:t>流水线 · n8n 搭建说明</w:t>
      </w:r>
    </w:p>
    <w:p w14:paraId="5F717030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N8N 工作流搭建说明（AI 数字</w:t>
      </w:r>
      <w:proofErr w:type="gramStart"/>
      <w:r>
        <w:rPr>
          <w:rFonts w:ascii="微软雅黑" w:eastAsia="微软雅黑" w:hAnsi="微软雅黑"/>
          <w:color w:val="2B4A73"/>
          <w:sz w:val="28"/>
          <w:lang w:eastAsia="zh-CN"/>
        </w:rPr>
        <w:t>人探店</w:t>
      </w:r>
      <w:proofErr w:type="gramEnd"/>
      <w:r>
        <w:rPr>
          <w:rFonts w:ascii="微软雅黑" w:eastAsia="微软雅黑" w:hAnsi="微软雅黑"/>
          <w:color w:val="2B4A73"/>
          <w:sz w:val="28"/>
          <w:lang w:eastAsia="zh-CN"/>
        </w:rPr>
        <w:t xml:space="preserve"> </w:t>
      </w:r>
      <w:proofErr w:type="spellStart"/>
      <w:r>
        <w:rPr>
          <w:rFonts w:ascii="微软雅黑" w:eastAsia="微软雅黑" w:hAnsi="微软雅黑"/>
          <w:color w:val="2B4A73"/>
          <w:sz w:val="28"/>
          <w:lang w:eastAsia="zh-CN"/>
        </w:rPr>
        <w:t>Citywalk</w:t>
      </w:r>
      <w:proofErr w:type="spellEnd"/>
      <w:r>
        <w:rPr>
          <w:rFonts w:ascii="微软雅黑" w:eastAsia="微软雅黑" w:hAnsi="微软雅黑"/>
          <w:color w:val="2B4A73"/>
          <w:sz w:val="28"/>
          <w:lang w:eastAsia="zh-CN"/>
        </w:rPr>
        <w:t>）</w:t>
      </w:r>
    </w:p>
    <w:p w14:paraId="1DE9C8EA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 xml:space="preserve">设计原则：用飞书多维表格「状态」做队列，3 </w:t>
      </w:r>
      <w:proofErr w:type="gramStart"/>
      <w:r>
        <w:rPr>
          <w:i/>
          <w:color w:val="555555"/>
          <w:lang w:eastAsia="zh-CN"/>
        </w:rPr>
        <w:t>个</w:t>
      </w:r>
      <w:proofErr w:type="gramEnd"/>
      <w:r>
        <w:rPr>
          <w:i/>
          <w:color w:val="555555"/>
          <w:lang w:eastAsia="zh-CN"/>
        </w:rPr>
        <w:t>小工作流各管一段，独立失败、可单独开关。</w:t>
      </w:r>
    </w:p>
    <w:p w14:paraId="2CCD8CEE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- WF1 选题与脚本（已给 JSON）</w:t>
      </w:r>
    </w:p>
    <w:p w14:paraId="64A44AB8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- WF2 配音与数字人画面（待补）</w:t>
      </w:r>
    </w:p>
    <w:p w14:paraId="0DD360E5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- WF3 剪辑发布与复盘（待补）</w:t>
      </w:r>
    </w:p>
    <w:p w14:paraId="0138E1D3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一、N8N 环境（自托管，免费）</w:t>
      </w:r>
    </w:p>
    <w:p w14:paraId="7E3C0AB4" w14:textId="77777777" w:rsidR="00F62C2C" w:rsidRDefault="00000000">
      <w:pPr>
        <w:pStyle w:val="a"/>
        <w:spacing w:after="60"/>
      </w:pPr>
      <w:proofErr w:type="spellStart"/>
      <w:r>
        <w:t>本地启动（需</w:t>
      </w:r>
      <w:proofErr w:type="spellEnd"/>
      <w:r>
        <w:t xml:space="preserve"> Docker）：</w:t>
      </w:r>
    </w:p>
    <w:p w14:paraId="60739E4A" w14:textId="77777777" w:rsidR="00F62C2C" w:rsidRDefault="00000000">
      <w:r>
        <w:rPr>
          <w:rFonts w:ascii="Consolas" w:hAnsi="Consolas"/>
          <w:color w:val="B03030"/>
          <w:sz w:val="18"/>
        </w:rPr>
        <w:t>docker run -it --rm -p 5678:5678 -v n8n_data:/home/node/.n8n n8nio/n8n</w:t>
      </w:r>
    </w:p>
    <w:p w14:paraId="4E8C6ED9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浏览器开 http://localhost:5678 注册本地账号。</w:t>
      </w:r>
    </w:p>
    <w:p w14:paraId="7C855F3C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人工门的 Wait Webhook 要公网可达</w:t>
      </w:r>
      <w:r>
        <w:rPr>
          <w:lang w:eastAsia="zh-CN"/>
        </w:rPr>
        <w:t>（手机点链接才能触发），用内网穿透：</w:t>
      </w:r>
    </w:p>
    <w:p w14:paraId="23A369EC" w14:textId="77777777" w:rsidR="00F62C2C" w:rsidRDefault="00000000">
      <w:pPr>
        <w:pStyle w:val="a0"/>
        <w:spacing w:after="60"/>
      </w:pPr>
      <w:proofErr w:type="spellStart"/>
      <w:r>
        <w:t>Cloudflare：</w:t>
      </w:r>
      <w:r>
        <w:rPr>
          <w:rFonts w:ascii="Consolas" w:hAnsi="Consolas"/>
          <w:color w:val="B03030"/>
          <w:sz w:val="18"/>
        </w:rPr>
        <w:t>cloudflared</w:t>
      </w:r>
      <w:proofErr w:type="spellEnd"/>
      <w:r>
        <w:rPr>
          <w:rFonts w:ascii="Consolas" w:hAnsi="Consolas"/>
          <w:color w:val="B03030"/>
          <w:sz w:val="18"/>
        </w:rPr>
        <w:t xml:space="preserve"> tunnel --</w:t>
      </w:r>
      <w:proofErr w:type="spellStart"/>
      <w:r>
        <w:rPr>
          <w:rFonts w:ascii="Consolas" w:hAnsi="Consolas"/>
          <w:color w:val="B03030"/>
          <w:sz w:val="18"/>
        </w:rPr>
        <w:t>url</w:t>
      </w:r>
      <w:proofErr w:type="spellEnd"/>
      <w:r>
        <w:rPr>
          <w:rFonts w:ascii="Consolas" w:hAnsi="Consolas"/>
          <w:color w:val="B03030"/>
          <w:sz w:val="18"/>
        </w:rPr>
        <w:t xml:space="preserve"> http://localhost:5678</w:t>
      </w:r>
      <w:r>
        <w:t>（给一个临时 https 域名）</w:t>
      </w:r>
    </w:p>
    <w:p w14:paraId="4F235694" w14:textId="77777777" w:rsidR="00F62C2C" w:rsidRDefault="00000000">
      <w:pPr>
        <w:pStyle w:val="a0"/>
        <w:spacing w:after="60"/>
      </w:pPr>
      <w:r>
        <w:t>或 ngrok：</w:t>
      </w:r>
      <w:r>
        <w:rPr>
          <w:rFonts w:ascii="Consolas" w:hAnsi="Consolas"/>
          <w:color w:val="B03030"/>
          <w:sz w:val="18"/>
        </w:rPr>
        <w:t>ngrok http 5678</w:t>
      </w:r>
    </w:p>
    <w:p w14:paraId="19BD4F6C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把这个域名填到变量 </w:t>
      </w:r>
      <w:r>
        <w:rPr>
          <w:rFonts w:ascii="Consolas" w:hAnsi="Consolas"/>
          <w:color w:val="B03030"/>
          <w:sz w:val="18"/>
          <w:lang w:eastAsia="zh-CN"/>
        </w:rPr>
        <w:t>N8N_BASE</w:t>
      </w:r>
      <w:r>
        <w:rPr>
          <w:lang w:eastAsia="zh-CN"/>
        </w:rPr>
        <w:t>（不带结尾斜杠）。</w:t>
      </w:r>
    </w:p>
    <w:p w14:paraId="0E9CAC0B" w14:textId="77777777" w:rsidR="00F62C2C" w:rsidRDefault="00000000">
      <w:pPr>
        <w:pStyle w:val="a"/>
        <w:spacing w:after="60"/>
      </w:pPr>
      <w:proofErr w:type="spellStart"/>
      <w:r>
        <w:t>工作流测试可用「手动触发</w:t>
      </w:r>
      <w:proofErr w:type="spellEnd"/>
      <w:r>
        <w:t>」；</w:t>
      </w:r>
      <w:proofErr w:type="spellStart"/>
      <w:r>
        <w:t>正式用要把右上角</w:t>
      </w:r>
      <w:proofErr w:type="spellEnd"/>
      <w:r>
        <w:t xml:space="preserve"> Active </w:t>
      </w:r>
      <w:proofErr w:type="spellStart"/>
      <w:r>
        <w:t>打开（Wait</w:t>
      </w:r>
      <w:proofErr w:type="spellEnd"/>
      <w:r>
        <w:t xml:space="preserve"> </w:t>
      </w:r>
      <w:proofErr w:type="spellStart"/>
      <w:r>
        <w:t>节点在</w:t>
      </w:r>
      <w:proofErr w:type="spellEnd"/>
      <w:r>
        <w:t xml:space="preserve"> Active 下走 production webhook 地址）。</w:t>
      </w:r>
    </w:p>
    <w:p w14:paraId="2B80D240" w14:textId="77777777" w:rsidR="00F62C2C" w:rsidRDefault="00000000">
      <w:pPr>
        <w:pStyle w:val="31"/>
        <w:spacing w:before="240" w:after="100"/>
      </w:pPr>
      <w:r>
        <w:rPr>
          <w:rFonts w:ascii="微软雅黑" w:eastAsia="微软雅黑" w:hAnsi="微软雅黑"/>
          <w:color w:val="3A3A3A"/>
          <w:sz w:val="24"/>
        </w:rPr>
        <w:t>二、配置 N8N Variables（Settings → Variables）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3235"/>
        <w:gridCol w:w="6177"/>
      </w:tblGrid>
      <w:tr w:rsidR="00F62C2C" w14:paraId="6761763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080EBA3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变量名</w:t>
            </w:r>
          </w:p>
        </w:tc>
        <w:tc>
          <w:tcPr>
            <w:tcW w:w="6176" w:type="dxa"/>
          </w:tcPr>
          <w:p w14:paraId="3809B49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填什么</w:t>
            </w:r>
          </w:p>
        </w:tc>
      </w:tr>
      <w:tr w:rsidR="00F62C2C" w14:paraId="403AEA6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2102189E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FEISHU_APP_ID</w:t>
            </w:r>
          </w:p>
        </w:tc>
        <w:tc>
          <w:tcPr>
            <w:tcW w:w="6176" w:type="dxa"/>
          </w:tcPr>
          <w:p w14:paraId="6877350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飞书自</w:t>
            </w:r>
            <w:proofErr w:type="gramStart"/>
            <w:r>
              <w:rPr>
                <w:sz w:val="18"/>
                <w:lang w:eastAsia="zh-CN"/>
              </w:rPr>
              <w:t>建应用</w:t>
            </w:r>
            <w:proofErr w:type="gramEnd"/>
            <w:r>
              <w:rPr>
                <w:sz w:val="18"/>
                <w:lang w:eastAsia="zh-CN"/>
              </w:rPr>
              <w:t xml:space="preserve"> App ID</w:t>
            </w:r>
          </w:p>
        </w:tc>
      </w:tr>
      <w:tr w:rsidR="00F62C2C" w14:paraId="1CCE105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2F3FFBA4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FEISHU_APP_SECRET</w:t>
            </w:r>
          </w:p>
        </w:tc>
        <w:tc>
          <w:tcPr>
            <w:tcW w:w="6176" w:type="dxa"/>
          </w:tcPr>
          <w:p w14:paraId="44A5843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飞书自建应用 App Secret</w:t>
            </w:r>
          </w:p>
        </w:tc>
      </w:tr>
      <w:tr w:rsidR="00F62C2C" w14:paraId="3B6852D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2854C134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FEISHU_BITABLE_APP</w:t>
            </w:r>
          </w:p>
        </w:tc>
        <w:tc>
          <w:tcPr>
            <w:tcW w:w="6176" w:type="dxa"/>
          </w:tcPr>
          <w:p w14:paraId="5684B03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多维表格 app_token（表格 URL 中 </w:t>
            </w:r>
            <w:r>
              <w:rPr>
                <w:rFonts w:ascii="Consolas" w:hAnsi="Consolas"/>
                <w:color w:val="B03030"/>
                <w:sz w:val="18"/>
              </w:rPr>
              <w:t>/base/</w:t>
            </w:r>
            <w:r>
              <w:rPr>
                <w:sz w:val="18"/>
              </w:rPr>
              <w:t xml:space="preserve"> 后那段）</w:t>
            </w:r>
          </w:p>
        </w:tc>
      </w:tr>
      <w:tr w:rsidR="00F62C2C" w14:paraId="3A83D90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2C3FED49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lastRenderedPageBreak/>
              <w:t>FEISHU_BITABLE_TABLE</w:t>
            </w:r>
          </w:p>
        </w:tc>
        <w:tc>
          <w:tcPr>
            <w:tcW w:w="6176" w:type="dxa"/>
          </w:tcPr>
          <w:p w14:paraId="2B7ECCC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 xml:space="preserve">数据表 table_id（表格 URL 中 </w:t>
            </w:r>
            <w:r>
              <w:rPr>
                <w:rFonts w:ascii="Consolas" w:hAnsi="Consolas"/>
                <w:color w:val="B03030"/>
                <w:sz w:val="18"/>
              </w:rPr>
              <w:t>table=</w:t>
            </w:r>
            <w:r>
              <w:rPr>
                <w:sz w:val="18"/>
              </w:rPr>
              <w:t xml:space="preserve"> 后那段）</w:t>
            </w:r>
          </w:p>
        </w:tc>
      </w:tr>
      <w:tr w:rsidR="00F62C2C" w14:paraId="1EC8B6D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6F297B04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FEISHU_BOT_WEBHOOK</w:t>
            </w:r>
          </w:p>
        </w:tc>
        <w:tc>
          <w:tcPr>
            <w:tcW w:w="6176" w:type="dxa"/>
          </w:tcPr>
          <w:p w14:paraId="25613F5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飞书群自定义</w:t>
            </w:r>
            <w:proofErr w:type="gramEnd"/>
            <w:r>
              <w:rPr>
                <w:sz w:val="18"/>
                <w:lang w:eastAsia="zh-CN"/>
              </w:rPr>
              <w:t>机器人的完整 Webhook 地址</w:t>
            </w:r>
          </w:p>
        </w:tc>
      </w:tr>
      <w:tr w:rsidR="00F62C2C" w14:paraId="3F60364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151A3636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LLM_API_KEY</w:t>
            </w:r>
          </w:p>
        </w:tc>
        <w:tc>
          <w:tcPr>
            <w:tcW w:w="6176" w:type="dxa"/>
          </w:tcPr>
          <w:p w14:paraId="299E77A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豆包方舟 / DeepSeek 的 API Key</w:t>
            </w:r>
          </w:p>
        </w:tc>
      </w:tr>
      <w:tr w:rsidR="00F62C2C" w14:paraId="4BD3F8E0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69100781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LLM_MODEL</w:t>
            </w:r>
          </w:p>
        </w:tc>
        <w:tc>
          <w:tcPr>
            <w:tcW w:w="6176" w:type="dxa"/>
          </w:tcPr>
          <w:p w14:paraId="26FCD06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 xml:space="preserve">模型/接入点 ID（豆包方舟为 endpoint id；DeepSeek 填 </w:t>
            </w:r>
            <w:r>
              <w:rPr>
                <w:rFonts w:ascii="Consolas" w:hAnsi="Consolas"/>
                <w:color w:val="B03030"/>
                <w:sz w:val="18"/>
              </w:rPr>
              <w:t>deepseek-chat</w:t>
            </w:r>
            <w:r>
              <w:rPr>
                <w:sz w:val="18"/>
              </w:rPr>
              <w:t>）</w:t>
            </w:r>
          </w:p>
        </w:tc>
      </w:tr>
      <w:tr w:rsidR="00F62C2C" w14:paraId="6C3E3F7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</w:tcPr>
          <w:p w14:paraId="1DFF9413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N8N_BASE</w:t>
            </w:r>
          </w:p>
        </w:tc>
        <w:tc>
          <w:tcPr>
            <w:tcW w:w="6176" w:type="dxa"/>
          </w:tcPr>
          <w:p w14:paraId="70E0698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内网穿透后的公网域名，如 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https://xxx.trycloudflare.com</w:t>
            </w:r>
          </w:p>
        </w:tc>
      </w:tr>
    </w:tbl>
    <w:p w14:paraId="2B154173" w14:textId="77777777" w:rsidR="00F62C2C" w:rsidRDefault="00F62C2C">
      <w:pPr>
        <w:rPr>
          <w:lang w:eastAsia="zh-CN"/>
        </w:rPr>
      </w:pPr>
    </w:p>
    <w:p w14:paraId="697C9970" w14:textId="77777777" w:rsidR="00F62C2C" w:rsidRDefault="00000000">
      <w:pPr>
        <w:ind w:left="340"/>
      </w:pPr>
      <w:r>
        <w:rPr>
          <w:i/>
          <w:color w:val="555555"/>
        </w:rPr>
        <w:t xml:space="preserve">JSON 里 LLM </w:t>
      </w:r>
      <w:proofErr w:type="spellStart"/>
      <w:r>
        <w:rPr>
          <w:i/>
          <w:color w:val="555555"/>
        </w:rPr>
        <w:t>默认用豆包方舟</w:t>
      </w:r>
      <w:proofErr w:type="spellEnd"/>
      <w:r>
        <w:rPr>
          <w:i/>
          <w:color w:val="555555"/>
        </w:rPr>
        <w:t xml:space="preserve"> </w:t>
      </w:r>
      <w:r>
        <w:rPr>
          <w:rFonts w:ascii="Consolas" w:hAnsi="Consolas"/>
          <w:i/>
          <w:color w:val="555555"/>
          <w:sz w:val="18"/>
        </w:rPr>
        <w:t>https://ark.cn-beijing.volces.com/api/v3/chat/completions</w:t>
      </w:r>
      <w:r>
        <w:rPr>
          <w:i/>
          <w:color w:val="555555"/>
        </w:rPr>
        <w:t xml:space="preserve">（OpenAI 兼容）。用 DeepSeek 就把 URL 换成 </w:t>
      </w:r>
      <w:r>
        <w:rPr>
          <w:rFonts w:ascii="Consolas" w:hAnsi="Consolas"/>
          <w:i/>
          <w:color w:val="555555"/>
          <w:sz w:val="18"/>
        </w:rPr>
        <w:t>https://api.deepseek.com/chat/completions</w:t>
      </w:r>
      <w:r>
        <w:rPr>
          <w:i/>
          <w:color w:val="555555"/>
        </w:rPr>
        <w:t>。</w:t>
      </w:r>
    </w:p>
    <w:p w14:paraId="6C175485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三、飞书自建应用（多维表格读写）</w:t>
      </w:r>
    </w:p>
    <w:p w14:paraId="561275AA" w14:textId="77777777" w:rsidR="00F62C2C" w:rsidRDefault="00000000">
      <w:pPr>
        <w:pStyle w:val="a"/>
        <w:spacing w:after="60"/>
      </w:pPr>
      <w:proofErr w:type="spellStart"/>
      <w:r>
        <w:t>打开</w:t>
      </w:r>
      <w:proofErr w:type="spellEnd"/>
      <w:r>
        <w:t xml:space="preserve"> https://open.feishu.cn → 「</w:t>
      </w:r>
      <w:proofErr w:type="spellStart"/>
      <w:r>
        <w:t>开发者后台</w:t>
      </w:r>
      <w:proofErr w:type="spellEnd"/>
      <w:r>
        <w:t>」→「</w:t>
      </w:r>
      <w:proofErr w:type="spellStart"/>
      <w:r>
        <w:t>创建企业自建应用</w:t>
      </w:r>
      <w:proofErr w:type="spellEnd"/>
      <w:r>
        <w:t>」，</w:t>
      </w:r>
      <w:proofErr w:type="spellStart"/>
      <w:r>
        <w:t>拿到</w:t>
      </w:r>
      <w:proofErr w:type="spellEnd"/>
      <w:r>
        <w:t xml:space="preserve"> App ID / Secret。</w:t>
      </w:r>
    </w:p>
    <w:p w14:paraId="1D38E4A2" w14:textId="77777777" w:rsidR="00F62C2C" w:rsidRDefault="00000000">
      <w:pPr>
        <w:pStyle w:val="a"/>
        <w:spacing w:after="60"/>
      </w:pPr>
      <w:r>
        <w:t>「权限管理」开通：</w:t>
      </w:r>
    </w:p>
    <w:p w14:paraId="2AA7E794" w14:textId="77777777" w:rsidR="00F62C2C" w:rsidRDefault="00000000">
      <w:pPr>
        <w:pStyle w:val="a0"/>
        <w:spacing w:after="60"/>
      </w:pPr>
      <w:r>
        <w:rPr>
          <w:rFonts w:ascii="Consolas" w:hAnsi="Consolas"/>
          <w:color w:val="B03030"/>
          <w:sz w:val="18"/>
        </w:rPr>
        <w:t>bitable:app</w:t>
      </w:r>
      <w:r>
        <w:t>（查看、评论、编辑多维表格）</w:t>
      </w:r>
    </w:p>
    <w:p w14:paraId="066BF29C" w14:textId="77777777" w:rsidR="00F62C2C" w:rsidRDefault="00000000">
      <w:pPr>
        <w:pStyle w:val="a0"/>
        <w:spacing w:after="60"/>
      </w:pPr>
      <w:r>
        <w:t xml:space="preserve">（发消息若不走群机器人，可加 </w:t>
      </w:r>
      <w:r>
        <w:rPr>
          <w:rFonts w:ascii="Consolas" w:hAnsi="Consolas"/>
          <w:color w:val="B03030"/>
          <w:sz w:val="18"/>
        </w:rPr>
        <w:t>im:message</w:t>
      </w:r>
      <w:r>
        <w:t>）</w:t>
      </w:r>
    </w:p>
    <w:p w14:paraId="7646F5FA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「版本管理与发布」→ 创建版本并发布（个人/企业内通过即可）。</w:t>
      </w:r>
    </w:p>
    <w:p w14:paraId="1B577793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关键</w:t>
      </w:r>
      <w:r>
        <w:rPr>
          <w:lang w:eastAsia="zh-CN"/>
        </w:rPr>
        <w:t>：打开你的多维表格 → 右上角「...」→「添加文档应用 / 协作者」→ 把这个自</w:t>
      </w:r>
      <w:proofErr w:type="gramStart"/>
      <w:r>
        <w:rPr>
          <w:lang w:eastAsia="zh-CN"/>
        </w:rPr>
        <w:t>建应用</w:t>
      </w:r>
      <w:proofErr w:type="gramEnd"/>
      <w:r>
        <w:rPr>
          <w:lang w:eastAsia="zh-CN"/>
        </w:rPr>
        <w:t>加进去</w:t>
      </w:r>
      <w:proofErr w:type="gramStart"/>
      <w:r>
        <w:rPr>
          <w:lang w:eastAsia="zh-CN"/>
        </w:rPr>
        <w:t>并给可编辑</w:t>
      </w:r>
      <w:proofErr w:type="gramEnd"/>
      <w:r>
        <w:rPr>
          <w:lang w:eastAsia="zh-CN"/>
        </w:rPr>
        <w:t>权限，否则接口报无权限。</w:t>
      </w:r>
    </w:p>
    <w:p w14:paraId="059310B5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群自定义机器人（发审批通知）</w:t>
      </w:r>
    </w:p>
    <w:p w14:paraId="75F49C1C" w14:textId="77777777" w:rsidR="00F62C2C" w:rsidRDefault="00000000">
      <w:pPr>
        <w:pStyle w:val="a"/>
        <w:spacing w:after="60"/>
      </w:pPr>
      <w:proofErr w:type="spellStart"/>
      <w:r>
        <w:t>建一个工作群（可只有自己</w:t>
      </w:r>
      <w:proofErr w:type="spellEnd"/>
      <w:r>
        <w:t xml:space="preserve">）→ </w:t>
      </w:r>
      <w:proofErr w:type="spellStart"/>
      <w:r>
        <w:t>群设置</w:t>
      </w:r>
      <w:proofErr w:type="spellEnd"/>
      <w:r>
        <w:t xml:space="preserve"> → </w:t>
      </w:r>
      <w:proofErr w:type="spellStart"/>
      <w:r>
        <w:t>群机器人</w:t>
      </w:r>
      <w:proofErr w:type="spellEnd"/>
      <w:r>
        <w:t xml:space="preserve"> → 添加「自定义机器人」→ 复制 Webhook，填到 </w:t>
      </w:r>
      <w:r>
        <w:rPr>
          <w:rFonts w:ascii="Consolas" w:hAnsi="Consolas"/>
          <w:color w:val="B03030"/>
          <w:sz w:val="18"/>
        </w:rPr>
        <w:t>FEISHU_BOT_WEBHOOK</w:t>
      </w:r>
      <w:r>
        <w:t>。</w:t>
      </w:r>
    </w:p>
    <w:p w14:paraId="4415CC64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四、多维表格「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探店内容台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账」字段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635"/>
        <w:gridCol w:w="1129"/>
        <w:gridCol w:w="5648"/>
      </w:tblGrid>
      <w:tr w:rsidR="00F62C2C" w14:paraId="4B29E2B7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134EF9AA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字段名</w:t>
            </w:r>
            <w:proofErr w:type="spellEnd"/>
          </w:p>
        </w:tc>
        <w:tc>
          <w:tcPr>
            <w:tcW w:w="1129" w:type="dxa"/>
          </w:tcPr>
          <w:p w14:paraId="57CCA05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类型</w:t>
            </w:r>
          </w:p>
        </w:tc>
        <w:tc>
          <w:tcPr>
            <w:tcW w:w="5647" w:type="dxa"/>
          </w:tcPr>
          <w:p w14:paraId="6030CCB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</w:tr>
      <w:tr w:rsidR="00F62C2C" w14:paraId="16C4DC3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20EB71B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路线/主题</w:t>
            </w:r>
          </w:p>
        </w:tc>
        <w:tc>
          <w:tcPr>
            <w:tcW w:w="1129" w:type="dxa"/>
          </w:tcPr>
          <w:p w14:paraId="0375DD7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文本</w:t>
            </w:r>
          </w:p>
        </w:tc>
        <w:tc>
          <w:tcPr>
            <w:tcW w:w="5647" w:type="dxa"/>
          </w:tcPr>
          <w:p w14:paraId="5BBDADE4" w14:textId="77777777" w:rsidR="00F62C2C" w:rsidRDefault="00F62C2C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2C2C" w14:paraId="012D184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19421D4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起终点/交通</w:t>
            </w:r>
          </w:p>
        </w:tc>
        <w:tc>
          <w:tcPr>
            <w:tcW w:w="1129" w:type="dxa"/>
          </w:tcPr>
          <w:p w14:paraId="1868FB3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文本</w:t>
            </w:r>
          </w:p>
        </w:tc>
        <w:tc>
          <w:tcPr>
            <w:tcW w:w="5647" w:type="dxa"/>
          </w:tcPr>
          <w:p w14:paraId="0E7A3417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62C2C" w14:paraId="5328330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3A09C91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lastRenderedPageBreak/>
              <w:t>店铺方向</w:t>
            </w:r>
          </w:p>
        </w:tc>
        <w:tc>
          <w:tcPr>
            <w:tcW w:w="1129" w:type="dxa"/>
          </w:tcPr>
          <w:p w14:paraId="24745B0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文本</w:t>
            </w:r>
          </w:p>
        </w:tc>
        <w:tc>
          <w:tcPr>
            <w:tcW w:w="5647" w:type="dxa"/>
          </w:tcPr>
          <w:p w14:paraId="1ED4575C" w14:textId="77777777" w:rsidR="00F62C2C" w:rsidRDefault="00F62C2C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2C2C" w14:paraId="04DDE73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483A356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钩子</w:t>
            </w:r>
          </w:p>
        </w:tc>
        <w:tc>
          <w:tcPr>
            <w:tcW w:w="1129" w:type="dxa"/>
          </w:tcPr>
          <w:p w14:paraId="7C1FDAE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文本</w:t>
            </w:r>
          </w:p>
        </w:tc>
        <w:tc>
          <w:tcPr>
            <w:tcW w:w="5647" w:type="dxa"/>
          </w:tcPr>
          <w:p w14:paraId="6D1CCC7E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62C2C" w14:paraId="3B4CCDE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4FFB58E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状态</w:t>
            </w:r>
          </w:p>
        </w:tc>
        <w:tc>
          <w:tcPr>
            <w:tcW w:w="1129" w:type="dxa"/>
          </w:tcPr>
          <w:p w14:paraId="788DA94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单选</w:t>
            </w:r>
          </w:p>
        </w:tc>
        <w:tc>
          <w:tcPr>
            <w:tcW w:w="5647" w:type="dxa"/>
          </w:tcPr>
          <w:p w14:paraId="6DA3ADB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线索/待出稿/待确认/待配音/待画面/待剪辑/待审发/已发布</w:t>
            </w:r>
          </w:p>
        </w:tc>
      </w:tr>
      <w:tr w:rsidR="00F62C2C" w14:paraId="4488609B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0C83F136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口播稿</w:t>
            </w:r>
            <w:proofErr w:type="spellEnd"/>
          </w:p>
        </w:tc>
        <w:tc>
          <w:tcPr>
            <w:tcW w:w="1129" w:type="dxa"/>
          </w:tcPr>
          <w:p w14:paraId="3CC9535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多行文本</w:t>
            </w:r>
          </w:p>
        </w:tc>
        <w:tc>
          <w:tcPr>
            <w:tcW w:w="5647" w:type="dxa"/>
          </w:tcPr>
          <w:p w14:paraId="12904A8B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62C2C" w14:paraId="4D6CD8E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3EEEF74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分镜B-roll</w:t>
            </w:r>
          </w:p>
        </w:tc>
        <w:tc>
          <w:tcPr>
            <w:tcW w:w="1129" w:type="dxa"/>
          </w:tcPr>
          <w:p w14:paraId="7091E20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文本</w:t>
            </w:r>
          </w:p>
        </w:tc>
        <w:tc>
          <w:tcPr>
            <w:tcW w:w="5647" w:type="dxa"/>
          </w:tcPr>
          <w:p w14:paraId="2799AC1F" w14:textId="77777777" w:rsidR="00F62C2C" w:rsidRDefault="00F62C2C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2C2C" w14:paraId="411524AA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63CB211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音频URL</w:t>
            </w:r>
          </w:p>
        </w:tc>
        <w:tc>
          <w:tcPr>
            <w:tcW w:w="1129" w:type="dxa"/>
          </w:tcPr>
          <w:p w14:paraId="02C1482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URL</w:t>
            </w:r>
          </w:p>
        </w:tc>
        <w:tc>
          <w:tcPr>
            <w:tcW w:w="5647" w:type="dxa"/>
          </w:tcPr>
          <w:p w14:paraId="4BF996A5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62C2C" w14:paraId="14877A38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632C6DB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数字人视频URL</w:t>
            </w:r>
          </w:p>
        </w:tc>
        <w:tc>
          <w:tcPr>
            <w:tcW w:w="1129" w:type="dxa"/>
          </w:tcPr>
          <w:p w14:paraId="3A7ADFA6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URL</w:t>
            </w:r>
          </w:p>
        </w:tc>
        <w:tc>
          <w:tcPr>
            <w:tcW w:w="5647" w:type="dxa"/>
          </w:tcPr>
          <w:p w14:paraId="16E2C40A" w14:textId="77777777" w:rsidR="00F62C2C" w:rsidRDefault="00F62C2C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2C2C" w14:paraId="091247A8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2C686DD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成片URL</w:t>
            </w:r>
          </w:p>
        </w:tc>
        <w:tc>
          <w:tcPr>
            <w:tcW w:w="1129" w:type="dxa"/>
          </w:tcPr>
          <w:p w14:paraId="3D4BA7F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URL</w:t>
            </w:r>
          </w:p>
        </w:tc>
        <w:tc>
          <w:tcPr>
            <w:tcW w:w="5647" w:type="dxa"/>
          </w:tcPr>
          <w:p w14:paraId="1A7802DB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62C2C" w14:paraId="1777237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1D539F1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发布链接</w:t>
            </w:r>
          </w:p>
        </w:tc>
        <w:tc>
          <w:tcPr>
            <w:tcW w:w="1129" w:type="dxa"/>
          </w:tcPr>
          <w:p w14:paraId="2C0A415E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URL</w:t>
            </w:r>
          </w:p>
        </w:tc>
        <w:tc>
          <w:tcPr>
            <w:tcW w:w="5647" w:type="dxa"/>
          </w:tcPr>
          <w:p w14:paraId="207A8619" w14:textId="77777777" w:rsidR="00F62C2C" w:rsidRDefault="00F62C2C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2C2C" w14:paraId="7A903BD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5098FA9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发布时间</w:t>
            </w:r>
          </w:p>
        </w:tc>
        <w:tc>
          <w:tcPr>
            <w:tcW w:w="1129" w:type="dxa"/>
          </w:tcPr>
          <w:p w14:paraId="17D1D1E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日期</w:t>
            </w:r>
          </w:p>
        </w:tc>
        <w:tc>
          <w:tcPr>
            <w:tcW w:w="5647" w:type="dxa"/>
          </w:tcPr>
          <w:p w14:paraId="676DCE4D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62C2C" w14:paraId="7A93525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0A544EBF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播放/</w:t>
            </w:r>
            <w:proofErr w:type="gramStart"/>
            <w:r>
              <w:rPr>
                <w:sz w:val="18"/>
                <w:lang w:eastAsia="zh-CN"/>
              </w:rPr>
              <w:t>完播/点赞</w:t>
            </w:r>
            <w:proofErr w:type="gramEnd"/>
            <w:r>
              <w:rPr>
                <w:sz w:val="18"/>
                <w:lang w:eastAsia="zh-CN"/>
              </w:rPr>
              <w:t>/评论/收藏</w:t>
            </w:r>
          </w:p>
        </w:tc>
        <w:tc>
          <w:tcPr>
            <w:tcW w:w="1129" w:type="dxa"/>
          </w:tcPr>
          <w:p w14:paraId="5F5DAC4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数字</w:t>
            </w:r>
            <w:proofErr w:type="spellEnd"/>
          </w:p>
        </w:tc>
        <w:tc>
          <w:tcPr>
            <w:tcW w:w="5647" w:type="dxa"/>
          </w:tcPr>
          <w:p w14:paraId="27A8320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各建一个</w:t>
            </w:r>
          </w:p>
        </w:tc>
      </w:tr>
      <w:tr w:rsidR="00F62C2C" w14:paraId="66447C3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5" w:type="dxa"/>
          </w:tcPr>
          <w:p w14:paraId="00CB993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备注</w:t>
            </w:r>
          </w:p>
        </w:tc>
        <w:tc>
          <w:tcPr>
            <w:tcW w:w="1129" w:type="dxa"/>
          </w:tcPr>
          <w:p w14:paraId="1DC2C94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文本</w:t>
            </w:r>
          </w:p>
        </w:tc>
        <w:tc>
          <w:tcPr>
            <w:tcW w:w="5647" w:type="dxa"/>
          </w:tcPr>
          <w:p w14:paraId="54AF5B0A" w14:textId="77777777" w:rsidR="00F62C2C" w:rsidRDefault="00F62C2C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C5E2996" w14:textId="77777777" w:rsidR="00F62C2C" w:rsidRDefault="00F62C2C"/>
    <w:p w14:paraId="736E5700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状态流转：待出稿 →(WF1)→ 待确认 →(人工①)→ 待配音 →(WF2)→ 待画面 → 待剪辑 →(WF3)→ 待审发 → 已发布。</w:t>
      </w:r>
    </w:p>
    <w:p w14:paraId="6B0C9069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五、导入并测试</w:t>
      </w:r>
      <w:proofErr w:type="spellEnd"/>
      <w:r>
        <w:rPr>
          <w:rFonts w:ascii="微软雅黑" w:eastAsia="微软雅黑" w:hAnsi="微软雅黑"/>
          <w:color w:val="3A3A3A"/>
          <w:sz w:val="24"/>
        </w:rPr>
        <w:t xml:space="preserve"> WF1</w:t>
      </w:r>
    </w:p>
    <w:p w14:paraId="5C0CFE42" w14:textId="77777777" w:rsidR="00F62C2C" w:rsidRDefault="00000000">
      <w:pPr>
        <w:pStyle w:val="a"/>
        <w:spacing w:after="60"/>
      </w:pPr>
      <w:r>
        <w:t xml:space="preserve">N8N → Workflows → Import from File，选 </w:t>
      </w:r>
      <w:r>
        <w:rPr>
          <w:rFonts w:ascii="Consolas" w:hAnsi="Consolas"/>
          <w:color w:val="B03030"/>
          <w:sz w:val="18"/>
        </w:rPr>
        <w:t>N8N-WF1-</w:t>
      </w:r>
      <w:r>
        <w:rPr>
          <w:rFonts w:ascii="Consolas" w:hAnsi="Consolas"/>
          <w:color w:val="B03030"/>
          <w:sz w:val="18"/>
        </w:rPr>
        <w:t>选题与脚本</w:t>
      </w:r>
      <w:r>
        <w:rPr>
          <w:rFonts w:ascii="Consolas" w:hAnsi="Consolas"/>
          <w:color w:val="B03030"/>
          <w:sz w:val="18"/>
        </w:rPr>
        <w:t>.json</w:t>
      </w:r>
      <w:r>
        <w:t>。</w:t>
      </w:r>
    </w:p>
    <w:p w14:paraId="79831C64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确认第二节变量都已配置。</w:t>
      </w:r>
    </w:p>
    <w:p w14:paraId="35E5102E" w14:textId="77777777" w:rsidR="00F62C2C" w:rsidRDefault="00000000">
      <w:pPr>
        <w:pStyle w:val="a"/>
        <w:spacing w:after="60"/>
      </w:pPr>
      <w:proofErr w:type="spellStart"/>
      <w:r>
        <w:t>点「手动触发</w:t>
      </w:r>
      <w:proofErr w:type="spellEnd"/>
      <w:r>
        <w:t>」：</w:t>
      </w:r>
    </w:p>
    <w:p w14:paraId="2FAA8543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观察：拿到飞书 token → LLM 给 5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 xml:space="preserve">选题 → </w:t>
      </w:r>
      <w:proofErr w:type="gramStart"/>
      <w:r>
        <w:rPr>
          <w:lang w:eastAsia="zh-CN"/>
        </w:rPr>
        <w:t>写入台</w:t>
      </w:r>
      <w:proofErr w:type="gramEnd"/>
      <w:r>
        <w:rPr>
          <w:lang w:eastAsia="zh-CN"/>
        </w:rPr>
        <w:t xml:space="preserve">账 → </w:t>
      </w:r>
      <w:proofErr w:type="gramStart"/>
      <w:r>
        <w:rPr>
          <w:lang w:eastAsia="zh-CN"/>
        </w:rPr>
        <w:t>拉待出稿</w:t>
      </w:r>
      <w:proofErr w:type="gramEnd"/>
      <w:r>
        <w:rPr>
          <w:lang w:eastAsia="zh-CN"/>
        </w:rPr>
        <w:t xml:space="preserve"> → </w:t>
      </w:r>
      <w:proofErr w:type="gramStart"/>
      <w:r>
        <w:rPr>
          <w:lang w:eastAsia="zh-CN"/>
        </w:rPr>
        <w:t>逐条出</w:t>
      </w:r>
      <w:proofErr w:type="gramEnd"/>
      <w:r>
        <w:rPr>
          <w:lang w:eastAsia="zh-CN"/>
        </w:rPr>
        <w:t>脚本 → 回填 → 群里收到审批卡片。</w:t>
      </w:r>
    </w:p>
    <w:p w14:paraId="3BC718EE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手机点卡片「✅ 通过」（此时需内网穿透在线）→ Wait 节点继续 → 状态变「待配音」；点「打回」则回「待出稿」。</w:t>
      </w:r>
    </w:p>
    <w:p w14:paraId="60144823" w14:textId="77777777" w:rsidR="00F62C2C" w:rsidRDefault="00000000">
      <w:pPr>
        <w:pStyle w:val="a"/>
        <w:spacing w:after="60"/>
      </w:pPr>
      <w:proofErr w:type="spellStart"/>
      <w:r>
        <w:t>常见报错</w:t>
      </w:r>
      <w:proofErr w:type="spellEnd"/>
      <w:r>
        <w:t>：</w:t>
      </w:r>
    </w:p>
    <w:p w14:paraId="05205337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401/无权限 → 应用没加进多维表格协作者，或权限没发布；</w:t>
      </w:r>
    </w:p>
    <w:p w14:paraId="4425190E" w14:textId="77777777" w:rsidR="00F62C2C" w:rsidRDefault="00000000">
      <w:pPr>
        <w:pStyle w:val="a0"/>
        <w:spacing w:after="60"/>
      </w:pPr>
      <w:r>
        <w:lastRenderedPageBreak/>
        <w:t xml:space="preserve">Wait </w:t>
      </w:r>
      <w:proofErr w:type="spellStart"/>
      <w:r>
        <w:t>点了没反应</w:t>
      </w:r>
      <w:proofErr w:type="spellEnd"/>
      <w:r>
        <w:t xml:space="preserve"> → </w:t>
      </w:r>
      <w:r>
        <w:rPr>
          <w:rFonts w:ascii="Consolas" w:hAnsi="Consolas"/>
          <w:color w:val="B03030"/>
          <w:sz w:val="18"/>
        </w:rPr>
        <w:t>N8N_BASE</w:t>
      </w:r>
      <w:r>
        <w:t xml:space="preserve"> </w:t>
      </w:r>
      <w:proofErr w:type="spellStart"/>
      <w:r>
        <w:t>域名不对</w:t>
      </w:r>
      <w:proofErr w:type="spellEnd"/>
      <w:r>
        <w:t>/</w:t>
      </w:r>
      <w:proofErr w:type="spellStart"/>
      <w:r>
        <w:t>穿透没开</w:t>
      </w:r>
      <w:proofErr w:type="spellEnd"/>
      <w:r>
        <w:t>；</w:t>
      </w:r>
    </w:p>
    <w:p w14:paraId="5E3F1124" w14:textId="77777777" w:rsidR="00F62C2C" w:rsidRDefault="00000000">
      <w:pPr>
        <w:pStyle w:val="a0"/>
        <w:spacing w:after="60"/>
      </w:pPr>
      <w:r>
        <w:t xml:space="preserve">LLM 解析失败 → 模型没严格输出 JSON，可在 LLM 节点加 </w:t>
      </w:r>
      <w:r>
        <w:rPr>
          <w:rFonts w:ascii="Consolas" w:hAnsi="Consolas"/>
          <w:color w:val="B03030"/>
          <w:sz w:val="18"/>
        </w:rPr>
        <w:t>response_format: {"type":"json_object"}</w:t>
      </w:r>
      <w:r>
        <w:t>。</w:t>
      </w:r>
    </w:p>
    <w:p w14:paraId="348170DD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六、WF2 / WF3 节点规划（确认 WF1 跑通后我补 JSON）</w:t>
      </w:r>
    </w:p>
    <w:p w14:paraId="64D39F81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WF2 配音与数字人（定时，扫描「待配音」）</w:t>
      </w:r>
    </w:p>
    <w:p w14:paraId="259B142C" w14:textId="77777777" w:rsidR="00F62C2C" w:rsidRDefault="00000000">
      <w:pPr>
        <w:pStyle w:val="a"/>
        <w:spacing w:after="60"/>
      </w:pPr>
      <w:proofErr w:type="spellStart"/>
      <w:r>
        <w:t>获取</w:t>
      </w:r>
      <w:proofErr w:type="spellEnd"/>
      <w:r>
        <w:t xml:space="preserve"> token → search 待配音</w:t>
      </w:r>
    </w:p>
    <w:p w14:paraId="49619C93" w14:textId="77777777" w:rsidR="00F62C2C" w:rsidRDefault="00000000">
      <w:pPr>
        <w:pStyle w:val="a"/>
        <w:spacing w:after="60"/>
      </w:pPr>
      <w:r>
        <w:t>Fish Audio TTS：</w:t>
      </w:r>
      <w:r>
        <w:rPr>
          <w:rFonts w:ascii="Consolas" w:hAnsi="Consolas"/>
          <w:color w:val="B03030"/>
          <w:sz w:val="18"/>
        </w:rPr>
        <w:t>POST https://fishaudio.org/api/open/v3/speech/tts</w:t>
      </w:r>
      <w:r>
        <w:t xml:space="preserve">（header Bearer，body </w:t>
      </w:r>
      <w:r>
        <w:rPr>
          <w:rFonts w:ascii="Consolas" w:hAnsi="Consolas"/>
          <w:color w:val="B03030"/>
          <w:sz w:val="18"/>
        </w:rPr>
        <w:t>{text, voiceId}</w:t>
      </w:r>
      <w:r>
        <w:t>）→ 回填音频、状态待画面</w:t>
      </w:r>
    </w:p>
    <w:p w14:paraId="40C07CE8" w14:textId="77777777" w:rsidR="00F62C2C" w:rsidRDefault="00000000">
      <w:pPr>
        <w:pStyle w:val="a"/>
        <w:spacing w:after="60"/>
      </w:pPr>
      <w:r>
        <w:t>分支：</w:t>
      </w:r>
    </w:p>
    <w:p w14:paraId="3384B164" w14:textId="77777777" w:rsidR="00F62C2C" w:rsidRDefault="00000000">
      <w:pPr>
        <w:pStyle w:val="a0"/>
        <w:spacing w:after="60"/>
      </w:pPr>
      <w:r>
        <w:rPr>
          <w:b/>
        </w:rPr>
        <w:t>付费全自动</w:t>
      </w:r>
      <w:r>
        <w:t xml:space="preserve">：火山 OmniHuman </w:t>
      </w:r>
      <w:r>
        <w:rPr>
          <w:rFonts w:ascii="Consolas" w:hAnsi="Consolas"/>
          <w:color w:val="B03030"/>
          <w:sz w:val="18"/>
        </w:rPr>
        <w:t>CVSubmitTask</w:t>
      </w:r>
      <w:r>
        <w:t xml:space="preserve">（肖像图 URL + 音频 URL）→ 轮询 </w:t>
      </w:r>
      <w:r>
        <w:rPr>
          <w:rFonts w:ascii="Consolas" w:hAnsi="Consolas"/>
          <w:color w:val="B03030"/>
          <w:sz w:val="18"/>
        </w:rPr>
        <w:t>CVGetTask</w:t>
      </w:r>
      <w:r>
        <w:t xml:space="preserve"> → 回填视频、状态待剪辑</w:t>
      </w:r>
    </w:p>
    <w:p w14:paraId="04960C65" w14:textId="77777777" w:rsidR="00F62C2C" w:rsidRDefault="00000000">
      <w:r>
        <w:t>（火山 visual 接口要 AK/SK HMAC 签名，我会在 WF2 里给一个签名 Code 节点）</w:t>
      </w:r>
    </w:p>
    <w:p w14:paraId="0B66219D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免费人工门②</w:t>
      </w:r>
      <w:r>
        <w:rPr>
          <w:lang w:eastAsia="zh-CN"/>
        </w:rPr>
        <w:t>：飞书通知「即梦上传肖像+音频」→ Wait → 人工回填视频 → 待剪辑</w:t>
      </w:r>
    </w:p>
    <w:p w14:paraId="682429DF" w14:textId="77777777" w:rsidR="00F62C2C" w:rsidRDefault="00000000">
      <w:r>
        <w:rPr>
          <w:b/>
        </w:rPr>
        <w:t xml:space="preserve">WF3 </w:t>
      </w:r>
      <w:proofErr w:type="spellStart"/>
      <w:r>
        <w:rPr>
          <w:b/>
        </w:rPr>
        <w:t>剪辑发布与复盘</w:t>
      </w:r>
      <w:proofErr w:type="spellEnd"/>
    </w:p>
    <w:p w14:paraId="4E6745CC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扫描待剪辑 → 飞</w:t>
      </w:r>
      <w:proofErr w:type="gramStart"/>
      <w:r>
        <w:rPr>
          <w:lang w:eastAsia="zh-CN"/>
        </w:rPr>
        <w:t>书通知</w:t>
      </w:r>
      <w:proofErr w:type="gramEnd"/>
      <w:r>
        <w:rPr>
          <w:lang w:eastAsia="zh-CN"/>
        </w:rPr>
        <w:t>实拍+剪辑（附镜头清单）→ Wait 回填成片 → 待审发</w:t>
      </w:r>
    </w:p>
    <w:p w14:paraId="6AED91A0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审核卡片（AI标注/广告标注/违禁词/版权）→ Wait</w:t>
      </w:r>
    </w:p>
    <w:p w14:paraId="36F8A442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发布通知（标题/话题/POI）→ Wait 回填发布链接 → 已发布</w:t>
      </w:r>
    </w:p>
    <w:p w14:paraId="7BC238A3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 xml:space="preserve">每周定时：回收数据 → LLM </w:t>
      </w:r>
      <w:proofErr w:type="gramStart"/>
      <w:r>
        <w:rPr>
          <w:lang w:eastAsia="zh-CN"/>
        </w:rPr>
        <w:t>复盘爆款钩子</w:t>
      </w:r>
      <w:proofErr w:type="gramEnd"/>
      <w:r>
        <w:rPr>
          <w:lang w:eastAsia="zh-CN"/>
        </w:rPr>
        <w:t xml:space="preserve"> → 更新脚本模板与选题权重（写回表格/文档）</w:t>
      </w:r>
    </w:p>
    <w:p w14:paraId="6503BC0D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七、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风控与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合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规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（自动化边界）</w:t>
      </w:r>
    </w:p>
    <w:p w14:paraId="5B521BDB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发布环节</w:t>
      </w:r>
      <w:r>
        <w:rPr>
          <w:b/>
          <w:lang w:eastAsia="zh-CN"/>
        </w:rPr>
        <w:t>不建议硬全自动</w:t>
      </w:r>
      <w:r>
        <w:rPr>
          <w:lang w:eastAsia="zh-CN"/>
        </w:rPr>
        <w:t>（</w:t>
      </w:r>
      <w:proofErr w:type="gramStart"/>
      <w:r>
        <w:rPr>
          <w:lang w:eastAsia="zh-CN"/>
        </w:rPr>
        <w:t>批量秒发触发</w:t>
      </w:r>
      <w:proofErr w:type="gramEnd"/>
      <w:r>
        <w:rPr>
          <w:lang w:eastAsia="zh-CN"/>
        </w:rPr>
        <w:t>风控），保持人工错峰发布；</w:t>
      </w:r>
    </w:p>
    <w:p w14:paraId="7803984A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矩阵</w:t>
      </w:r>
      <w:proofErr w:type="gramStart"/>
      <w:r>
        <w:rPr>
          <w:lang w:eastAsia="zh-CN"/>
        </w:rPr>
        <w:t>去重靠脚本</w:t>
      </w:r>
      <w:proofErr w:type="gramEnd"/>
      <w:r>
        <w:rPr>
          <w:lang w:eastAsia="zh-CN"/>
        </w:rPr>
        <w:t>钩子和素材组合，不用镜像/变速；</w:t>
      </w:r>
    </w:p>
    <w:p w14:paraId="3CF65920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AI 数字</w:t>
      </w:r>
      <w:proofErr w:type="gramStart"/>
      <w:r>
        <w:rPr>
          <w:lang w:eastAsia="zh-CN"/>
        </w:rPr>
        <w:t>人内容</w:t>
      </w:r>
      <w:proofErr w:type="gramEnd"/>
      <w:r>
        <w:rPr>
          <w:lang w:eastAsia="zh-CN"/>
        </w:rPr>
        <w:t>按平台标注「AI 生成」，</w:t>
      </w:r>
      <w:proofErr w:type="gramStart"/>
      <w:r>
        <w:rPr>
          <w:lang w:eastAsia="zh-CN"/>
        </w:rPr>
        <w:t>商单标注</w:t>
      </w:r>
      <w:proofErr w:type="gramEnd"/>
      <w:r>
        <w:rPr>
          <w:lang w:eastAsia="zh-CN"/>
        </w:rPr>
        <w:t>「广告」；</w:t>
      </w:r>
    </w:p>
    <w:p w14:paraId="51C5FF69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没到店不编体验，实拍是流水线里不可删除的人工环节。</w:t>
      </w:r>
    </w:p>
    <w:p w14:paraId="33E4305E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54205C17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项目：02-数字</w:t>
      </w:r>
      <w:proofErr w:type="gramStart"/>
      <w:r>
        <w:rPr>
          <w:color w:val="999999"/>
          <w:sz w:val="18"/>
          <w:lang w:eastAsia="zh-CN"/>
        </w:rPr>
        <w:t>人内容</w:t>
      </w:r>
      <w:proofErr w:type="gramEnd"/>
      <w:r>
        <w:rPr>
          <w:color w:val="999999"/>
          <w:sz w:val="18"/>
          <w:lang w:eastAsia="zh-CN"/>
        </w:rPr>
        <w:t>流水线</w:t>
      </w:r>
    </w:p>
    <w:p w14:paraId="7879C54E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生视频成本核算</w:t>
      </w:r>
    </w:p>
    <w:p w14:paraId="72933133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生视频成本核算（数字人流水线）</w:t>
      </w:r>
    </w:p>
    <w:p w14:paraId="13D37913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归属</w:t>
      </w:r>
      <w:r>
        <w:rPr>
          <w:lang w:eastAsia="zh-CN"/>
        </w:rPr>
        <w:t>：本文核算</w:t>
      </w:r>
      <w:r>
        <w:rPr>
          <w:b/>
          <w:lang w:eastAsia="zh-CN"/>
        </w:rPr>
        <w:t>画面上成</w:t>
      </w:r>
      <w:r>
        <w:rPr>
          <w:lang w:eastAsia="zh-CN"/>
        </w:rPr>
        <w:t>的相关成本，属于</w:t>
      </w:r>
      <w:r>
        <w:rPr>
          <w:b/>
          <w:lang w:eastAsia="zh-CN"/>
        </w:rPr>
        <w:t>数字</w:t>
      </w:r>
      <w:proofErr w:type="gramStart"/>
      <w:r>
        <w:rPr>
          <w:b/>
          <w:lang w:eastAsia="zh-CN"/>
        </w:rPr>
        <w:t>人内容</w:t>
      </w:r>
      <w:proofErr w:type="gramEnd"/>
      <w:r>
        <w:rPr>
          <w:b/>
          <w:lang w:eastAsia="zh-CN"/>
        </w:rPr>
        <w:t>流水线</w:t>
      </w:r>
      <w:r>
        <w:rPr>
          <w:lang w:eastAsia="zh-CN"/>
        </w:rPr>
        <w:t>。</w:t>
      </w:r>
    </w:p>
    <w:p w14:paraId="32D89802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与其它文档的边界</w:t>
      </w:r>
      <w:r>
        <w:rPr>
          <w:lang w:eastAsia="zh-CN"/>
        </w:rPr>
        <w:t>：</w:t>
      </w:r>
      <w:r>
        <w:rPr>
          <w:rFonts w:ascii="Consolas" w:hAnsi="Consolas"/>
          <w:color w:val="B03030"/>
          <w:sz w:val="18"/>
          <w:lang w:eastAsia="zh-CN"/>
        </w:rPr>
        <w:t>03-AI</w:t>
      </w:r>
      <w:r>
        <w:rPr>
          <w:rFonts w:ascii="Consolas" w:hAnsi="Consolas"/>
          <w:color w:val="B03030"/>
          <w:sz w:val="18"/>
          <w:lang w:eastAsia="zh-CN"/>
        </w:rPr>
        <w:t>内容生产</w:t>
      </w:r>
      <w:r>
        <w:rPr>
          <w:rFonts w:ascii="Consolas" w:hAnsi="Consolas"/>
          <w:color w:val="B03030"/>
          <w:sz w:val="18"/>
          <w:lang w:eastAsia="zh-CN"/>
        </w:rPr>
        <w:t>Agent</w:t>
      </w:r>
      <w:r>
        <w:rPr>
          <w:rFonts w:ascii="Consolas" w:hAnsi="Consolas"/>
          <w:color w:val="B03030"/>
          <w:sz w:val="18"/>
          <w:lang w:eastAsia="zh-CN"/>
        </w:rPr>
        <w:t>系统</w:t>
      </w:r>
      <w:r>
        <w:rPr>
          <w:rFonts w:ascii="Consolas" w:hAnsi="Consolas"/>
          <w:color w:val="B03030"/>
          <w:sz w:val="18"/>
          <w:lang w:eastAsia="zh-CN"/>
        </w:rPr>
        <w:t>/</w:t>
      </w:r>
      <w:r>
        <w:rPr>
          <w:rFonts w:ascii="Consolas" w:hAnsi="Consolas"/>
          <w:color w:val="B03030"/>
          <w:sz w:val="18"/>
          <w:lang w:eastAsia="zh-CN"/>
        </w:rPr>
        <w:t>评测集</w:t>
      </w:r>
      <w:r>
        <w:rPr>
          <w:rFonts w:ascii="Consolas" w:hAnsi="Consolas"/>
          <w:color w:val="B03030"/>
          <w:sz w:val="18"/>
          <w:lang w:eastAsia="zh-CN"/>
        </w:rPr>
        <w:t>/04-</w:t>
      </w:r>
      <w:r>
        <w:rPr>
          <w:rFonts w:ascii="Consolas" w:hAnsi="Consolas"/>
          <w:color w:val="B03030"/>
          <w:sz w:val="18"/>
          <w:lang w:eastAsia="zh-CN"/>
        </w:rPr>
        <w:t>成本与延迟预算</w:t>
      </w:r>
      <w:r>
        <w:rPr>
          <w:rFonts w:ascii="Consolas" w:hAnsi="Consolas"/>
          <w:color w:val="B03030"/>
          <w:sz w:val="18"/>
          <w:lang w:eastAsia="zh-CN"/>
        </w:rPr>
        <w:t>.md</w:t>
      </w:r>
      <w:r>
        <w:rPr>
          <w:lang w:eastAsia="zh-CN"/>
        </w:rPr>
        <w:t xml:space="preserve"> 只核算</w:t>
      </w:r>
      <w:r>
        <w:rPr>
          <w:b/>
          <w:lang w:eastAsia="zh-CN"/>
        </w:rPr>
        <w:t>选题与脚本生成</w:t>
      </w:r>
      <w:r>
        <w:rPr>
          <w:lang w:eastAsia="zh-CN"/>
        </w:rPr>
        <w:t>（文字链路）的成本，两者不重叠。</w:t>
      </w:r>
    </w:p>
    <w:p w14:paraId="3A4C50DB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一、已确认的实测单价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3982"/>
        <w:gridCol w:w="4344"/>
        <w:gridCol w:w="1086"/>
      </w:tblGrid>
      <w:tr w:rsidR="00F62C2C" w14:paraId="685FE58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2" w:type="dxa"/>
          </w:tcPr>
          <w:p w14:paraId="1CC6AA0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项</w:t>
            </w:r>
          </w:p>
        </w:tc>
        <w:tc>
          <w:tcPr>
            <w:tcW w:w="4344" w:type="dxa"/>
          </w:tcPr>
          <w:p w14:paraId="0C7527B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值</w:t>
            </w:r>
          </w:p>
        </w:tc>
        <w:tc>
          <w:tcPr>
            <w:tcW w:w="1086" w:type="dxa"/>
          </w:tcPr>
          <w:p w14:paraId="05820754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来源</w:t>
            </w:r>
          </w:p>
        </w:tc>
      </w:tr>
      <w:tr w:rsidR="00F62C2C" w14:paraId="0CDD509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2" w:type="dxa"/>
          </w:tcPr>
          <w:p w14:paraId="41F6295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MiniMax H3（RunningHub）</w:t>
            </w:r>
          </w:p>
        </w:tc>
        <w:tc>
          <w:tcPr>
            <w:tcW w:w="4344" w:type="dxa"/>
          </w:tcPr>
          <w:p w14:paraId="1B9DB82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720P + 4 秒 = ¥1</w:t>
            </w:r>
            <w:r>
              <w:rPr>
                <w:sz w:val="18"/>
              </w:rPr>
              <w:t>，按次扣款</w:t>
            </w:r>
          </w:p>
        </w:tc>
        <w:tc>
          <w:tcPr>
            <w:tcW w:w="1086" w:type="dxa"/>
          </w:tcPr>
          <w:p w14:paraId="0CAE116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作者实测</w:t>
            </w:r>
          </w:p>
        </w:tc>
      </w:tr>
    </w:tbl>
    <w:p w14:paraId="216A6E7B" w14:textId="77777777" w:rsidR="00F62C2C" w:rsidRDefault="00F62C2C"/>
    <w:p w14:paraId="0B1D1730" w14:textId="77777777" w:rsidR="00F62C2C" w:rsidRDefault="00000000">
      <w:pPr>
        <w:ind w:left="340"/>
      </w:pPr>
      <w:r>
        <w:rPr>
          <w:i/>
          <w:color w:val="555555"/>
        </w:rPr>
        <w:t>说明：H3 在 RunningHub 上有两种形态——ComfyUI 画布工作流（按算力时长）与</w:t>
      </w:r>
    </w:p>
    <w:p w14:paraId="760F503F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标准模型 API / AI 应用（按次）。实际使用的是</w:t>
      </w:r>
      <w:r>
        <w:rPr>
          <w:b/>
          <w:i/>
          <w:color w:val="555555"/>
          <w:lang w:eastAsia="zh-CN"/>
        </w:rPr>
        <w:t>表单形态 → 按次计费</w:t>
      </w:r>
      <w:r>
        <w:rPr>
          <w:i/>
          <w:color w:val="555555"/>
          <w:lang w:eastAsia="zh-CN"/>
        </w:rPr>
        <w:t>。</w:t>
      </w:r>
    </w:p>
    <w:p w14:paraId="4486697D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二、成本公式</w:t>
      </w:r>
    </w:p>
    <w:p w14:paraId="7389A9C3" w14:textId="77777777" w:rsidR="00F62C2C" w:rsidRDefault="00000000">
      <w:pPr>
        <w:ind w:left="283"/>
        <w:rPr>
          <w:lang w:eastAsia="zh-CN"/>
        </w:rPr>
      </w:pPr>
      <w:r>
        <w:rPr>
          <w:rFonts w:ascii="Consolas" w:hAnsi="Consolas"/>
          <w:sz w:val="18"/>
          <w:lang w:eastAsia="zh-CN"/>
        </w:rPr>
        <w:t>单条成片成本</w:t>
      </w:r>
      <w:r>
        <w:rPr>
          <w:rFonts w:ascii="Consolas" w:hAnsi="Consolas"/>
          <w:sz w:val="18"/>
          <w:lang w:eastAsia="zh-CN"/>
        </w:rPr>
        <w:t xml:space="preserve"> = </w:t>
      </w:r>
      <w:r>
        <w:rPr>
          <w:rFonts w:ascii="Consolas" w:hAnsi="Consolas"/>
          <w:sz w:val="18"/>
          <w:lang w:eastAsia="zh-CN"/>
        </w:rPr>
        <w:t>片段数</w:t>
      </w:r>
      <w:r>
        <w:rPr>
          <w:rFonts w:ascii="Consolas" w:hAnsi="Consolas"/>
          <w:sz w:val="18"/>
          <w:lang w:eastAsia="zh-CN"/>
        </w:rPr>
        <w:t xml:space="preserve"> × ¥1 × </w:t>
      </w:r>
      <w:r>
        <w:rPr>
          <w:rFonts w:ascii="Consolas" w:hAnsi="Consolas"/>
          <w:sz w:val="18"/>
          <w:lang w:eastAsia="zh-CN"/>
        </w:rPr>
        <w:t>重生成倍数</w:t>
      </w:r>
      <w:r>
        <w:rPr>
          <w:rFonts w:ascii="Consolas" w:hAnsi="Consolas"/>
          <w:sz w:val="18"/>
          <w:lang w:eastAsia="zh-CN"/>
        </w:rPr>
        <w:br/>
      </w:r>
      <w:r>
        <w:rPr>
          <w:rFonts w:ascii="Consolas" w:hAnsi="Consolas"/>
          <w:sz w:val="18"/>
          <w:lang w:eastAsia="zh-CN"/>
        </w:rPr>
        <w:t>片段数</w:t>
      </w:r>
      <w:r>
        <w:rPr>
          <w:rFonts w:ascii="Consolas" w:hAnsi="Consolas"/>
          <w:sz w:val="18"/>
          <w:lang w:eastAsia="zh-CN"/>
        </w:rPr>
        <w:t xml:space="preserve">      = </w:t>
      </w:r>
      <w:r>
        <w:rPr>
          <w:rFonts w:ascii="Consolas" w:hAnsi="Consolas"/>
          <w:sz w:val="18"/>
          <w:lang w:eastAsia="zh-CN"/>
        </w:rPr>
        <w:t>成片时长</w:t>
      </w:r>
      <w:r>
        <w:rPr>
          <w:rFonts w:ascii="Consolas" w:hAnsi="Consolas"/>
          <w:sz w:val="18"/>
          <w:lang w:eastAsia="zh-CN"/>
        </w:rPr>
        <w:t xml:space="preserve"> ÷ 4</w:t>
      </w:r>
      <w:r>
        <w:rPr>
          <w:rFonts w:ascii="Consolas" w:hAnsi="Consolas"/>
          <w:sz w:val="18"/>
          <w:lang w:eastAsia="zh-CN"/>
        </w:rPr>
        <w:t>（向上取整）</w:t>
      </w:r>
      <w:r>
        <w:rPr>
          <w:rFonts w:ascii="Consolas" w:hAnsi="Consolas"/>
          <w:sz w:val="18"/>
          <w:lang w:eastAsia="zh-CN"/>
        </w:rPr>
        <w:br/>
      </w:r>
      <w:r>
        <w:rPr>
          <w:rFonts w:ascii="Consolas" w:hAnsi="Consolas"/>
          <w:sz w:val="18"/>
          <w:lang w:eastAsia="zh-CN"/>
        </w:rPr>
        <w:t>重生成倍数</w:t>
      </w:r>
      <w:r>
        <w:rPr>
          <w:rFonts w:ascii="Consolas" w:hAnsi="Consolas"/>
          <w:sz w:val="18"/>
          <w:lang w:eastAsia="zh-CN"/>
        </w:rPr>
        <w:t xml:space="preserve">  = 1 ÷ </w:t>
      </w:r>
      <w:r>
        <w:rPr>
          <w:rFonts w:ascii="Consolas" w:hAnsi="Consolas"/>
          <w:sz w:val="18"/>
          <w:lang w:eastAsia="zh-CN"/>
        </w:rPr>
        <w:t>首次通过率</w:t>
      </w:r>
    </w:p>
    <w:p w14:paraId="03429761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三、按实测成片时长（49 秒）计算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257"/>
        <w:gridCol w:w="5155"/>
      </w:tblGrid>
      <w:tr w:rsidR="00F62C2C" w14:paraId="7008F28D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</w:tcPr>
          <w:p w14:paraId="2CB6095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素材</w:t>
            </w:r>
            <w:proofErr w:type="spellEnd"/>
          </w:p>
        </w:tc>
        <w:tc>
          <w:tcPr>
            <w:tcW w:w="5154" w:type="dxa"/>
          </w:tcPr>
          <w:p w14:paraId="5E90B1FC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时长</w:t>
            </w:r>
          </w:p>
        </w:tc>
      </w:tr>
      <w:tr w:rsidR="00F62C2C" w14:paraId="38912D8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</w:tcPr>
          <w:p w14:paraId="224DFB8B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开场钩子-前4秒-驱动口型用.wav</w:t>
            </w:r>
          </w:p>
        </w:tc>
        <w:tc>
          <w:tcPr>
            <w:tcW w:w="5154" w:type="dxa"/>
          </w:tcPr>
          <w:p w14:paraId="24B7C1C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4.0 秒</w:t>
            </w:r>
          </w:p>
        </w:tc>
      </w:tr>
      <w:tr w:rsidR="00F62C2C" w14:paraId="7308041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</w:tcPr>
          <w:p w14:paraId="348B9BA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首条口播-运河citywalk.wav</w:t>
            </w:r>
          </w:p>
        </w:tc>
        <w:tc>
          <w:tcPr>
            <w:tcW w:w="5154" w:type="dxa"/>
          </w:tcPr>
          <w:p w14:paraId="6ADE73A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45.0 秒</w:t>
            </w:r>
          </w:p>
        </w:tc>
      </w:tr>
      <w:tr w:rsidR="00F62C2C" w14:paraId="1313958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7" w:type="dxa"/>
          </w:tcPr>
          <w:p w14:paraId="1592D82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合计</w:t>
            </w:r>
          </w:p>
        </w:tc>
        <w:tc>
          <w:tcPr>
            <w:tcW w:w="5154" w:type="dxa"/>
          </w:tcPr>
          <w:p w14:paraId="3D7A2CC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约 49 秒 → 13 个 4 秒片段</w:t>
            </w:r>
          </w:p>
        </w:tc>
      </w:tr>
    </w:tbl>
    <w:p w14:paraId="715BEC00" w14:textId="77777777" w:rsidR="00F62C2C" w:rsidRDefault="00F62C2C"/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973"/>
        <w:gridCol w:w="2972"/>
        <w:gridCol w:w="3467"/>
      </w:tblGrid>
      <w:tr w:rsidR="00F62C2C" w14:paraId="1C0F9840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E79B04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lastRenderedPageBreak/>
              <w:t>首次通过率</w:t>
            </w:r>
          </w:p>
        </w:tc>
        <w:tc>
          <w:tcPr>
            <w:tcW w:w="2972" w:type="dxa"/>
          </w:tcPr>
          <w:p w14:paraId="4D6CDD2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单条成片</w:t>
            </w:r>
          </w:p>
        </w:tc>
        <w:tc>
          <w:tcPr>
            <w:tcW w:w="3467" w:type="dxa"/>
          </w:tcPr>
          <w:p w14:paraId="646BF12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月更 10 条</w:t>
            </w:r>
          </w:p>
        </w:tc>
      </w:tr>
      <w:tr w:rsidR="00F62C2C" w14:paraId="12AA85C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D50876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100%</w:t>
            </w:r>
          </w:p>
        </w:tc>
        <w:tc>
          <w:tcPr>
            <w:tcW w:w="2972" w:type="dxa"/>
          </w:tcPr>
          <w:p w14:paraId="3566233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¥13</w:t>
            </w:r>
          </w:p>
        </w:tc>
        <w:tc>
          <w:tcPr>
            <w:tcW w:w="3467" w:type="dxa"/>
          </w:tcPr>
          <w:p w14:paraId="2A62282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¥130</w:t>
            </w:r>
          </w:p>
        </w:tc>
      </w:tr>
      <w:tr w:rsidR="00F62C2C" w14:paraId="6EAE2DE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2DC076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50%</w:t>
            </w:r>
          </w:p>
        </w:tc>
        <w:tc>
          <w:tcPr>
            <w:tcW w:w="2972" w:type="dxa"/>
          </w:tcPr>
          <w:p w14:paraId="3E15C76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¥26</w:t>
            </w:r>
          </w:p>
        </w:tc>
        <w:tc>
          <w:tcPr>
            <w:tcW w:w="3467" w:type="dxa"/>
          </w:tcPr>
          <w:p w14:paraId="648F75F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¥260</w:t>
            </w:r>
          </w:p>
        </w:tc>
      </w:tr>
      <w:tr w:rsidR="00F62C2C" w14:paraId="1AE981CC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B2392D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30%</w:t>
            </w:r>
          </w:p>
        </w:tc>
        <w:tc>
          <w:tcPr>
            <w:tcW w:w="2972" w:type="dxa"/>
          </w:tcPr>
          <w:p w14:paraId="0EC61F0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¥43</w:t>
            </w:r>
          </w:p>
        </w:tc>
        <w:tc>
          <w:tcPr>
            <w:tcW w:w="3467" w:type="dxa"/>
          </w:tcPr>
          <w:p w14:paraId="61A1E56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¥430</w:t>
            </w:r>
          </w:p>
        </w:tc>
      </w:tr>
      <w:tr w:rsidR="00F62C2C" w14:paraId="2ECCF8F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B25347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20%</w:t>
            </w:r>
          </w:p>
        </w:tc>
        <w:tc>
          <w:tcPr>
            <w:tcW w:w="2972" w:type="dxa"/>
          </w:tcPr>
          <w:p w14:paraId="2D5BA742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¥65</w:t>
            </w:r>
          </w:p>
        </w:tc>
        <w:tc>
          <w:tcPr>
            <w:tcW w:w="3467" w:type="dxa"/>
          </w:tcPr>
          <w:p w14:paraId="302C4E8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¥650</w:t>
            </w:r>
          </w:p>
        </w:tc>
      </w:tr>
      <w:tr w:rsidR="00F62C2C" w14:paraId="1E4ABE5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878F65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10%</w:t>
            </w:r>
          </w:p>
        </w:tc>
        <w:tc>
          <w:tcPr>
            <w:tcW w:w="2972" w:type="dxa"/>
          </w:tcPr>
          <w:p w14:paraId="238F988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¥130</w:t>
            </w:r>
          </w:p>
        </w:tc>
        <w:tc>
          <w:tcPr>
            <w:tcW w:w="3467" w:type="dxa"/>
          </w:tcPr>
          <w:p w14:paraId="56DAADC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¥1,300</w:t>
            </w:r>
          </w:p>
        </w:tc>
      </w:tr>
    </w:tbl>
    <w:p w14:paraId="34749E71" w14:textId="77777777" w:rsidR="00F62C2C" w:rsidRDefault="00F62C2C"/>
    <w:p w14:paraId="78EF2D8A" w14:textId="77777777" w:rsidR="00F62C2C" w:rsidRDefault="00000000">
      <w:pPr>
        <w:ind w:left="340"/>
        <w:rPr>
          <w:lang w:eastAsia="zh-CN"/>
        </w:rPr>
      </w:pPr>
      <w:r>
        <w:rPr>
          <w:b/>
          <w:i/>
          <w:color w:val="555555"/>
          <w:lang w:eastAsia="zh-CN"/>
        </w:rPr>
        <w:t>通过率未实测</w:t>
      </w:r>
      <w:r>
        <w:rPr>
          <w:i/>
          <w:color w:val="555555"/>
          <w:lang w:eastAsia="zh-CN"/>
        </w:rPr>
        <w:t>，上表是按公式推算的区间，不是已发生的支出。</w:t>
      </w:r>
    </w:p>
    <w:p w14:paraId="0AB2F4D5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四、三个可执行动作</w:t>
      </w:r>
      <w:proofErr w:type="spellEnd"/>
    </w:p>
    <w:p w14:paraId="0E673FDC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补测首次通过率</w:t>
      </w:r>
      <w:r>
        <w:rPr>
          <w:lang w:eastAsia="zh-CN"/>
        </w:rPr>
        <w:t>（唯一的关键变量）：同一角色、同一套提示</w:t>
      </w:r>
      <w:proofErr w:type="gramStart"/>
      <w:r>
        <w:rPr>
          <w:lang w:eastAsia="zh-CN"/>
        </w:rPr>
        <w:t>词连续</w:t>
      </w:r>
      <w:proofErr w:type="gramEnd"/>
      <w:r>
        <w:rPr>
          <w:lang w:eastAsia="zh-CN"/>
        </w:rPr>
        <w:t>跑 10 次，数出可用几条；</w:t>
      </w:r>
    </w:p>
    <w:p w14:paraId="2A09A268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优先用图生视频</w:t>
      </w:r>
      <w:r>
        <w:rPr>
          <w:lang w:eastAsia="zh-CN"/>
        </w:rPr>
        <w:t>：拿已定稿的角色</w:t>
      </w:r>
      <w:proofErr w:type="gramStart"/>
      <w:r>
        <w:rPr>
          <w:lang w:eastAsia="zh-CN"/>
        </w:rPr>
        <w:t>图当首帧</w:t>
      </w:r>
      <w:proofErr w:type="gramEnd"/>
      <w:r>
        <w:rPr>
          <w:lang w:eastAsia="zh-CN"/>
        </w:rPr>
        <w:t xml:space="preserve">（资产里有 </w:t>
      </w:r>
      <w:r>
        <w:rPr>
          <w:rFonts w:ascii="Consolas" w:hAnsi="Consolas"/>
          <w:color w:val="B03030"/>
          <w:sz w:val="18"/>
          <w:lang w:eastAsia="zh-CN"/>
        </w:rPr>
        <w:t>角色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正面肖像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对口型用</w:t>
      </w:r>
      <w:r>
        <w:rPr>
          <w:rFonts w:ascii="Consolas" w:hAnsi="Consolas"/>
          <w:color w:val="B03030"/>
          <w:sz w:val="18"/>
          <w:lang w:eastAsia="zh-CN"/>
        </w:rPr>
        <w:t>.</w:t>
      </w:r>
      <w:proofErr w:type="spellStart"/>
      <w:r>
        <w:rPr>
          <w:rFonts w:ascii="Consolas" w:hAnsi="Consolas"/>
          <w:color w:val="B03030"/>
          <w:sz w:val="18"/>
          <w:lang w:eastAsia="zh-CN"/>
        </w:rPr>
        <w:t>png</w:t>
      </w:r>
      <w:proofErr w:type="spellEnd"/>
      <w:r>
        <w:rPr>
          <w:lang w:eastAsia="zh-CN"/>
        </w:rPr>
        <w:t>、</w:t>
      </w:r>
      <w:r>
        <w:rPr>
          <w:rFonts w:ascii="Consolas" w:hAnsi="Consolas"/>
          <w:color w:val="B03030"/>
          <w:sz w:val="18"/>
          <w:lang w:eastAsia="zh-CN"/>
        </w:rPr>
        <w:t>角色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全身正面</w:t>
      </w:r>
      <w:r>
        <w:rPr>
          <w:rFonts w:ascii="Consolas" w:hAnsi="Consolas"/>
          <w:color w:val="B03030"/>
          <w:sz w:val="18"/>
          <w:lang w:eastAsia="zh-CN"/>
        </w:rPr>
        <w:t>-</w:t>
      </w:r>
      <w:r>
        <w:rPr>
          <w:rFonts w:ascii="Consolas" w:hAnsi="Consolas"/>
          <w:color w:val="B03030"/>
          <w:sz w:val="18"/>
          <w:lang w:eastAsia="zh-CN"/>
        </w:rPr>
        <w:t>参考用</w:t>
      </w:r>
      <w:r>
        <w:rPr>
          <w:rFonts w:ascii="Consolas" w:hAnsi="Consolas"/>
          <w:color w:val="B03030"/>
          <w:sz w:val="18"/>
          <w:lang w:eastAsia="zh-CN"/>
        </w:rPr>
        <w:t>.</w:t>
      </w:r>
      <w:proofErr w:type="spellStart"/>
      <w:r>
        <w:rPr>
          <w:rFonts w:ascii="Consolas" w:hAnsi="Consolas"/>
          <w:color w:val="B03030"/>
          <w:sz w:val="18"/>
          <w:lang w:eastAsia="zh-CN"/>
        </w:rPr>
        <w:t>png</w:t>
      </w:r>
      <w:proofErr w:type="spellEnd"/>
      <w:r>
        <w:rPr>
          <w:lang w:eastAsia="zh-CN"/>
        </w:rPr>
        <w:t>），一致性由输入图锁定；</w:t>
      </w:r>
    </w:p>
    <w:p w14:paraId="4EA82E32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4 秒用满</w:t>
      </w:r>
      <w:r>
        <w:rPr>
          <w:lang w:eastAsia="zh-CN"/>
        </w:rPr>
        <w:t>：4 秒是计价下限，生成 2 秒和 4 秒同价。</w:t>
      </w:r>
    </w:p>
    <w:p w14:paraId="250119C5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五、与另一条链路的关系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968"/>
        <w:gridCol w:w="3461"/>
        <w:gridCol w:w="4983"/>
      </w:tblGrid>
      <w:tr w:rsidR="00F62C2C" w14:paraId="2C173973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364659BB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链路</w:t>
            </w:r>
            <w:proofErr w:type="spellEnd"/>
          </w:p>
        </w:tc>
        <w:tc>
          <w:tcPr>
            <w:tcW w:w="3460" w:type="dxa"/>
          </w:tcPr>
          <w:p w14:paraId="43ED397E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成本主体</w:t>
            </w:r>
          </w:p>
        </w:tc>
        <w:tc>
          <w:tcPr>
            <w:tcW w:w="4982" w:type="dxa"/>
          </w:tcPr>
          <w:p w14:paraId="7EC3797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归属文档</w:t>
            </w:r>
          </w:p>
        </w:tc>
      </w:tr>
      <w:tr w:rsidR="00F62C2C" w14:paraId="05D75951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1203B03F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选题与脚本生成</w:t>
            </w:r>
          </w:p>
        </w:tc>
        <w:tc>
          <w:tcPr>
            <w:tcW w:w="3460" w:type="dxa"/>
          </w:tcPr>
          <w:p w14:paraId="328D0E9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LLM token（极低，单篇约 ¥0.0015）</w:t>
            </w:r>
          </w:p>
        </w:tc>
        <w:tc>
          <w:tcPr>
            <w:tcW w:w="4982" w:type="dxa"/>
          </w:tcPr>
          <w:p w14:paraId="6875AF6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rFonts w:ascii="Consolas" w:hAnsi="Consolas"/>
                <w:color w:val="B03030"/>
                <w:sz w:val="18"/>
                <w:lang w:eastAsia="zh-CN"/>
              </w:rPr>
              <w:t>03-AI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内容生产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Agent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系统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/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评测集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/04-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成本与延迟预算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.md</w:t>
            </w:r>
          </w:p>
        </w:tc>
      </w:tr>
      <w:tr w:rsidR="00F62C2C" w14:paraId="6738C96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318A29CE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画面上成</w:t>
            </w:r>
            <w:proofErr w:type="spellEnd"/>
          </w:p>
        </w:tc>
        <w:tc>
          <w:tcPr>
            <w:tcW w:w="3460" w:type="dxa"/>
          </w:tcPr>
          <w:p w14:paraId="1C72923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生视频按次（¥1/4 秒）</w:t>
            </w:r>
          </w:p>
        </w:tc>
        <w:tc>
          <w:tcPr>
            <w:tcW w:w="4982" w:type="dxa"/>
          </w:tcPr>
          <w:p w14:paraId="725FFB4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  <w:sz w:val="18"/>
              </w:rPr>
              <w:t>本文</w:t>
            </w:r>
          </w:p>
        </w:tc>
      </w:tr>
    </w:tbl>
    <w:p w14:paraId="089488F6" w14:textId="77777777" w:rsidR="00F62C2C" w:rsidRDefault="00F62C2C"/>
    <w:p w14:paraId="4556EC7B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结论</w:t>
      </w:r>
      <w:r>
        <w:rPr>
          <w:lang w:eastAsia="zh-CN"/>
        </w:rPr>
        <w:t>：两条链路的成本量级差三个数量级——</w:t>
      </w:r>
      <w:r>
        <w:rPr>
          <w:b/>
          <w:lang w:eastAsia="zh-CN"/>
        </w:rPr>
        <w:t>文字</w:t>
      </w:r>
      <w:proofErr w:type="gramStart"/>
      <w:r>
        <w:rPr>
          <w:b/>
          <w:lang w:eastAsia="zh-CN"/>
        </w:rPr>
        <w:t>侧几乎</w:t>
      </w:r>
      <w:proofErr w:type="gramEnd"/>
      <w:r>
        <w:rPr>
          <w:b/>
          <w:lang w:eastAsia="zh-CN"/>
        </w:rPr>
        <w:t>可忽略，成本压力全在画面上成</w:t>
      </w:r>
      <w:r>
        <w:rPr>
          <w:lang w:eastAsia="zh-CN"/>
        </w:rPr>
        <w:t>。</w:t>
      </w:r>
    </w:p>
    <w:p w14:paraId="32BAFD7B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六、诚实边界</w:t>
      </w:r>
      <w:proofErr w:type="spellEnd"/>
    </w:p>
    <w:p w14:paraId="4A9B2682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单次单价（¥1/4 秒）= 作者实测；</w:t>
      </w:r>
    </w:p>
    <w:p w14:paraId="3D21265D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成片时长 49 秒 = 由音频文件实测（wav 头部采样率不可靠，已用文件大小反推校正）；</w:t>
      </w:r>
    </w:p>
    <w:p w14:paraId="3BC98F28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首次通过率、失败请求</w:t>
      </w:r>
      <w:proofErr w:type="gramStart"/>
      <w:r>
        <w:rPr>
          <w:lang w:eastAsia="zh-CN"/>
        </w:rPr>
        <w:t>是否扣费</w:t>
      </w:r>
      <w:proofErr w:type="gramEnd"/>
      <w:r>
        <w:rPr>
          <w:lang w:eastAsia="zh-CN"/>
        </w:rPr>
        <w:t xml:space="preserve"> = </w:t>
      </w:r>
      <w:r>
        <w:rPr>
          <w:b/>
          <w:lang w:eastAsia="zh-CN"/>
        </w:rPr>
        <w:t>未核实</w:t>
      </w:r>
      <w:r>
        <w:rPr>
          <w:lang w:eastAsia="zh-CN"/>
        </w:rPr>
        <w:t>；</w:t>
      </w:r>
    </w:p>
    <w:p w14:paraId="3E85D569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表中成本为公式推算，非实际支出。</w:t>
      </w:r>
    </w:p>
    <w:p w14:paraId="2F58FBDB" w14:textId="77777777" w:rsidR="00F62C2C" w:rsidRDefault="00000000">
      <w:pPr>
        <w:rPr>
          <w:lang w:eastAsia="zh-CN"/>
        </w:rPr>
      </w:pPr>
      <w:r>
        <w:rPr>
          <w:lang w:eastAsia="zh-CN"/>
        </w:rPr>
        <w:lastRenderedPageBreak/>
        <w:br w:type="page"/>
      </w:r>
    </w:p>
    <w:p w14:paraId="03C2CAD1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项目：06-习惯养成App</w:t>
      </w:r>
    </w:p>
    <w:p w14:paraId="62EB67A0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习惯养成 App</w:t>
      </w:r>
    </w:p>
    <w:p w14:paraId="7BF34BB3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06 · 习惯养成 App（脑科学 90 天计划）</w:t>
      </w:r>
    </w:p>
    <w:p w14:paraId="3FAC056B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这份材料证明</w:t>
      </w:r>
      <w:r>
        <w:rPr>
          <w:lang w:eastAsia="zh-CN"/>
        </w:rPr>
        <w:t>：从内容设计到工程交付的完整闭环能力。</w:t>
      </w:r>
    </w:p>
    <w:p w14:paraId="4558A938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交付物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931"/>
        <w:gridCol w:w="6481"/>
      </w:tblGrid>
      <w:tr w:rsidR="00F62C2C" w14:paraId="569511D7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7560B0E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文件</w:t>
            </w:r>
          </w:p>
        </w:tc>
        <w:tc>
          <w:tcPr>
            <w:tcW w:w="6480" w:type="dxa"/>
          </w:tcPr>
          <w:p w14:paraId="196F1C15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</w:tr>
      <w:tr w:rsidR="00F62C2C" w14:paraId="1D01AF9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2FDA587F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rFonts w:ascii="Consolas" w:hAnsi="Consolas"/>
                <w:color w:val="B03030"/>
                <w:sz w:val="18"/>
                <w:lang w:eastAsia="zh-CN"/>
              </w:rPr>
              <w:t>脑科学习惯养成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90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天计划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.html</w:t>
            </w:r>
          </w:p>
        </w:tc>
        <w:tc>
          <w:tcPr>
            <w:tcW w:w="6480" w:type="dxa"/>
          </w:tcPr>
          <w:p w14:paraId="6681CF7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完整原型（含今日打卡、脑科学原理、四大习惯、每日例程、奖励系统、90 天路线、急救手册、周复盘）</w:t>
            </w:r>
          </w:p>
        </w:tc>
      </w:tr>
      <w:tr w:rsidR="00F62C2C" w14:paraId="1B551224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64BA5B78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_shots/</w:t>
            </w:r>
            <w:proofErr w:type="spellStart"/>
            <w:r>
              <w:rPr>
                <w:rFonts w:ascii="Consolas" w:hAnsi="Consolas"/>
                <w:color w:val="B03030"/>
                <w:sz w:val="18"/>
              </w:rPr>
              <w:t>习惯</w:t>
            </w:r>
            <w:r>
              <w:rPr>
                <w:rFonts w:ascii="Consolas" w:hAnsi="Consolas"/>
                <w:color w:val="B03030"/>
                <w:sz w:val="18"/>
              </w:rPr>
              <w:t>.apk</w:t>
            </w:r>
            <w:proofErr w:type="spellEnd"/>
          </w:p>
        </w:tc>
        <w:tc>
          <w:tcPr>
            <w:tcW w:w="6480" w:type="dxa"/>
          </w:tcPr>
          <w:p w14:paraId="5C53F11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  <w:sz w:val="18"/>
              </w:rPr>
              <w:t>Android 安装包（约 4.7 MB）</w:t>
            </w:r>
          </w:p>
        </w:tc>
      </w:tr>
      <w:tr w:rsidR="00F62C2C" w14:paraId="4F48A3A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29A5C28D" w14:textId="77777777" w:rsidR="00F62C2C" w:rsidRDefault="00000000">
            <w:pPr>
              <w:spacing w:after="40" w:line="276" w:lineRule="auto"/>
            </w:pPr>
            <w:r>
              <w:rPr>
                <w:rFonts w:ascii="Consolas" w:hAnsi="Consolas"/>
                <w:color w:val="B03030"/>
                <w:sz w:val="18"/>
              </w:rPr>
              <w:t>_shots/*.jpg</w:t>
            </w:r>
          </w:p>
        </w:tc>
        <w:tc>
          <w:tcPr>
            <w:tcW w:w="6480" w:type="dxa"/>
          </w:tcPr>
          <w:p w14:paraId="57255C0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桌面端与</w:t>
            </w:r>
            <w:proofErr w:type="gramStart"/>
            <w:r>
              <w:rPr>
                <w:sz w:val="18"/>
                <w:lang w:eastAsia="zh-CN"/>
              </w:rPr>
              <w:t>移动端真机</w:t>
            </w:r>
            <w:proofErr w:type="gramEnd"/>
            <w:r>
              <w:rPr>
                <w:sz w:val="18"/>
                <w:lang w:eastAsia="zh-CN"/>
              </w:rPr>
              <w:t>截图</w:t>
            </w:r>
          </w:p>
        </w:tc>
      </w:tr>
    </w:tbl>
    <w:p w14:paraId="30BC1EF5" w14:textId="77777777" w:rsidR="00F62C2C" w:rsidRDefault="00F62C2C">
      <w:pPr>
        <w:rPr>
          <w:lang w:eastAsia="zh-CN"/>
        </w:rPr>
      </w:pPr>
    </w:p>
    <w:p w14:paraId="3BFC6130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内容侧的判断（不只是个打卡工具）</w:t>
      </w:r>
    </w:p>
    <w:p w14:paraId="5C295384" w14:textId="77777777" w:rsidR="00F62C2C" w:rsidRDefault="00000000">
      <w:pPr>
        <w:rPr>
          <w:lang w:eastAsia="zh-CN"/>
        </w:rPr>
      </w:pPr>
      <w:r>
        <w:rPr>
          <w:lang w:eastAsia="zh-CN"/>
        </w:rPr>
        <w:t>原型把行为设计理论落成了可操作机制：</w:t>
      </w:r>
    </w:p>
    <w:p w14:paraId="3875CA11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习惯回路 CUE → ROUTINE → REWARD</w:t>
      </w:r>
      <w:r>
        <w:rPr>
          <w:lang w:eastAsia="zh-CN"/>
        </w:rPr>
        <w:t>：用"刷牙 / 坐下 / 换衣"当线索，</w:t>
      </w:r>
      <w:proofErr w:type="gramStart"/>
      <w:r>
        <w:rPr>
          <w:lang w:eastAsia="zh-CN"/>
        </w:rPr>
        <w:t>微习惯</w:t>
      </w:r>
      <w:proofErr w:type="gramEnd"/>
      <w:r>
        <w:rPr>
          <w:lang w:eastAsia="zh-CN"/>
        </w:rPr>
        <w:t>约 8 分钟，庆祝 + 每日大奖做奖励；</w:t>
      </w:r>
    </w:p>
    <w:p w14:paraId="19D5C339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引用研究支撑"66 天"而非"21 天"</w:t>
      </w:r>
      <w:r>
        <w:rPr>
          <w:lang w:eastAsia="zh-CN"/>
        </w:rPr>
        <w:t>：伦敦大学学院 Lally 等（2010）追踪 96 人，行为自动化中位数 66 天，个体跨度 18–254 天，漏一天不影响最终结果——并明确标注曲线为</w:t>
      </w:r>
      <w:r>
        <w:rPr>
          <w:b/>
          <w:lang w:eastAsia="zh-CN"/>
        </w:rPr>
        <w:t>按研究拟合的示意图</w:t>
      </w:r>
      <w:r>
        <w:rPr>
          <w:lang w:eastAsia="zh-CN"/>
        </w:rPr>
        <w:t>；</w:t>
      </w:r>
    </w:p>
    <w:p w14:paraId="38AF1B67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t>行为控制权迁移</w:t>
      </w:r>
      <w:r>
        <w:rPr>
          <w:lang w:eastAsia="zh-CN"/>
        </w:rPr>
        <w:t>：从"目标导向系统（前额叶主导、每次重新决定、费力）"迁到"习惯系统（基底核、线索触发即执行、自动省力）"。</w:t>
      </w:r>
    </w:p>
    <w:p w14:paraId="30BB1303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t>已知局限（主动说明</w:t>
      </w:r>
      <w:proofErr w:type="spellEnd"/>
      <w:r>
        <w:rPr>
          <w:rFonts w:ascii="微软雅黑" w:eastAsia="微软雅黑" w:hAnsi="微软雅黑"/>
          <w:color w:val="3A3A3A"/>
          <w:sz w:val="24"/>
        </w:rPr>
        <w:t>）</w:t>
      </w:r>
    </w:p>
    <w:p w14:paraId="13D536B4" w14:textId="77777777" w:rsidR="00F62C2C" w:rsidRDefault="00000000">
      <w:pPr>
        <w:pStyle w:val="a0"/>
        <w:spacing w:after="60"/>
      </w:pPr>
      <w:r>
        <w:t xml:space="preserve">工程脚手架来自应用生成器模板（其 README 明确写明 </w:t>
      </w:r>
      <w:r>
        <w:rPr>
          <w:rFonts w:ascii="Consolas" w:hAnsi="Consolas"/>
          <w:color w:val="B03030"/>
          <w:sz w:val="18"/>
        </w:rPr>
        <w:t>src/index.tsx</w:t>
      </w:r>
      <w:r>
        <w:t>、</w:t>
      </w:r>
      <w:r>
        <w:rPr>
          <w:rFonts w:ascii="Consolas" w:hAnsi="Consolas"/>
          <w:color w:val="B03030"/>
          <w:sz w:val="18"/>
        </w:rPr>
        <w:t>components/ui/*</w:t>
      </w:r>
      <w:r>
        <w:t xml:space="preserve"> 禁止修改），</w:t>
      </w:r>
      <w:r>
        <w:rPr>
          <w:b/>
        </w:rPr>
        <w:t>业务逻辑、页面与数据模型为该作品实现部分</w:t>
      </w:r>
      <w:r>
        <w:t>；</w:t>
      </w:r>
    </w:p>
    <w:p w14:paraId="75A05E58" w14:textId="77777777" w:rsidR="00F62C2C" w:rsidRDefault="00000000">
      <w:pPr>
        <w:pStyle w:val="a0"/>
        <w:spacing w:after="60"/>
        <w:rPr>
          <w:lang w:eastAsia="zh-CN"/>
        </w:rPr>
      </w:pPr>
      <w:r>
        <w:rPr>
          <w:b/>
          <w:lang w:eastAsia="zh-CN"/>
        </w:rPr>
        <w:lastRenderedPageBreak/>
        <w:t>这是个人自用工具</w:t>
      </w:r>
      <w:r>
        <w:rPr>
          <w:lang w:eastAsia="zh-CN"/>
        </w:rPr>
        <w:t>，不以用户量为目标——所以「真实用户数据」不是它的缺失项，</w:t>
      </w:r>
    </w:p>
    <w:p w14:paraId="245056B3" w14:textId="77777777" w:rsidR="00F62C2C" w:rsidRDefault="00000000">
      <w:pPr>
        <w:rPr>
          <w:lang w:eastAsia="zh-CN"/>
        </w:rPr>
      </w:pPr>
      <w:r>
        <w:rPr>
          <w:lang w:eastAsia="zh-CN"/>
        </w:rPr>
        <w:t>它的价值在于「从行为科学到可交付产品」的完整实现。</w:t>
      </w:r>
    </w:p>
    <w:p w14:paraId="391AC6E7" w14:textId="77777777" w:rsidR="00F62C2C" w:rsidRDefault="00000000">
      <w:pPr>
        <w:ind w:left="340"/>
        <w:rPr>
          <w:lang w:eastAsia="zh-CN"/>
        </w:rPr>
      </w:pPr>
      <w:r>
        <w:rPr>
          <w:i/>
          <w:color w:val="555555"/>
          <w:lang w:eastAsia="zh-CN"/>
        </w:rPr>
        <w:t>面试若被问"这是不是 AI 生成的"：直接承认脚手架来源，把重点放在</w:t>
      </w:r>
      <w:r>
        <w:rPr>
          <w:b/>
          <w:i/>
          <w:color w:val="555555"/>
          <w:lang w:eastAsia="zh-CN"/>
        </w:rPr>
        <w:t>你做了什么判断、否决了什么方案</w:t>
      </w:r>
      <w:r>
        <w:rPr>
          <w:i/>
          <w:color w:val="555555"/>
          <w:lang w:eastAsia="zh-CN"/>
        </w:rPr>
        <w:t>上——这比被追问出来强得多。</w:t>
      </w:r>
    </w:p>
    <w:p w14:paraId="534D5665" w14:textId="77777777" w:rsidR="00F62C2C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58F84FA9" w14:textId="77777777" w:rsidR="00F62C2C" w:rsidRDefault="00000000">
      <w:pPr>
        <w:rPr>
          <w:lang w:eastAsia="zh-CN"/>
        </w:rPr>
      </w:pPr>
      <w:r>
        <w:rPr>
          <w:color w:val="999999"/>
          <w:sz w:val="18"/>
          <w:lang w:eastAsia="zh-CN"/>
        </w:rPr>
        <w:lastRenderedPageBreak/>
        <w:t>项目：00</w:t>
      </w:r>
    </w:p>
    <w:p w14:paraId="4914E09C" w14:textId="77777777" w:rsidR="00F62C2C" w:rsidRDefault="00000000">
      <w:pPr>
        <w:pStyle w:val="1"/>
        <w:spacing w:before="400" w:after="200"/>
        <w:rPr>
          <w:lang w:eastAsia="zh-CN"/>
        </w:rPr>
      </w:pPr>
      <w:r>
        <w:rPr>
          <w:rFonts w:ascii="微软雅黑" w:eastAsia="微软雅黑" w:hAnsi="微软雅黑"/>
          <w:color w:val="1B365D"/>
          <w:sz w:val="36"/>
          <w:lang w:eastAsia="zh-CN"/>
        </w:rPr>
        <w:t>我的贡献边界与 AI 使用说明</w:t>
      </w:r>
    </w:p>
    <w:p w14:paraId="40F98ED3" w14:textId="77777777" w:rsidR="00F62C2C" w:rsidRDefault="00000000">
      <w:pPr>
        <w:pStyle w:val="21"/>
        <w:spacing w:before="320" w:after="140"/>
        <w:rPr>
          <w:lang w:eastAsia="zh-CN"/>
        </w:rPr>
      </w:pPr>
      <w:r>
        <w:rPr>
          <w:rFonts w:ascii="微软雅黑" w:eastAsia="微软雅黑" w:hAnsi="微软雅黑"/>
          <w:color w:val="2B4A73"/>
          <w:sz w:val="28"/>
          <w:lang w:eastAsia="zh-CN"/>
        </w:rPr>
        <w:t>我的贡献边界与 AI 使用说明</w:t>
      </w:r>
    </w:p>
    <w:p w14:paraId="40E8F970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为什么要写这一页</w:t>
      </w:r>
      <w:r>
        <w:rPr>
          <w:lang w:eastAsia="zh-CN"/>
        </w:rPr>
        <w:t>：这份作品集的完整度较高，面试官很自然会问"这些是不是你做的"。</w:t>
      </w:r>
    </w:p>
    <w:p w14:paraId="44B60DC9" w14:textId="77777777" w:rsidR="00F62C2C" w:rsidRDefault="00000000">
      <w:pPr>
        <w:rPr>
          <w:lang w:eastAsia="zh-CN"/>
        </w:rPr>
      </w:pPr>
      <w:r>
        <w:rPr>
          <w:lang w:eastAsia="zh-CN"/>
        </w:rPr>
        <w:t>与其被追问，不如</w:t>
      </w:r>
      <w:r>
        <w:rPr>
          <w:b/>
          <w:lang w:eastAsia="zh-CN"/>
        </w:rPr>
        <w:t>先把自己的边界说清楚</w:t>
      </w:r>
      <w:r>
        <w:rPr>
          <w:lang w:eastAsia="zh-CN"/>
        </w:rPr>
        <w:t>——这本身就是产品经理该有的诚实与自省。</w:t>
      </w:r>
    </w:p>
    <w:p w14:paraId="173BB888" w14:textId="77777777" w:rsidR="00F62C2C" w:rsidRDefault="00000000">
      <w:pPr>
        <w:rPr>
          <w:lang w:eastAsia="zh-CN"/>
        </w:rPr>
      </w:pPr>
      <w:r>
        <w:rPr>
          <w:lang w:eastAsia="zh-CN"/>
        </w:rPr>
        <w:t>本文只讲事实，不讲感受。</w:t>
      </w:r>
    </w:p>
    <w:p w14:paraId="6922EB15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一、总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览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：我做了哪些判断，工具做了哪些执行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070"/>
        <w:gridCol w:w="4330"/>
        <w:gridCol w:w="3012"/>
      </w:tblGrid>
      <w:tr w:rsidR="00F62C2C" w14:paraId="2155504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BA16EE0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类别</w:t>
            </w:r>
            <w:proofErr w:type="spellEnd"/>
          </w:p>
        </w:tc>
        <w:tc>
          <w:tcPr>
            <w:tcW w:w="4329" w:type="dxa"/>
          </w:tcPr>
          <w:p w14:paraId="7B2776F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我做的</w:t>
            </w:r>
          </w:p>
        </w:tc>
        <w:tc>
          <w:tcPr>
            <w:tcW w:w="3011" w:type="dxa"/>
          </w:tcPr>
          <w:p w14:paraId="340AE739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工具/AI 做的</w:t>
            </w:r>
          </w:p>
        </w:tc>
      </w:tr>
      <w:tr w:rsidR="00F62C2C" w14:paraId="43C3FDAF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0F63E3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问题定义</w:t>
            </w:r>
          </w:p>
        </w:tc>
        <w:tc>
          <w:tcPr>
            <w:tcW w:w="4329" w:type="dxa"/>
          </w:tcPr>
          <w:p w14:paraId="61BE80B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判断什么问题值得做、边界在哪</w:t>
            </w:r>
          </w:p>
        </w:tc>
        <w:tc>
          <w:tcPr>
            <w:tcW w:w="3011" w:type="dxa"/>
          </w:tcPr>
          <w:p w14:paraId="645C4B5C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—</w:t>
            </w:r>
          </w:p>
        </w:tc>
      </w:tr>
      <w:tr w:rsidR="00F62C2C" w14:paraId="6F1CE59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0E806A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方案取舍</w:t>
            </w:r>
          </w:p>
        </w:tc>
        <w:tc>
          <w:tcPr>
            <w:tcW w:w="4329" w:type="dxa"/>
          </w:tcPr>
          <w:p w14:paraId="70550E76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选哪条路、放弃哪条、为什么</w:t>
            </w:r>
          </w:p>
        </w:tc>
        <w:tc>
          <w:tcPr>
            <w:tcW w:w="3011" w:type="dxa"/>
          </w:tcPr>
          <w:p w14:paraId="0A18A92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—</w:t>
            </w:r>
          </w:p>
        </w:tc>
      </w:tr>
      <w:tr w:rsidR="00F62C2C" w14:paraId="580EA51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2A1088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标准制定</w:t>
            </w:r>
          </w:p>
        </w:tc>
        <w:tc>
          <w:tcPr>
            <w:tcW w:w="4329" w:type="dxa"/>
          </w:tcPr>
          <w:p w14:paraId="36D11D4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什么叫"好"、什么叫"不合格"、什么算"通过"</w:t>
            </w:r>
          </w:p>
        </w:tc>
        <w:tc>
          <w:tcPr>
            <w:tcW w:w="3011" w:type="dxa"/>
          </w:tcPr>
          <w:p w14:paraId="0F5C03E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—</w:t>
            </w:r>
          </w:p>
        </w:tc>
      </w:tr>
      <w:tr w:rsidR="00F62C2C" w14:paraId="00219D0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4E0139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判据设计</w:t>
            </w:r>
          </w:p>
        </w:tc>
        <w:tc>
          <w:tcPr>
            <w:tcW w:w="4329" w:type="dxa"/>
          </w:tcPr>
          <w:p w14:paraId="635D209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哪些能机器判、哪些必须人判、阈值定多少</w:t>
            </w:r>
          </w:p>
        </w:tc>
        <w:tc>
          <w:tcPr>
            <w:tcW w:w="3011" w:type="dxa"/>
          </w:tcPr>
          <w:p w14:paraId="06B8F1D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—</w:t>
            </w:r>
          </w:p>
        </w:tc>
      </w:tr>
      <w:tr w:rsidR="00F62C2C" w14:paraId="1563A35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249278B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代码/文档产出</w:t>
            </w:r>
          </w:p>
        </w:tc>
        <w:tc>
          <w:tcPr>
            <w:tcW w:w="4329" w:type="dxa"/>
          </w:tcPr>
          <w:p w14:paraId="222E473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逻辑与结构</w:t>
            </w:r>
          </w:p>
        </w:tc>
        <w:tc>
          <w:tcPr>
            <w:tcW w:w="3011" w:type="dxa"/>
          </w:tcPr>
          <w:p w14:paraId="646F1AC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排版、润色、代码初稿</w:t>
            </w:r>
          </w:p>
        </w:tc>
      </w:tr>
      <w:tr w:rsidR="00F62C2C" w14:paraId="05B7648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2A7EAA15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素材生成</w:t>
            </w:r>
            <w:proofErr w:type="spellEnd"/>
          </w:p>
        </w:tc>
        <w:tc>
          <w:tcPr>
            <w:tcW w:w="4329" w:type="dxa"/>
          </w:tcPr>
          <w:p w14:paraId="584FC12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提示词策略、验收标准</w:t>
            </w:r>
          </w:p>
        </w:tc>
        <w:tc>
          <w:tcPr>
            <w:tcW w:w="3011" w:type="dxa"/>
          </w:tcPr>
          <w:p w14:paraId="06B26AC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b/>
                <w:sz w:val="18"/>
              </w:rPr>
              <w:t>图像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视频的实际生成</w:t>
            </w:r>
            <w:proofErr w:type="spellEnd"/>
          </w:p>
        </w:tc>
      </w:tr>
      <w:tr w:rsidR="00F62C2C" w14:paraId="4FD36C5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6798822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工程脚手架</w:t>
            </w:r>
          </w:p>
        </w:tc>
        <w:tc>
          <w:tcPr>
            <w:tcW w:w="4329" w:type="dxa"/>
          </w:tcPr>
          <w:p w14:paraId="60C52C3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业务逻辑、页面、数据模型</w:t>
            </w:r>
          </w:p>
        </w:tc>
        <w:tc>
          <w:tcPr>
            <w:tcW w:w="3011" w:type="dxa"/>
          </w:tcPr>
          <w:p w14:paraId="073D257A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项目模板与 UI 组件库</w:t>
            </w:r>
          </w:p>
        </w:tc>
      </w:tr>
    </w:tbl>
    <w:p w14:paraId="7CF0608E" w14:textId="77777777" w:rsidR="00F62C2C" w:rsidRDefault="00F62C2C">
      <w:pPr>
        <w:rPr>
          <w:lang w:eastAsia="zh-CN"/>
        </w:rPr>
      </w:pPr>
    </w:p>
    <w:p w14:paraId="2CB519B4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二、</w:t>
      </w:r>
      <w:proofErr w:type="gramStart"/>
      <w:r>
        <w:rPr>
          <w:rFonts w:ascii="微软雅黑" w:eastAsia="微软雅黑" w:hAnsi="微软雅黑"/>
          <w:color w:val="3A3A3A"/>
          <w:sz w:val="24"/>
          <w:lang w:eastAsia="zh-CN"/>
        </w:rPr>
        <w:t>逐作品</w:t>
      </w:r>
      <w:proofErr w:type="gramEnd"/>
      <w:r>
        <w:rPr>
          <w:rFonts w:ascii="微软雅黑" w:eastAsia="微软雅黑" w:hAnsi="微软雅黑"/>
          <w:color w:val="3A3A3A"/>
          <w:sz w:val="24"/>
          <w:lang w:eastAsia="zh-CN"/>
        </w:rPr>
        <w:t>说明</w:t>
      </w:r>
    </w:p>
    <w:p w14:paraId="3AA7DA72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 xml:space="preserve">1. </w:t>
      </w:r>
      <w:proofErr w:type="gramStart"/>
      <w:r>
        <w:rPr>
          <w:rFonts w:ascii="微软雅黑" w:eastAsia="微软雅黑" w:hAnsi="微软雅黑"/>
          <w:color w:val="3A3A3A"/>
          <w:sz w:val="22"/>
          <w:lang w:eastAsia="zh-CN"/>
        </w:rPr>
        <w:t>剪映</w:t>
      </w:r>
      <w:proofErr w:type="gramEnd"/>
      <w:r>
        <w:rPr>
          <w:rFonts w:ascii="微软雅黑" w:eastAsia="微软雅黑" w:hAnsi="微软雅黑"/>
          <w:color w:val="3A3A3A"/>
          <w:sz w:val="22"/>
          <w:lang w:eastAsia="zh-CN"/>
        </w:rPr>
        <w:t xml:space="preserve"> AI 自动粗剪 · 产品分析报告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7059"/>
      </w:tblGrid>
      <w:tr w:rsidR="00F62C2C" w14:paraId="76AA3771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47408E7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四栏</w:t>
            </w:r>
            <w:proofErr w:type="spellEnd"/>
          </w:p>
        </w:tc>
        <w:tc>
          <w:tcPr>
            <w:tcW w:w="7059" w:type="dxa"/>
          </w:tcPr>
          <w:p w14:paraId="02865652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0A1801F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B1DD7F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我独立完成</w:t>
            </w:r>
          </w:p>
        </w:tc>
        <w:tc>
          <w:tcPr>
            <w:tcW w:w="7059" w:type="dxa"/>
          </w:tcPr>
          <w:p w14:paraId="42F347D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证据边界的划分（什么是硬证据、什么是推断）；三个核心发现（商业约束倒推技术架构、追加而非覆盖的信任设计、采纳率才是北极星）；证据索引表与强度标注；P0–P4 建议的优先级排序</w:t>
            </w:r>
          </w:p>
        </w:tc>
      </w:tr>
      <w:tr w:rsidR="00F62C2C" w14:paraId="7DFA607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61001B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用 AI/</w:t>
            </w:r>
            <w:proofErr w:type="spellStart"/>
            <w:r>
              <w:rPr>
                <w:sz w:val="18"/>
              </w:rPr>
              <w:t>工具后修改</w:t>
            </w:r>
            <w:proofErr w:type="spellEnd"/>
          </w:p>
        </w:tc>
        <w:tc>
          <w:tcPr>
            <w:tcW w:w="7059" w:type="dxa"/>
          </w:tcPr>
          <w:p w14:paraId="3F1E06D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文档排版、语句润色</w:t>
            </w:r>
          </w:p>
        </w:tc>
      </w:tr>
      <w:tr w:rsidR="00F62C2C" w14:paraId="2F73E80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954A68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我否决/放弃的</w:t>
            </w:r>
          </w:p>
        </w:tc>
        <w:tc>
          <w:tcPr>
            <w:tcW w:w="7059" w:type="dxa"/>
          </w:tcPr>
          <w:p w14:paraId="0F8654E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最初想写成"功能罗列 + </w:t>
            </w:r>
            <w:proofErr w:type="gramStart"/>
            <w:r>
              <w:rPr>
                <w:sz w:val="18"/>
                <w:lang w:eastAsia="zh-CN"/>
              </w:rPr>
              <w:t>竞品对比</w:t>
            </w:r>
            <w:proofErr w:type="gramEnd"/>
            <w:r>
              <w:rPr>
                <w:sz w:val="18"/>
                <w:lang w:eastAsia="zh-CN"/>
              </w:rPr>
              <w:t>"，后来否决——因为我没有用户数据和市场数据，写</w:t>
            </w:r>
            <w:r>
              <w:rPr>
                <w:sz w:val="18"/>
                <w:lang w:eastAsia="zh-CN"/>
              </w:rPr>
              <w:lastRenderedPageBreak/>
              <w:t>出来的对比全是猜测。改成"从产品实现反推决策"后，每条结论才都有出处</w:t>
            </w:r>
          </w:p>
        </w:tc>
      </w:tr>
      <w:tr w:rsidR="00F62C2C" w14:paraId="15A0511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C9A152A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lastRenderedPageBreak/>
              <w:t>我无法验证的</w:t>
            </w:r>
            <w:proofErr w:type="spellEnd"/>
          </w:p>
        </w:tc>
        <w:tc>
          <w:tcPr>
            <w:tcW w:w="7059" w:type="dxa"/>
          </w:tcPr>
          <w:p w14:paraId="0E2AA8F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留存率、转化率、真实用户访谈、</w:t>
            </w:r>
            <w:proofErr w:type="gramStart"/>
            <w:r>
              <w:rPr>
                <w:sz w:val="18"/>
                <w:lang w:eastAsia="zh-CN"/>
              </w:rPr>
              <w:t>竞品内部</w:t>
            </w:r>
            <w:proofErr w:type="gramEnd"/>
            <w:r>
              <w:rPr>
                <w:sz w:val="18"/>
                <w:lang w:eastAsia="zh-CN"/>
              </w:rPr>
              <w:t>数据（文中已逐处标注为推断）</w:t>
            </w:r>
          </w:p>
        </w:tc>
      </w:tr>
    </w:tbl>
    <w:p w14:paraId="4252A409" w14:textId="77777777" w:rsidR="00F62C2C" w:rsidRDefault="00F62C2C">
      <w:pPr>
        <w:rPr>
          <w:lang w:eastAsia="zh-CN"/>
        </w:rPr>
      </w:pPr>
    </w:p>
    <w:p w14:paraId="776BC336" w14:textId="77777777" w:rsidR="00F62C2C" w:rsidRDefault="00000000">
      <w:pPr>
        <w:pStyle w:val="4"/>
        <w:spacing w:before="180" w:after="80"/>
      </w:pPr>
      <w:r>
        <w:rPr>
          <w:rFonts w:ascii="微软雅黑" w:eastAsia="微软雅黑" w:hAnsi="微软雅黑"/>
          <w:color w:val="3A3A3A"/>
          <w:sz w:val="22"/>
        </w:rPr>
        <w:t xml:space="preserve">2. AI </w:t>
      </w:r>
      <w:proofErr w:type="spellStart"/>
      <w:r>
        <w:rPr>
          <w:rFonts w:ascii="微软雅黑" w:eastAsia="微软雅黑" w:hAnsi="微软雅黑"/>
          <w:color w:val="3A3A3A"/>
          <w:sz w:val="22"/>
        </w:rPr>
        <w:t>内容生产</w:t>
      </w:r>
      <w:proofErr w:type="spellEnd"/>
      <w:r>
        <w:rPr>
          <w:rFonts w:ascii="微软雅黑" w:eastAsia="微软雅黑" w:hAnsi="微软雅黑"/>
          <w:color w:val="3A3A3A"/>
          <w:sz w:val="22"/>
        </w:rPr>
        <w:t xml:space="preserve"> Agent </w:t>
      </w:r>
      <w:proofErr w:type="spellStart"/>
      <w:r>
        <w:rPr>
          <w:rFonts w:ascii="微软雅黑" w:eastAsia="微软雅黑" w:hAnsi="微软雅黑"/>
          <w:color w:val="3A3A3A"/>
          <w:sz w:val="22"/>
        </w:rPr>
        <w:t>系统</w:t>
      </w:r>
      <w:proofErr w:type="spellEnd"/>
      <w:r>
        <w:rPr>
          <w:rFonts w:ascii="微软雅黑" w:eastAsia="微软雅黑" w:hAnsi="微软雅黑"/>
          <w:color w:val="3A3A3A"/>
          <w:sz w:val="22"/>
        </w:rPr>
        <w:t xml:space="preserve"> · PRD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7059"/>
      </w:tblGrid>
      <w:tr w:rsidR="00F62C2C" w14:paraId="1F6F746C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C2CD59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四栏</w:t>
            </w:r>
          </w:p>
        </w:tc>
        <w:tc>
          <w:tcPr>
            <w:tcW w:w="7059" w:type="dxa"/>
          </w:tcPr>
          <w:p w14:paraId="5F0A0BB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390330E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1D2150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我独立完成</w:t>
            </w:r>
          </w:p>
        </w:tc>
        <w:tc>
          <w:tcPr>
            <w:tcW w:w="7059" w:type="dxa"/>
          </w:tcPr>
          <w:p w14:paraId="437D4D1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问题定义与非目标；"关键产品决策与取舍"表（v1 为什么先做单链路、评分为什么不让模型自由打分）；C1–C6 硬性约束；阈值 85/60 与重试 ≤2 的设定；附录 B 的设计还原项标注</w:t>
            </w:r>
          </w:p>
        </w:tc>
      </w:tr>
      <w:tr w:rsidR="00F62C2C" w14:paraId="63B9BEA0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4A7763E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用 AI/</w:t>
            </w:r>
            <w:proofErr w:type="spellStart"/>
            <w:r>
              <w:rPr>
                <w:sz w:val="18"/>
              </w:rPr>
              <w:t>工具后修改</w:t>
            </w:r>
            <w:proofErr w:type="spellEnd"/>
          </w:p>
        </w:tc>
        <w:tc>
          <w:tcPr>
            <w:tcW w:w="7059" w:type="dxa"/>
          </w:tcPr>
          <w:p w14:paraId="613FB2C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文档结构规范化、排版</w:t>
            </w:r>
          </w:p>
        </w:tc>
      </w:tr>
      <w:tr w:rsidR="00F62C2C" w14:paraId="6560004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7D2ED85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我否决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放弃的</w:t>
            </w:r>
            <w:proofErr w:type="spellEnd"/>
          </w:p>
        </w:tc>
        <w:tc>
          <w:tcPr>
            <w:tcW w:w="7059" w:type="dxa"/>
          </w:tcPr>
          <w:p w14:paraId="21EEE8A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① 让模型自由打分——否决，理由是模型自评会漂移、不可复现；② v1 直接上多智能体——否决，理由是生产未稳时前，前后置智能</w:t>
            </w:r>
            <w:proofErr w:type="gramStart"/>
            <w:r>
              <w:rPr>
                <w:sz w:val="18"/>
                <w:lang w:eastAsia="zh-CN"/>
              </w:rPr>
              <w:t>体没有</w:t>
            </w:r>
            <w:proofErr w:type="gramEnd"/>
            <w:r>
              <w:rPr>
                <w:sz w:val="18"/>
                <w:lang w:eastAsia="zh-CN"/>
              </w:rPr>
              <w:t>可靠输入，只会放大不确定性与成本</w:t>
            </w:r>
          </w:p>
        </w:tc>
      </w:tr>
      <w:tr w:rsidR="00F62C2C" w14:paraId="00C55942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2EF73A59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我无法验证的</w:t>
            </w:r>
            <w:proofErr w:type="spellEnd"/>
          </w:p>
        </w:tc>
        <w:tc>
          <w:tcPr>
            <w:tcW w:w="7059" w:type="dxa"/>
          </w:tcPr>
          <w:p w14:paraId="5D8635A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知识库规模（完整语料在另一设备；作品集内放的 </w:t>
            </w:r>
            <w:r>
              <w:rPr>
                <w:b/>
                <w:sz w:val="18"/>
                <w:lang w:eastAsia="zh-CN"/>
              </w:rPr>
              <w:t>31 篇是示范样本</w:t>
            </w:r>
            <w:r>
              <w:rPr>
                <w:sz w:val="18"/>
                <w:lang w:eastAsia="zh-CN"/>
              </w:rPr>
              <w:t>，用于演示抽取方法）；原始 SOP 与界面未迁移；样本统计口径待补</w:t>
            </w:r>
          </w:p>
        </w:tc>
      </w:tr>
    </w:tbl>
    <w:p w14:paraId="2DFDE9AE" w14:textId="77777777" w:rsidR="00F62C2C" w:rsidRDefault="00F62C2C">
      <w:pPr>
        <w:rPr>
          <w:lang w:eastAsia="zh-CN"/>
        </w:rPr>
      </w:pPr>
    </w:p>
    <w:p w14:paraId="00FA949A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3. 评测集 v1 与判分器（**这部分是我最想让你看的地方**）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7059"/>
      </w:tblGrid>
      <w:tr w:rsidR="00F62C2C" w14:paraId="293E6E78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28239580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四栏</w:t>
            </w:r>
            <w:proofErr w:type="spellEnd"/>
          </w:p>
        </w:tc>
        <w:tc>
          <w:tcPr>
            <w:tcW w:w="7059" w:type="dxa"/>
          </w:tcPr>
          <w:p w14:paraId="782B1E83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0251FFED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B20B43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我独立完成</w:t>
            </w:r>
          </w:p>
        </w:tc>
        <w:tc>
          <w:tcPr>
            <w:tcW w:w="7059" w:type="dxa"/>
          </w:tcPr>
          <w:p w14:paraId="10AE1B1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判分口径（C1–C6 判定方式与判据）；评分与分流规则；30 条用例的构造；发布闸门与一票否决项；判分器脚本的逻辑设计；</w:t>
            </w:r>
            <w:r>
              <w:rPr>
                <w:b/>
                <w:sz w:val="18"/>
                <w:lang w:eastAsia="zh-CN"/>
              </w:rPr>
              <w:t xml:space="preserve">5 </w:t>
            </w:r>
            <w:proofErr w:type="gramStart"/>
            <w:r>
              <w:rPr>
                <w:b/>
                <w:sz w:val="18"/>
                <w:lang w:eastAsia="zh-CN"/>
              </w:rPr>
              <w:t>个</w:t>
            </w:r>
            <w:proofErr w:type="gramEnd"/>
            <w:r>
              <w:rPr>
                <w:b/>
                <w:sz w:val="18"/>
                <w:lang w:eastAsia="zh-CN"/>
              </w:rPr>
              <w:t>判分 bug 的发现与修正</w:t>
            </w:r>
          </w:p>
        </w:tc>
      </w:tr>
      <w:tr w:rsidR="00F62C2C" w14:paraId="18BAE0C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ED3CDE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用 AI/</w:t>
            </w:r>
            <w:proofErr w:type="spellStart"/>
            <w:r>
              <w:rPr>
                <w:sz w:val="18"/>
              </w:rPr>
              <w:t>工具后修改</w:t>
            </w:r>
            <w:proofErr w:type="spellEnd"/>
          </w:p>
        </w:tc>
        <w:tc>
          <w:tcPr>
            <w:tcW w:w="7059" w:type="dxa"/>
          </w:tcPr>
          <w:p w14:paraId="3E8F40EF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代码复现与调试、文档排版</w:t>
            </w:r>
          </w:p>
        </w:tc>
      </w:tr>
      <w:tr w:rsidR="00F62C2C" w14:paraId="07ED462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44DDE80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我否决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放弃的</w:t>
            </w:r>
            <w:proofErr w:type="spellEnd"/>
          </w:p>
        </w:tc>
        <w:tc>
          <w:tcPr>
            <w:tcW w:w="7059" w:type="dxa"/>
          </w:tcPr>
          <w:p w14:paraId="4A5DB4C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① 让模型</w:t>
            </w:r>
            <w:proofErr w:type="gramStart"/>
            <w:r>
              <w:rPr>
                <w:sz w:val="18"/>
                <w:lang w:eastAsia="zh-CN"/>
              </w:rPr>
              <w:t>判所有</w:t>
            </w:r>
            <w:proofErr w:type="gramEnd"/>
            <w:r>
              <w:rPr>
                <w:sz w:val="18"/>
                <w:lang w:eastAsia="zh-CN"/>
              </w:rPr>
              <w:t>项——否决，改成"能代码判的绝不用模型判"；② C4 把"7 段骨架"当判定对象——</w:t>
            </w:r>
            <w:r>
              <w:rPr>
                <w:b/>
                <w:sz w:val="18"/>
                <w:lang w:eastAsia="zh-CN"/>
              </w:rPr>
              <w:t>已否决并修正</w:t>
            </w:r>
            <w:r>
              <w:rPr>
                <w:sz w:val="18"/>
                <w:lang w:eastAsia="zh-CN"/>
              </w:rPr>
              <w:t xml:space="preserve">，因为真实结构是"一条主线 + 6 </w:t>
            </w:r>
            <w:proofErr w:type="gramStart"/>
            <w:r>
              <w:rPr>
                <w:sz w:val="18"/>
                <w:lang w:eastAsia="zh-CN"/>
              </w:rPr>
              <w:t>个</w:t>
            </w:r>
            <w:proofErr w:type="gramEnd"/>
            <w:r>
              <w:rPr>
                <w:sz w:val="18"/>
                <w:lang w:eastAsia="zh-CN"/>
              </w:rPr>
              <w:t>小论点"，且生产中根本没有"</w:t>
            </w:r>
            <w:proofErr w:type="gramStart"/>
            <w:r>
              <w:rPr>
                <w:sz w:val="18"/>
                <w:lang w:eastAsia="zh-CN"/>
              </w:rPr>
              <w:t>缺段</w:t>
            </w:r>
            <w:proofErr w:type="gramEnd"/>
            <w:r>
              <w:rPr>
                <w:sz w:val="18"/>
                <w:lang w:eastAsia="zh-CN"/>
              </w:rPr>
              <w:t>"问题</w:t>
            </w:r>
          </w:p>
        </w:tc>
      </w:tr>
      <w:tr w:rsidR="00F62C2C" w14:paraId="605CFE75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34A93CC8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我无法验证的</w:t>
            </w:r>
            <w:proofErr w:type="spellEnd"/>
          </w:p>
        </w:tc>
        <w:tc>
          <w:tcPr>
            <w:tcW w:w="7059" w:type="dxa"/>
          </w:tcPr>
          <w:p w14:paraId="5B8D8CBC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proofErr w:type="gramStart"/>
            <w:r>
              <w:rPr>
                <w:sz w:val="18"/>
                <w:lang w:eastAsia="zh-CN"/>
              </w:rPr>
              <w:t>首轮跑分结果</w:t>
            </w:r>
            <w:proofErr w:type="gramEnd"/>
            <w:r>
              <w:rPr>
                <w:sz w:val="18"/>
                <w:lang w:eastAsia="zh-CN"/>
              </w:rPr>
              <w:t>（原始样本在另一设备）；判分器与人工的一致率（未跑）；</w:t>
            </w:r>
            <w:r>
              <w:rPr>
                <w:b/>
                <w:sz w:val="18"/>
                <w:lang w:eastAsia="zh-CN"/>
              </w:rPr>
              <w:t>类比库完整度</w:t>
            </w:r>
            <w:r>
              <w:rPr>
                <w:sz w:val="18"/>
                <w:lang w:eastAsia="zh-CN"/>
              </w:rPr>
              <w:t>——作品集内的 31 篇语料是</w:t>
            </w:r>
            <w:r>
              <w:rPr>
                <w:b/>
                <w:sz w:val="18"/>
                <w:lang w:eastAsia="zh-CN"/>
              </w:rPr>
              <w:t>示范样本</w:t>
            </w:r>
            <w:r>
              <w:rPr>
                <w:sz w:val="18"/>
                <w:lang w:eastAsia="zh-CN"/>
              </w:rPr>
              <w:t>，完整知识库在另一设备</w:t>
            </w:r>
          </w:p>
        </w:tc>
      </w:tr>
    </w:tbl>
    <w:p w14:paraId="6A9AB980" w14:textId="77777777" w:rsidR="00F62C2C" w:rsidRDefault="00F62C2C">
      <w:pPr>
        <w:rPr>
          <w:lang w:eastAsia="zh-CN"/>
        </w:rPr>
      </w:pPr>
    </w:p>
    <w:p w14:paraId="4CCB4C06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 xml:space="preserve">判分器上实测发现并修正的 5 </w:t>
      </w:r>
      <w:proofErr w:type="gramStart"/>
      <w:r>
        <w:rPr>
          <w:b/>
          <w:lang w:eastAsia="zh-CN"/>
        </w:rPr>
        <w:t>个</w:t>
      </w:r>
      <w:proofErr w:type="gramEnd"/>
      <w:r>
        <w:rPr>
          <w:b/>
          <w:lang w:eastAsia="zh-CN"/>
        </w:rPr>
        <w:t>问题</w:t>
      </w:r>
      <w:r>
        <w:rPr>
          <w:lang w:eastAsia="zh-CN"/>
        </w:rPr>
        <w:t>（这是"我真的在动手"最硬的证据）：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1026"/>
        <w:gridCol w:w="4963"/>
        <w:gridCol w:w="3423"/>
      </w:tblGrid>
      <w:tr w:rsidR="00F62C2C" w14:paraId="2974480D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</w:tcPr>
          <w:p w14:paraId="2E306AEE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#</w:t>
            </w:r>
          </w:p>
        </w:tc>
        <w:tc>
          <w:tcPr>
            <w:tcW w:w="4962" w:type="dxa"/>
          </w:tcPr>
          <w:p w14:paraId="128303C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问题</w:t>
            </w:r>
          </w:p>
        </w:tc>
        <w:tc>
          <w:tcPr>
            <w:tcW w:w="3422" w:type="dxa"/>
          </w:tcPr>
          <w:p w14:paraId="4733CE0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类型</w:t>
            </w:r>
          </w:p>
        </w:tc>
      </w:tr>
      <w:tr w:rsidR="00F62C2C" w14:paraId="38FF906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</w:tcPr>
          <w:p w14:paraId="6CFCDC3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1</w:t>
            </w:r>
          </w:p>
        </w:tc>
        <w:tc>
          <w:tcPr>
            <w:tcW w:w="4962" w:type="dxa"/>
          </w:tcPr>
          <w:p w14:paraId="3B98D40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引用识别把段落标题 </w:t>
            </w:r>
            <w:r>
              <w:rPr>
                <w:rFonts w:ascii="Consolas" w:hAnsi="Consolas"/>
                <w:color w:val="B03030"/>
                <w:sz w:val="18"/>
                <w:lang w:eastAsia="zh-CN"/>
              </w:rPr>
              <w:t>【原理展开】</w:t>
            </w:r>
            <w:r>
              <w:rPr>
                <w:sz w:val="18"/>
                <w:lang w:eastAsia="zh-CN"/>
              </w:rPr>
              <w:t xml:space="preserve"> 当成出处</w:t>
            </w:r>
          </w:p>
        </w:tc>
        <w:tc>
          <w:tcPr>
            <w:tcW w:w="3422" w:type="dxa"/>
          </w:tcPr>
          <w:p w14:paraId="710A738B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假阴性（会让 C3 一票否决项完全失效）</w:t>
            </w:r>
          </w:p>
        </w:tc>
      </w:tr>
      <w:tr w:rsidR="00F62C2C" w14:paraId="2FA8681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</w:tcPr>
          <w:p w14:paraId="3F52E73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lastRenderedPageBreak/>
              <w:t>2</w:t>
            </w:r>
          </w:p>
        </w:tc>
        <w:tc>
          <w:tcPr>
            <w:tcW w:w="4962" w:type="dxa"/>
          </w:tcPr>
          <w:p w14:paraId="6A7D7DED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数字识别把"开了</w:t>
            </w:r>
            <w:r>
              <w:rPr>
                <w:b/>
                <w:sz w:val="18"/>
                <w:lang w:eastAsia="zh-CN"/>
              </w:rPr>
              <w:t>一个</w:t>
            </w:r>
            <w:r>
              <w:rPr>
                <w:sz w:val="18"/>
                <w:lang w:eastAsia="zh-CN"/>
              </w:rPr>
              <w:t xml:space="preserve"> App"当成数据</w:t>
            </w:r>
          </w:p>
        </w:tc>
        <w:tc>
          <w:tcPr>
            <w:tcW w:w="3422" w:type="dxa"/>
          </w:tcPr>
          <w:p w14:paraId="6B54CF7A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假阳性</w:t>
            </w:r>
            <w:proofErr w:type="spellEnd"/>
          </w:p>
        </w:tc>
      </w:tr>
      <w:tr w:rsidR="00F62C2C" w14:paraId="619A2C86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</w:tcPr>
          <w:p w14:paraId="6AAF16D8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3</w:t>
            </w:r>
          </w:p>
        </w:tc>
        <w:tc>
          <w:tcPr>
            <w:tcW w:w="4962" w:type="dxa"/>
          </w:tcPr>
          <w:p w14:paraId="5A0C556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严格字符串匹配把类比的</w:t>
            </w:r>
            <w:r>
              <w:rPr>
                <w:b/>
                <w:sz w:val="18"/>
                <w:lang w:eastAsia="zh-CN"/>
              </w:rPr>
              <w:t>合</w:t>
            </w:r>
            <w:proofErr w:type="gramStart"/>
            <w:r>
              <w:rPr>
                <w:b/>
                <w:sz w:val="18"/>
                <w:lang w:eastAsia="zh-CN"/>
              </w:rPr>
              <w:t>规改写</w:t>
            </w:r>
            <w:r>
              <w:rPr>
                <w:sz w:val="18"/>
                <w:lang w:eastAsia="zh-CN"/>
              </w:rPr>
              <w:t>判成违规</w:t>
            </w:r>
            <w:proofErr w:type="gramEnd"/>
          </w:p>
        </w:tc>
        <w:tc>
          <w:tcPr>
            <w:tcW w:w="3422" w:type="dxa"/>
          </w:tcPr>
          <w:p w14:paraId="263530B4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sz w:val="18"/>
              </w:rPr>
              <w:t>字面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语义混淆</w:t>
            </w:r>
            <w:proofErr w:type="spellEnd"/>
          </w:p>
        </w:tc>
      </w:tr>
      <w:tr w:rsidR="00F62C2C" w14:paraId="14D8C5CE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</w:tcPr>
          <w:p w14:paraId="72AB074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4</w:t>
            </w:r>
          </w:p>
        </w:tc>
        <w:tc>
          <w:tcPr>
            <w:tcW w:w="4962" w:type="dxa"/>
          </w:tcPr>
          <w:p w14:paraId="2643905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C4 拿"7 段骨架"当判定对象</w:t>
            </w:r>
          </w:p>
        </w:tc>
        <w:tc>
          <w:tcPr>
            <w:tcW w:w="3422" w:type="dxa"/>
          </w:tcPr>
          <w:p w14:paraId="0904B678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b/>
                <w:sz w:val="18"/>
              </w:rPr>
              <w:t>判定对象错误</w:t>
            </w:r>
            <w:proofErr w:type="spellEnd"/>
          </w:p>
        </w:tc>
      </w:tr>
      <w:tr w:rsidR="00F62C2C" w14:paraId="38245D9A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" w:type="dxa"/>
          </w:tcPr>
          <w:p w14:paraId="5B2929C1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5</w:t>
            </w:r>
          </w:p>
        </w:tc>
        <w:tc>
          <w:tcPr>
            <w:tcW w:w="4962" w:type="dxa"/>
          </w:tcPr>
          <w:p w14:paraId="5533BA9D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C3 把"时长 40 秒""竖版 9:16"当成事实性数据</w:t>
            </w:r>
          </w:p>
        </w:tc>
        <w:tc>
          <w:tcPr>
            <w:tcW w:w="3422" w:type="dxa"/>
          </w:tcPr>
          <w:p w14:paraId="3C8AE94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sz w:val="18"/>
              </w:rPr>
              <w:t>判定范围错误</w:t>
            </w:r>
            <w:proofErr w:type="spellEnd"/>
          </w:p>
        </w:tc>
      </w:tr>
    </w:tbl>
    <w:p w14:paraId="6627ACBE" w14:textId="77777777" w:rsidR="00F62C2C" w:rsidRDefault="00F62C2C"/>
    <w:p w14:paraId="1B1AE006" w14:textId="77777777" w:rsidR="00F62C2C" w:rsidRDefault="00000000">
      <w:pPr>
        <w:pStyle w:val="4"/>
        <w:spacing w:before="180" w:after="80"/>
        <w:rPr>
          <w:lang w:eastAsia="zh-CN"/>
        </w:rPr>
      </w:pPr>
      <w:r>
        <w:rPr>
          <w:rFonts w:ascii="微软雅黑" w:eastAsia="微软雅黑" w:hAnsi="微软雅黑"/>
          <w:color w:val="3A3A3A"/>
          <w:sz w:val="22"/>
          <w:lang w:eastAsia="zh-CN"/>
        </w:rPr>
        <w:t>4. 数字</w:t>
      </w:r>
      <w:proofErr w:type="gramStart"/>
      <w:r>
        <w:rPr>
          <w:rFonts w:ascii="微软雅黑" w:eastAsia="微软雅黑" w:hAnsi="微软雅黑"/>
          <w:color w:val="3A3A3A"/>
          <w:sz w:val="22"/>
          <w:lang w:eastAsia="zh-CN"/>
        </w:rPr>
        <w:t>人内容</w:t>
      </w:r>
      <w:proofErr w:type="gramEnd"/>
      <w:r>
        <w:rPr>
          <w:rFonts w:ascii="微软雅黑" w:eastAsia="微软雅黑" w:hAnsi="微软雅黑"/>
          <w:color w:val="3A3A3A"/>
          <w:sz w:val="22"/>
          <w:lang w:eastAsia="zh-CN"/>
        </w:rPr>
        <w:t>流水线 · n8n 工作流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7059"/>
      </w:tblGrid>
      <w:tr w:rsidR="00F62C2C" w14:paraId="1EBAAC81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1110857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四栏</w:t>
            </w:r>
            <w:proofErr w:type="spellEnd"/>
          </w:p>
        </w:tc>
        <w:tc>
          <w:tcPr>
            <w:tcW w:w="7059" w:type="dxa"/>
          </w:tcPr>
          <w:p w14:paraId="3579DA5B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4E7E4FAE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A78835D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我独立完成</w:t>
            </w:r>
          </w:p>
        </w:tc>
        <w:tc>
          <w:tcPr>
            <w:tcW w:w="7059" w:type="dxa"/>
          </w:tcPr>
          <w:p w14:paraId="7C5470F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用飞书多维表格状态字段做队列的设计；</w:t>
            </w:r>
            <w:proofErr w:type="gramStart"/>
            <w:r>
              <w:rPr>
                <w:sz w:val="18"/>
                <w:lang w:eastAsia="zh-CN"/>
              </w:rPr>
              <w:t>三工作</w:t>
            </w:r>
            <w:proofErr w:type="gramEnd"/>
            <w:r>
              <w:rPr>
                <w:sz w:val="18"/>
                <w:lang w:eastAsia="zh-CN"/>
              </w:rPr>
              <w:t>流各管一段、独立失败的拆分；LLM 输出结构化解析 + try/catch 兜底；人工审批走 Wait 节点；发布环节刻意不做全自动（平台风控约束）</w:t>
            </w:r>
          </w:p>
        </w:tc>
      </w:tr>
      <w:tr w:rsidR="00F62C2C" w14:paraId="0EA1B1DC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EC3969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用 AI/</w:t>
            </w:r>
            <w:proofErr w:type="spellStart"/>
            <w:r>
              <w:rPr>
                <w:sz w:val="18"/>
              </w:rPr>
              <w:t>工具后修改</w:t>
            </w:r>
            <w:proofErr w:type="spellEnd"/>
          </w:p>
        </w:tc>
        <w:tc>
          <w:tcPr>
            <w:tcW w:w="7059" w:type="dxa"/>
          </w:tcPr>
          <w:p w14:paraId="1075B4B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节点 JSON 的写法、文档整理</w:t>
            </w:r>
          </w:p>
        </w:tc>
      </w:tr>
      <w:tr w:rsidR="00F62C2C" w14:paraId="3581BEE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C310A4E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我否决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放弃的</w:t>
            </w:r>
            <w:proofErr w:type="spellEnd"/>
          </w:p>
        </w:tc>
        <w:tc>
          <w:tcPr>
            <w:tcW w:w="7059" w:type="dxa"/>
          </w:tcPr>
          <w:p w14:paraId="306533D2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发布环节全自动——否决，</w:t>
            </w:r>
            <w:proofErr w:type="gramStart"/>
            <w:r>
              <w:rPr>
                <w:sz w:val="18"/>
                <w:lang w:eastAsia="zh-CN"/>
              </w:rPr>
              <w:t>批量秒发会</w:t>
            </w:r>
            <w:proofErr w:type="gramEnd"/>
            <w:r>
              <w:rPr>
                <w:sz w:val="18"/>
                <w:lang w:eastAsia="zh-CN"/>
              </w:rPr>
              <w:t>触发平台风控，改为人工错峰发布</w:t>
            </w:r>
          </w:p>
        </w:tc>
      </w:tr>
      <w:tr w:rsidR="00F62C2C" w14:paraId="53359A47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4D8585EC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我无法验证的</w:t>
            </w:r>
            <w:proofErr w:type="spellEnd"/>
          </w:p>
        </w:tc>
        <w:tc>
          <w:tcPr>
            <w:tcW w:w="7059" w:type="dxa"/>
          </w:tcPr>
          <w:p w14:paraId="166F9F0E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WF2 / WF3 目前是节点规划，未产出 JSON（文档中已标注"待补"）；单篇的真实耗时与成本</w:t>
            </w:r>
          </w:p>
        </w:tc>
      </w:tr>
    </w:tbl>
    <w:p w14:paraId="4A6C667E" w14:textId="77777777" w:rsidR="00F62C2C" w:rsidRDefault="00F62C2C">
      <w:pPr>
        <w:rPr>
          <w:lang w:eastAsia="zh-CN"/>
        </w:rPr>
      </w:pPr>
    </w:p>
    <w:p w14:paraId="3BA4BB4D" w14:textId="77777777" w:rsidR="00F62C2C" w:rsidRDefault="00000000">
      <w:pPr>
        <w:pStyle w:val="4"/>
        <w:spacing w:before="180" w:after="80"/>
      </w:pPr>
      <w:r>
        <w:rPr>
          <w:rFonts w:ascii="微软雅黑" w:eastAsia="微软雅黑" w:hAnsi="微软雅黑"/>
          <w:color w:val="3A3A3A"/>
          <w:sz w:val="22"/>
        </w:rPr>
        <w:t>5. AIGC 角色资产体系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7059"/>
      </w:tblGrid>
      <w:tr w:rsidR="00F62C2C" w14:paraId="505EFCF0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39B2566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四栏</w:t>
            </w:r>
          </w:p>
        </w:tc>
        <w:tc>
          <w:tcPr>
            <w:tcW w:w="7059" w:type="dxa"/>
          </w:tcPr>
          <w:p w14:paraId="09A9C108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68CFEB13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71A6365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我独立完成</w:t>
            </w:r>
          </w:p>
        </w:tc>
        <w:tc>
          <w:tcPr>
            <w:tcW w:w="7059" w:type="dxa"/>
          </w:tcPr>
          <w:p w14:paraId="7A63FC38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"</w:t>
            </w:r>
            <w:proofErr w:type="gramStart"/>
            <w:r>
              <w:rPr>
                <w:sz w:val="18"/>
                <w:lang w:eastAsia="zh-CN"/>
              </w:rPr>
              <w:t>固定锚点段</w:t>
            </w:r>
            <w:proofErr w:type="gramEnd"/>
            <w:r>
              <w:rPr>
                <w:sz w:val="18"/>
                <w:lang w:eastAsia="zh-CN"/>
              </w:rPr>
              <w:t xml:space="preserve"> + 场景段 + </w:t>
            </w:r>
            <w:proofErr w:type="gramStart"/>
            <w:r>
              <w:rPr>
                <w:sz w:val="18"/>
                <w:lang w:eastAsia="zh-CN"/>
              </w:rPr>
              <w:t>画质段</w:t>
            </w:r>
            <w:proofErr w:type="gramEnd"/>
            <w:r>
              <w:rPr>
                <w:sz w:val="18"/>
                <w:lang w:eastAsia="zh-CN"/>
              </w:rPr>
              <w:t>"的提示词结构；角色一致性的锁定策略；AI 开场与实拍正片的"接缝处理"四原则（转场遮挡、色调统一、环境音贯穿、首尾呼应）；发布前检查清单</w:t>
            </w:r>
          </w:p>
        </w:tc>
      </w:tr>
      <w:tr w:rsidR="00F62C2C" w14:paraId="1558435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B7A2620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用 AI/</w:t>
            </w:r>
            <w:proofErr w:type="spellStart"/>
            <w:r>
              <w:rPr>
                <w:sz w:val="18"/>
              </w:rPr>
              <w:t>工具后修改</w:t>
            </w:r>
            <w:proofErr w:type="spellEnd"/>
          </w:p>
        </w:tc>
        <w:tc>
          <w:tcPr>
            <w:tcW w:w="7059" w:type="dxa"/>
          </w:tcPr>
          <w:p w14:paraId="68155484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图像与视频由平台生成（即梦 / RunningHub + MiniMax H3 等），我做提示词与筛选</w:t>
            </w:r>
          </w:p>
        </w:tc>
      </w:tr>
      <w:tr w:rsidR="00F62C2C" w14:paraId="5C31008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61B3B76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我否决/放弃的</w:t>
            </w:r>
          </w:p>
        </w:tc>
        <w:tc>
          <w:tcPr>
            <w:tcW w:w="7059" w:type="dxa"/>
          </w:tcPr>
          <w:p w14:paraId="0DC5112F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用大动作镜头——否决，SOP 里写明"动作越小越像真人，大转头、大挥手最容易暴露 AI"</w:t>
            </w:r>
          </w:p>
        </w:tc>
      </w:tr>
      <w:tr w:rsidR="00F62C2C" w14:paraId="37D6B621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EEE2DAF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我无法验证的</w:t>
            </w:r>
            <w:proofErr w:type="spellEnd"/>
          </w:p>
        </w:tc>
        <w:tc>
          <w:tcPr>
            <w:tcW w:w="7059" w:type="dxa"/>
          </w:tcPr>
          <w:p w14:paraId="725B68F7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首次通过率未实测；各平台单价</w:t>
            </w:r>
            <w:proofErr w:type="gramStart"/>
            <w:r>
              <w:rPr>
                <w:sz w:val="18"/>
                <w:lang w:eastAsia="zh-CN"/>
              </w:rPr>
              <w:t>未逐一</w:t>
            </w:r>
            <w:proofErr w:type="gramEnd"/>
            <w:r>
              <w:rPr>
                <w:sz w:val="18"/>
                <w:lang w:eastAsia="zh-CN"/>
              </w:rPr>
              <w:t>核对</w:t>
            </w:r>
          </w:p>
        </w:tc>
      </w:tr>
    </w:tbl>
    <w:p w14:paraId="4315E721" w14:textId="77777777" w:rsidR="00F62C2C" w:rsidRDefault="00F62C2C">
      <w:pPr>
        <w:rPr>
          <w:lang w:eastAsia="zh-CN"/>
        </w:rPr>
      </w:pPr>
    </w:p>
    <w:p w14:paraId="3A50C058" w14:textId="77777777" w:rsidR="00F62C2C" w:rsidRDefault="00000000">
      <w:pPr>
        <w:pStyle w:val="4"/>
        <w:spacing w:before="180" w:after="80"/>
      </w:pPr>
      <w:r>
        <w:rPr>
          <w:rFonts w:ascii="微软雅黑" w:eastAsia="微软雅黑" w:hAnsi="微软雅黑"/>
          <w:color w:val="3A3A3A"/>
          <w:sz w:val="22"/>
        </w:rPr>
        <w:t xml:space="preserve">6. </w:t>
      </w:r>
      <w:proofErr w:type="spellStart"/>
      <w:r>
        <w:rPr>
          <w:rFonts w:ascii="微软雅黑" w:eastAsia="微软雅黑" w:hAnsi="微软雅黑"/>
          <w:color w:val="3A3A3A"/>
          <w:sz w:val="22"/>
        </w:rPr>
        <w:t>习惯养成</w:t>
      </w:r>
      <w:proofErr w:type="spellEnd"/>
      <w:r>
        <w:rPr>
          <w:rFonts w:ascii="微软雅黑" w:eastAsia="微软雅黑" w:hAnsi="微软雅黑"/>
          <w:color w:val="3A3A3A"/>
          <w:sz w:val="22"/>
        </w:rPr>
        <w:t xml:space="preserve"> App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7059"/>
      </w:tblGrid>
      <w:tr w:rsidR="00F62C2C" w14:paraId="4C2E377E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46EFC443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四栏</w:t>
            </w:r>
          </w:p>
        </w:tc>
        <w:tc>
          <w:tcPr>
            <w:tcW w:w="7059" w:type="dxa"/>
          </w:tcPr>
          <w:p w14:paraId="77492570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内容</w:t>
            </w:r>
          </w:p>
        </w:tc>
      </w:tr>
      <w:tr w:rsidR="00F62C2C" w14:paraId="5BF6E074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2413B5B7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我独立完成</w:t>
            </w:r>
          </w:p>
        </w:tc>
        <w:tc>
          <w:tcPr>
            <w:tcW w:w="7059" w:type="dxa"/>
          </w:tcPr>
          <w:p w14:paraId="232EF843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内容设计（习惯回路 CUE→ROUTINE→REWARD 的落地、</w:t>
            </w:r>
            <w:proofErr w:type="gramStart"/>
            <w:r>
              <w:rPr>
                <w:sz w:val="18"/>
                <w:lang w:eastAsia="zh-CN"/>
              </w:rPr>
              <w:t>四习惯</w:t>
            </w:r>
            <w:proofErr w:type="gramEnd"/>
            <w:r>
              <w:rPr>
                <w:sz w:val="18"/>
                <w:lang w:eastAsia="zh-CN"/>
              </w:rPr>
              <w:t>体系、90 天路线、</w:t>
            </w:r>
            <w:r>
              <w:rPr>
                <w:sz w:val="18"/>
                <w:lang w:eastAsia="zh-CN"/>
              </w:rPr>
              <w:lastRenderedPageBreak/>
              <w:t>急救手册、奖励机制）；数据模型与统计逻辑；页面实现</w:t>
            </w:r>
          </w:p>
        </w:tc>
      </w:tr>
      <w:tr w:rsidR="00F62C2C" w14:paraId="54A22D7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290DB23C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lastRenderedPageBreak/>
              <w:t>用 AI/</w:t>
            </w:r>
            <w:proofErr w:type="spellStart"/>
            <w:r>
              <w:rPr>
                <w:sz w:val="18"/>
              </w:rPr>
              <w:t>工具后修改</w:t>
            </w:r>
            <w:proofErr w:type="spellEnd"/>
          </w:p>
        </w:tc>
        <w:tc>
          <w:tcPr>
            <w:tcW w:w="7059" w:type="dxa"/>
          </w:tcPr>
          <w:p w14:paraId="0D7B7773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  <w:sz w:val="18"/>
              </w:rPr>
              <w:t>工程脚手架来自应用生成器模板</w:t>
            </w:r>
            <w:r>
              <w:rPr>
                <w:sz w:val="18"/>
              </w:rPr>
              <w:t xml:space="preserve">（模板 README 明确写明 </w:t>
            </w:r>
            <w:r>
              <w:rPr>
                <w:rFonts w:ascii="Consolas" w:hAnsi="Consolas"/>
                <w:color w:val="B03030"/>
                <w:sz w:val="18"/>
              </w:rPr>
              <w:t>src/index.tsx</w:t>
            </w:r>
            <w:r>
              <w:rPr>
                <w:sz w:val="18"/>
              </w:rPr>
              <w:t>、</w:t>
            </w:r>
            <w:r>
              <w:rPr>
                <w:rFonts w:ascii="Consolas" w:hAnsi="Consolas"/>
                <w:color w:val="B03030"/>
                <w:sz w:val="18"/>
              </w:rPr>
              <w:t>components/ui/*</w:t>
            </w:r>
            <w:r>
              <w:rPr>
                <w:sz w:val="18"/>
              </w:rPr>
              <w:t xml:space="preserve"> 禁止修改）；排版与样式调整借助工具</w:t>
            </w:r>
          </w:p>
        </w:tc>
      </w:tr>
      <w:tr w:rsidR="00F62C2C" w14:paraId="1BBF4F97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CB76BB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我否决/放弃的</w:t>
            </w:r>
          </w:p>
        </w:tc>
        <w:tc>
          <w:tcPr>
            <w:tcW w:w="7059" w:type="dxa"/>
          </w:tcPr>
          <w:p w14:paraId="53AC8035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纯打卡工具路线——否决，改为用行为科学解释"为什么是 66 天而不是 21 天"（引用 Lally 等 2010 研究，96 人追踪，自动化中位数 66 天，个体跨度 18–254 天）</w:t>
            </w:r>
          </w:p>
        </w:tc>
      </w:tr>
      <w:tr w:rsidR="00F62C2C" w14:paraId="1E3F3F3D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55D21A2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我无法验证的</w:t>
            </w:r>
            <w:proofErr w:type="spellEnd"/>
          </w:p>
        </w:tc>
        <w:tc>
          <w:tcPr>
            <w:tcW w:w="7059" w:type="dxa"/>
          </w:tcPr>
          <w:p w14:paraId="30E00C29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无（</w:t>
            </w:r>
            <w:r>
              <w:rPr>
                <w:b/>
                <w:sz w:val="18"/>
                <w:lang w:eastAsia="zh-CN"/>
              </w:rPr>
              <w:t>这是个人自用工具，不以用户量为目标</w:t>
            </w:r>
            <w:r>
              <w:rPr>
                <w:sz w:val="18"/>
                <w:lang w:eastAsia="zh-CN"/>
              </w:rPr>
              <w:t>，因此「真实用户数据」不是它的缺失项）</w:t>
            </w:r>
          </w:p>
        </w:tc>
      </w:tr>
    </w:tbl>
    <w:p w14:paraId="7B69BF6E" w14:textId="77777777" w:rsidR="00F62C2C" w:rsidRDefault="00F62C2C">
      <w:pPr>
        <w:rPr>
          <w:lang w:eastAsia="zh-CN"/>
        </w:rPr>
      </w:pPr>
    </w:p>
    <w:p w14:paraId="22E1C89D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三、我是怎么用 AI 的（方法论，不是辩解）</w:t>
      </w:r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6051"/>
      </w:tblGrid>
      <w:tr w:rsidR="00F62C2C" w14:paraId="5E5FEE2B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1" w:type="dxa"/>
          </w:tcPr>
          <w:p w14:paraId="4AD9E702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 xml:space="preserve">用 AI </w:t>
            </w:r>
            <w:proofErr w:type="spellStart"/>
            <w:r>
              <w:rPr>
                <w:sz w:val="18"/>
              </w:rPr>
              <w:t>做什么</w:t>
            </w:r>
            <w:proofErr w:type="spellEnd"/>
          </w:p>
        </w:tc>
        <w:tc>
          <w:tcPr>
            <w:tcW w:w="6050" w:type="dxa"/>
          </w:tcPr>
          <w:p w14:paraId="2480058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不用 AI 做什么</w:t>
            </w:r>
          </w:p>
        </w:tc>
      </w:tr>
      <w:tr w:rsidR="00F62C2C" w14:paraId="5B6C8AAB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1" w:type="dxa"/>
          </w:tcPr>
          <w:p w14:paraId="2140CC54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生成文档初稿与排版</w:t>
            </w:r>
          </w:p>
        </w:tc>
        <w:tc>
          <w:tcPr>
            <w:tcW w:w="6050" w:type="dxa"/>
          </w:tcPr>
          <w:p w14:paraId="4DEB6AC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>定义问题与非目标</w:t>
            </w:r>
          </w:p>
        </w:tc>
      </w:tr>
      <w:tr w:rsidR="00F62C2C" w14:paraId="2A819CAF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1" w:type="dxa"/>
          </w:tcPr>
          <w:p w14:paraId="6E10A04E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写代码初稿、调试报错</w:t>
            </w:r>
          </w:p>
        </w:tc>
        <w:tc>
          <w:tcPr>
            <w:tcW w:w="6050" w:type="dxa"/>
          </w:tcPr>
          <w:p w14:paraId="0EE2B68B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rPr>
                <w:b/>
                <w:sz w:val="18"/>
              </w:rPr>
              <w:t>决定判据与阈值</w:t>
            </w:r>
            <w:proofErr w:type="spellEnd"/>
          </w:p>
        </w:tc>
      </w:tr>
      <w:tr w:rsidR="00F62C2C" w14:paraId="53A42852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1" w:type="dxa"/>
          </w:tcPr>
          <w:p w14:paraId="4964A32A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生成图像/视频素材</w:t>
            </w:r>
          </w:p>
        </w:tc>
        <w:tc>
          <w:tcPr>
            <w:tcW w:w="6050" w:type="dxa"/>
          </w:tcPr>
          <w:p w14:paraId="34D467F0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判断素材能不能用、什么算通过</w:t>
            </w:r>
          </w:p>
        </w:tc>
      </w:tr>
      <w:tr w:rsidR="00F62C2C" w14:paraId="31A67A6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1" w:type="dxa"/>
          </w:tcPr>
          <w:p w14:paraId="5BABAC3A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整理与归纳信息</w:t>
            </w:r>
            <w:proofErr w:type="spellEnd"/>
          </w:p>
        </w:tc>
        <w:tc>
          <w:tcPr>
            <w:tcW w:w="6050" w:type="dxa"/>
          </w:tcPr>
          <w:p w14:paraId="63FB1020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做取舍、决定放弃什么</w:t>
            </w:r>
          </w:p>
        </w:tc>
      </w:tr>
    </w:tbl>
    <w:p w14:paraId="5AB2DF5E" w14:textId="77777777" w:rsidR="00F62C2C" w:rsidRDefault="00F62C2C">
      <w:pPr>
        <w:rPr>
          <w:lang w:eastAsia="zh-CN"/>
        </w:rPr>
      </w:pPr>
    </w:p>
    <w:p w14:paraId="1B2FEF18" w14:textId="77777777" w:rsidR="00F62C2C" w:rsidRDefault="00000000">
      <w:pPr>
        <w:rPr>
          <w:lang w:eastAsia="zh-CN"/>
        </w:rPr>
      </w:pPr>
      <w:r>
        <w:rPr>
          <w:b/>
          <w:lang w:eastAsia="zh-CN"/>
        </w:rPr>
        <w:t>一条我自己的原则</w:t>
      </w:r>
      <w:r>
        <w:rPr>
          <w:lang w:eastAsia="zh-CN"/>
        </w:rPr>
        <w:t>：AI 可以把执行做得很快，但</w:t>
      </w:r>
      <w:r>
        <w:rPr>
          <w:b/>
          <w:lang w:eastAsia="zh-CN"/>
        </w:rPr>
        <w:t>"什么叫好"必须我自己定义</w:t>
      </w:r>
      <w:r>
        <w:rPr>
          <w:lang w:eastAsia="zh-CN"/>
        </w:rPr>
        <w:t>。</w:t>
      </w:r>
    </w:p>
    <w:p w14:paraId="18F42C4F" w14:textId="77777777" w:rsidR="00F62C2C" w:rsidRDefault="00000000">
      <w:pPr>
        <w:rPr>
          <w:lang w:eastAsia="zh-CN"/>
        </w:rPr>
      </w:pPr>
      <w:r>
        <w:rPr>
          <w:lang w:eastAsia="zh-CN"/>
        </w:rPr>
        <w:t>所以我在这个项目里花时间最多的地方不是写代码，而是：</w:t>
      </w:r>
    </w:p>
    <w:p w14:paraId="6A549C34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 xml:space="preserve">把"内容合格"拆成 6 </w:t>
      </w:r>
      <w:proofErr w:type="gramStart"/>
      <w:r>
        <w:rPr>
          <w:lang w:eastAsia="zh-CN"/>
        </w:rPr>
        <w:t>条可判定</w:t>
      </w:r>
      <w:proofErr w:type="gramEnd"/>
      <w:r>
        <w:rPr>
          <w:lang w:eastAsia="zh-CN"/>
        </w:rPr>
        <w:t>的约束；</w:t>
      </w:r>
    </w:p>
    <w:p w14:paraId="4AF957FF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想清楚哪两条该设成一票否决（因为它们</w:t>
      </w:r>
      <w:proofErr w:type="gramStart"/>
      <w:r>
        <w:rPr>
          <w:lang w:eastAsia="zh-CN"/>
        </w:rPr>
        <w:t>的误放代价</w:t>
      </w:r>
      <w:proofErr w:type="gramEnd"/>
      <w:r>
        <w:rPr>
          <w:lang w:eastAsia="zh-CN"/>
        </w:rPr>
        <w:t>不可逆）；</w:t>
      </w:r>
    </w:p>
    <w:p w14:paraId="5AB1BB0F" w14:textId="77777777" w:rsidR="00F62C2C" w:rsidRDefault="00000000">
      <w:pPr>
        <w:pStyle w:val="a0"/>
        <w:spacing w:after="60"/>
        <w:rPr>
          <w:lang w:eastAsia="zh-CN"/>
        </w:rPr>
      </w:pPr>
      <w:r>
        <w:rPr>
          <w:lang w:eastAsia="zh-CN"/>
        </w:rPr>
        <w:t>反复验证判分器在"</w:t>
      </w:r>
      <w:proofErr w:type="gramStart"/>
      <w:r>
        <w:rPr>
          <w:lang w:eastAsia="zh-CN"/>
        </w:rPr>
        <w:t>该拦的</w:t>
      </w:r>
      <w:proofErr w:type="gramEnd"/>
      <w:r>
        <w:rPr>
          <w:lang w:eastAsia="zh-CN"/>
        </w:rPr>
        <w:t>"和"不该拦的"两个方向上是否都准。</w:t>
      </w:r>
    </w:p>
    <w:p w14:paraId="6F621E17" w14:textId="77777777" w:rsidR="00F62C2C" w:rsidRDefault="00000000">
      <w:pPr>
        <w:pStyle w:val="31"/>
        <w:spacing w:before="240" w:after="100"/>
        <w:rPr>
          <w:lang w:eastAsia="zh-CN"/>
        </w:rPr>
      </w:pPr>
      <w:r>
        <w:rPr>
          <w:rFonts w:ascii="微软雅黑" w:eastAsia="微软雅黑" w:hAnsi="微软雅黑"/>
          <w:color w:val="3A3A3A"/>
          <w:sz w:val="24"/>
          <w:lang w:eastAsia="zh-CN"/>
        </w:rPr>
        <w:t>四、这份说明本身也是一种能力证明</w:t>
      </w:r>
    </w:p>
    <w:p w14:paraId="22294AEC" w14:textId="77777777" w:rsidR="00F62C2C" w:rsidRDefault="00000000">
      <w:pPr>
        <w:rPr>
          <w:lang w:eastAsia="zh-CN"/>
        </w:rPr>
      </w:pPr>
      <w:r>
        <w:rPr>
          <w:lang w:eastAsia="zh-CN"/>
        </w:rPr>
        <w:t>我没有把"用了 AI"藏起来，原因很简单：</w:t>
      </w:r>
    </w:p>
    <w:p w14:paraId="252C0F3C" w14:textId="77777777" w:rsidR="00F62C2C" w:rsidRDefault="00000000">
      <w:pPr>
        <w:pStyle w:val="a"/>
        <w:spacing w:after="60"/>
        <w:rPr>
          <w:lang w:eastAsia="zh-CN"/>
        </w:rPr>
      </w:pPr>
      <w:r>
        <w:rPr>
          <w:b/>
          <w:lang w:eastAsia="zh-CN"/>
        </w:rPr>
        <w:t>作品集的价值不在"全部手写"，而在"判断是否成立"</w:t>
      </w:r>
      <w:r>
        <w:rPr>
          <w:lang w:eastAsia="zh-CN"/>
        </w:rPr>
        <w:t>；</w:t>
      </w:r>
    </w:p>
    <w:p w14:paraId="26513FEC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AI 时代真正稀缺的是</w:t>
      </w:r>
      <w:r>
        <w:rPr>
          <w:b/>
          <w:lang w:eastAsia="zh-CN"/>
        </w:rPr>
        <w:t>定义标准、识别边界、发现问题</w:t>
      </w:r>
      <w:r>
        <w:rPr>
          <w:lang w:eastAsia="zh-CN"/>
        </w:rPr>
        <w:t>的能力——而这些恰好是我在上面各表"我独立完成"一栏里写的东西；</w:t>
      </w:r>
    </w:p>
    <w:p w14:paraId="160E1362" w14:textId="77777777" w:rsidR="00F62C2C" w:rsidRDefault="00000000">
      <w:pPr>
        <w:pStyle w:val="a"/>
        <w:spacing w:after="60"/>
        <w:rPr>
          <w:lang w:eastAsia="zh-CN"/>
        </w:rPr>
      </w:pPr>
      <w:r>
        <w:rPr>
          <w:lang w:eastAsia="zh-CN"/>
        </w:rPr>
        <w:t>与其让面试官猜，不如让他看到我</w:t>
      </w:r>
      <w:r>
        <w:rPr>
          <w:b/>
          <w:lang w:eastAsia="zh-CN"/>
        </w:rPr>
        <w:t>怎么区分"我做的"和"工具做的"</w:t>
      </w:r>
      <w:r>
        <w:rPr>
          <w:lang w:eastAsia="zh-CN"/>
        </w:rPr>
        <w:t>——这本身就是产品经理的基本功。</w:t>
      </w:r>
    </w:p>
    <w:p w14:paraId="350A577E" w14:textId="77777777" w:rsidR="00F62C2C" w:rsidRDefault="00000000">
      <w:pPr>
        <w:pStyle w:val="31"/>
        <w:spacing w:before="240" w:after="100"/>
      </w:pPr>
      <w:proofErr w:type="spellStart"/>
      <w:r>
        <w:rPr>
          <w:rFonts w:ascii="微软雅黑" w:eastAsia="微软雅黑" w:hAnsi="微软雅黑"/>
          <w:color w:val="3A3A3A"/>
          <w:sz w:val="24"/>
        </w:rPr>
        <w:lastRenderedPageBreak/>
        <w:t>五、诚实边界</w:t>
      </w:r>
      <w:proofErr w:type="spellEnd"/>
    </w:p>
    <w:tbl>
      <w:tblPr>
        <w:tblStyle w:val="-11"/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2295"/>
        <w:gridCol w:w="7117"/>
      </w:tblGrid>
      <w:tr w:rsidR="00F62C2C" w14:paraId="36186249" w14:textId="77777777" w:rsidTr="00F62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</w:tcPr>
          <w:p w14:paraId="68CB3BC9" w14:textId="77777777" w:rsidR="00F62C2C" w:rsidRDefault="00000000">
            <w:pPr>
              <w:spacing w:after="40" w:line="276" w:lineRule="auto"/>
            </w:pPr>
            <w:r>
              <w:rPr>
                <w:sz w:val="18"/>
              </w:rPr>
              <w:t>项</w:t>
            </w:r>
          </w:p>
        </w:tc>
        <w:tc>
          <w:tcPr>
            <w:tcW w:w="7116" w:type="dxa"/>
          </w:tcPr>
          <w:p w14:paraId="57C18501" w14:textId="77777777" w:rsidR="00F62C2C" w:rsidRDefault="00000000">
            <w:pPr>
              <w:spacing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说明</w:t>
            </w:r>
          </w:p>
        </w:tc>
      </w:tr>
      <w:tr w:rsidR="00F62C2C" w14:paraId="31EADFD9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</w:tcPr>
          <w:p w14:paraId="607F6C13" w14:textId="77777777" w:rsidR="00F62C2C" w:rsidRDefault="00000000">
            <w:pPr>
              <w:spacing w:after="4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本文不含任何虚构数据</w:t>
            </w:r>
          </w:p>
        </w:tc>
        <w:tc>
          <w:tcPr>
            <w:tcW w:w="7116" w:type="dxa"/>
          </w:tcPr>
          <w:p w14:paraId="136201C7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所有"无法验证"项均如实标注</w:t>
            </w:r>
          </w:p>
        </w:tc>
      </w:tr>
      <w:tr w:rsidR="00F62C2C" w14:paraId="74AC5989" w14:textId="77777777" w:rsidTr="00F62C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</w:tcPr>
          <w:p w14:paraId="1A9A5649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表格为自评</w:t>
            </w:r>
            <w:proofErr w:type="spellEnd"/>
          </w:p>
        </w:tc>
        <w:tc>
          <w:tcPr>
            <w:tcW w:w="7116" w:type="dxa"/>
          </w:tcPr>
          <w:p w14:paraId="2DECE8D1" w14:textId="77777777" w:rsidR="00F62C2C" w:rsidRDefault="00000000">
            <w:pPr>
              <w:spacing w:after="4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分栏依据是我的实际记忆与文件证据，欢迎对照作品集核验</w:t>
            </w:r>
          </w:p>
        </w:tc>
      </w:tr>
      <w:tr w:rsidR="00F62C2C" w14:paraId="7032F775" w14:textId="77777777" w:rsidTr="00F62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5" w:type="dxa"/>
          </w:tcPr>
          <w:p w14:paraId="12F3E524" w14:textId="77777777" w:rsidR="00F62C2C" w:rsidRDefault="00000000">
            <w:pPr>
              <w:spacing w:after="40" w:line="276" w:lineRule="auto"/>
            </w:pPr>
            <w:proofErr w:type="spellStart"/>
            <w:r>
              <w:rPr>
                <w:sz w:val="18"/>
              </w:rPr>
              <w:t>会持续更新</w:t>
            </w:r>
            <w:proofErr w:type="spellEnd"/>
          </w:p>
        </w:tc>
        <w:tc>
          <w:tcPr>
            <w:tcW w:w="7116" w:type="dxa"/>
          </w:tcPr>
          <w:p w14:paraId="31AA6009" w14:textId="77777777" w:rsidR="00F62C2C" w:rsidRDefault="00000000">
            <w:pPr>
              <w:spacing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sz w:val="18"/>
                <w:lang w:eastAsia="zh-CN"/>
              </w:rPr>
              <w:t>随着首轮评测跑分、原始素材迁移，本文的"无法验证"栏会逐项减少</w:t>
            </w:r>
          </w:p>
        </w:tc>
      </w:tr>
    </w:tbl>
    <w:p w14:paraId="6E4C3A90" w14:textId="77777777" w:rsidR="00F62C2C" w:rsidRDefault="00F62C2C">
      <w:pPr>
        <w:rPr>
          <w:lang w:eastAsia="zh-CN"/>
        </w:rPr>
      </w:pPr>
    </w:p>
    <w:sectPr w:rsidR="00F62C2C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8ED06" w14:textId="77777777" w:rsidR="008B75F7" w:rsidRDefault="008B75F7">
      <w:pPr>
        <w:spacing w:after="0" w:line="240" w:lineRule="auto"/>
      </w:pPr>
      <w:r>
        <w:separator/>
      </w:r>
    </w:p>
  </w:endnote>
  <w:endnote w:type="continuationSeparator" w:id="0">
    <w:p w14:paraId="26B78799" w14:textId="77777777" w:rsidR="008B75F7" w:rsidRDefault="008B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0000500000000000000"/>
    <w:charset w:val="86"/>
    <w:family w:val="auto"/>
    <w:pitch w:val="variable"/>
    <w:sig w:usb0="A0000287" w:usb1="180F1C13" w:usb2="00000016" w:usb3="00000000" w:csb0="0004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B04D" w14:textId="77777777" w:rsidR="00F62C2C" w:rsidRDefault="00000000">
    <w:pPr>
      <w:pStyle w:val="a7"/>
      <w:jc w:val="center"/>
      <w:rPr>
        <w:lang w:eastAsia="zh-CN"/>
      </w:rPr>
    </w:pPr>
    <w:r>
      <w:rPr>
        <w:color w:val="888888"/>
        <w:sz w:val="16"/>
        <w:lang w:eastAsia="zh-CN"/>
      </w:rPr>
      <w:t xml:space="preserve">翟羽京 · AI 产品经理作品集 · </w:t>
    </w:r>
    <w:r>
      <w:rPr>
        <w:sz w:val="16"/>
      </w:rPr>
      <w:fldChar w:fldCharType="begin"/>
    </w:r>
    <w:r>
      <w:rPr>
        <w:sz w:val="16"/>
        <w:lang w:eastAsia="zh-CN"/>
      </w:rPr>
      <w:instrText>PAGE</w:instrText>
    </w:r>
    <w:r w:rsidR="000E31BE">
      <w:rPr>
        <w:rFonts w:hint="eastAsia"/>
        <w:sz w:val="16"/>
      </w:rPr>
      <w:fldChar w:fldCharType="separate"/>
    </w:r>
    <w:r w:rsidR="000E31BE">
      <w:rPr>
        <w:rFonts w:hint="eastAsia"/>
        <w:noProof/>
        <w:sz w:val="16"/>
        <w:lang w:eastAsia="zh-CN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F9B20" w14:textId="77777777" w:rsidR="008B75F7" w:rsidRDefault="008B75F7">
      <w:pPr>
        <w:spacing w:after="0" w:line="240" w:lineRule="auto"/>
      </w:pPr>
      <w:r>
        <w:separator/>
      </w:r>
    </w:p>
  </w:footnote>
  <w:footnote w:type="continuationSeparator" w:id="0">
    <w:p w14:paraId="0C09AA51" w14:textId="77777777" w:rsidR="008B75F7" w:rsidRDefault="008B7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3932789">
    <w:abstractNumId w:val="8"/>
  </w:num>
  <w:num w:numId="2" w16cid:durableId="1553809781">
    <w:abstractNumId w:val="6"/>
  </w:num>
  <w:num w:numId="3" w16cid:durableId="1559973467">
    <w:abstractNumId w:val="5"/>
  </w:num>
  <w:num w:numId="4" w16cid:durableId="2075661306">
    <w:abstractNumId w:val="4"/>
  </w:num>
  <w:num w:numId="5" w16cid:durableId="1796175581">
    <w:abstractNumId w:val="7"/>
  </w:num>
  <w:num w:numId="6" w16cid:durableId="1330064508">
    <w:abstractNumId w:val="3"/>
  </w:num>
  <w:num w:numId="7" w16cid:durableId="815685850">
    <w:abstractNumId w:val="2"/>
  </w:num>
  <w:num w:numId="8" w16cid:durableId="1105661578">
    <w:abstractNumId w:val="1"/>
  </w:num>
  <w:num w:numId="9" w16cid:durableId="119755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1BE"/>
    <w:rsid w:val="0015074B"/>
    <w:rsid w:val="0029639D"/>
    <w:rsid w:val="00326F90"/>
    <w:rsid w:val="0039679A"/>
    <w:rsid w:val="008B75F7"/>
    <w:rsid w:val="00AA1D8D"/>
    <w:rsid w:val="00B47730"/>
    <w:rsid w:val="00CB0664"/>
    <w:rsid w:val="00F62C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4D72BB"/>
  <w14:defaultImageDpi w14:val="300"/>
  <w15:docId w15:val="{1C92805F-1A03-440B-A962-F366BC7E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36" w:lineRule="auto"/>
    </w:pPr>
    <w:rPr>
      <w:rFonts w:ascii="微软雅黑" w:eastAsia="微软雅黑" w:hAnsi="微软雅黑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A5F"/>
      <w:sz w:val="4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A5F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A5F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14877</Words>
  <Characters>17556</Characters>
  <Application>Microsoft Office Word</Application>
  <DocSecurity>0</DocSecurity>
  <Lines>1254</Lines>
  <Paragraphs>1706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2013-12-23T23:15:00Z</dcterms:created>
  <dcterms:modified xsi:type="dcterms:W3CDTF">2026-10-04T15:39:00Z</dcterms:modified>
  <cp:category/>
</cp:coreProperties>
</file>